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3" w:type="dxa"/>
        <w:tblLook w:val="01E0" w:firstRow="1" w:lastRow="1" w:firstColumn="1" w:lastColumn="1" w:noHBand="0" w:noVBand="0"/>
      </w:tblPr>
      <w:tblGrid>
        <w:gridCol w:w="3269"/>
        <w:gridCol w:w="264"/>
        <w:gridCol w:w="5840"/>
      </w:tblGrid>
      <w:tr w:rsidR="00B068AE" w:rsidRPr="00B068AE" w14:paraId="1C819386" w14:textId="77777777" w:rsidTr="00751B24">
        <w:tc>
          <w:tcPr>
            <w:tcW w:w="3269" w:type="dxa"/>
          </w:tcPr>
          <w:p w14:paraId="24EBB17B" w14:textId="77777777" w:rsidR="002A5305" w:rsidRPr="00B068AE" w:rsidRDefault="002A5305" w:rsidP="002A5305">
            <w:pPr>
              <w:widowControl w:val="0"/>
              <w:spacing w:after="0" w:line="240" w:lineRule="auto"/>
              <w:jc w:val="center"/>
              <w:rPr>
                <w:rFonts w:cs="Times New Roman"/>
                <w:b/>
                <w:szCs w:val="26"/>
              </w:rPr>
            </w:pPr>
            <w:r w:rsidRPr="00B068AE">
              <w:rPr>
                <w:rFonts w:cs="Times New Roman"/>
                <w:b/>
                <w:szCs w:val="26"/>
              </w:rPr>
              <w:t>HỘI ĐỒNG NHÂN DÂN</w:t>
            </w:r>
          </w:p>
          <w:p w14:paraId="0104795B" w14:textId="3D237714" w:rsidR="002A5305" w:rsidRPr="00B068AE" w:rsidRDefault="002A5305" w:rsidP="002A5305">
            <w:pPr>
              <w:widowControl w:val="0"/>
              <w:spacing w:after="0" w:line="240" w:lineRule="auto"/>
              <w:jc w:val="center"/>
              <w:rPr>
                <w:rFonts w:cs="Times New Roman"/>
                <w:b/>
                <w:sz w:val="28"/>
                <w:szCs w:val="28"/>
              </w:rPr>
            </w:pPr>
            <w:r w:rsidRPr="00B068AE">
              <w:rPr>
                <w:rFonts w:cs="Times New Roman"/>
                <w:noProof/>
                <w:sz w:val="28"/>
                <w:szCs w:val="20"/>
              </w:rPr>
              <mc:AlternateContent>
                <mc:Choice Requires="wps">
                  <w:drawing>
                    <wp:anchor distT="4294967295" distB="4294967295" distL="114300" distR="114300" simplePos="0" relativeHeight="251659264" behindDoc="0" locked="0" layoutInCell="1" allowOverlap="1" wp14:anchorId="5E7C1230" wp14:editId="3BD2D7D6">
                      <wp:simplePos x="0" y="0"/>
                      <wp:positionH relativeFrom="margin">
                        <wp:align>center</wp:align>
                      </wp:positionH>
                      <wp:positionV relativeFrom="paragraph">
                        <wp:posOffset>194945</wp:posOffset>
                      </wp:positionV>
                      <wp:extent cx="666750" cy="0"/>
                      <wp:effectExtent l="0" t="0" r="0" b="0"/>
                      <wp:wrapNone/>
                      <wp:docPr id="41198448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C29B06" id="Straight Connector 5" o:spid="_x0000_s1026" style="position:absolute;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5.35pt" to="52.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" strokeweight=".5pt">
                      <w10:wrap anchorx="margin"/>
                    </v:line>
                  </w:pict>
                </mc:Fallback>
              </mc:AlternateContent>
            </w:r>
            <w:r w:rsidRPr="00B068AE">
              <w:rPr>
                <w:rFonts w:cs="Times New Roman"/>
                <w:b/>
                <w:noProof/>
                <w:szCs w:val="26"/>
              </w:rPr>
              <w:t>TỈNH</w:t>
            </w:r>
            <w:r w:rsidRPr="00B068AE">
              <w:rPr>
                <w:rFonts w:cs="Times New Roman"/>
                <w:b/>
                <w:szCs w:val="26"/>
              </w:rPr>
              <w:t xml:space="preserve"> QUẢNG NGÃI</w:t>
            </w:r>
          </w:p>
        </w:tc>
        <w:tc>
          <w:tcPr>
            <w:tcW w:w="264" w:type="dxa"/>
          </w:tcPr>
          <w:p w14:paraId="23B037FB" w14:textId="77777777" w:rsidR="002A5305" w:rsidRPr="00B068AE" w:rsidRDefault="002A5305" w:rsidP="002A5305">
            <w:pPr>
              <w:widowControl w:val="0"/>
              <w:spacing w:after="0" w:line="240" w:lineRule="auto"/>
              <w:jc w:val="center"/>
              <w:rPr>
                <w:rFonts w:cs="Times New Roman"/>
                <w:b/>
                <w:szCs w:val="28"/>
              </w:rPr>
            </w:pPr>
          </w:p>
          <w:p w14:paraId="3A605A32" w14:textId="77777777" w:rsidR="002A5305" w:rsidRPr="00B068AE" w:rsidRDefault="002A5305" w:rsidP="002A5305">
            <w:pPr>
              <w:widowControl w:val="0"/>
              <w:spacing w:after="0" w:line="240" w:lineRule="auto"/>
              <w:jc w:val="center"/>
              <w:rPr>
                <w:rFonts w:cs="Times New Roman"/>
                <w:b/>
                <w:sz w:val="28"/>
                <w:szCs w:val="28"/>
              </w:rPr>
            </w:pPr>
          </w:p>
        </w:tc>
        <w:tc>
          <w:tcPr>
            <w:tcW w:w="5840" w:type="dxa"/>
          </w:tcPr>
          <w:p w14:paraId="1D71167B" w14:textId="77777777" w:rsidR="002A5305" w:rsidRPr="00B068AE" w:rsidRDefault="002A5305" w:rsidP="002A5305">
            <w:pPr>
              <w:widowControl w:val="0"/>
              <w:spacing w:after="0" w:line="240" w:lineRule="auto"/>
              <w:jc w:val="center"/>
              <w:rPr>
                <w:rFonts w:cs="Times New Roman"/>
                <w:b/>
                <w:sz w:val="28"/>
                <w:szCs w:val="28"/>
              </w:rPr>
            </w:pPr>
            <w:r w:rsidRPr="00B068AE">
              <w:rPr>
                <w:rFonts w:cs="Times New Roman"/>
                <w:b/>
                <w:szCs w:val="28"/>
              </w:rPr>
              <w:t>CỘNG HÒA XÃ HỘI CHỦ NGHĨA VIỆT NAM</w:t>
            </w:r>
          </w:p>
          <w:p w14:paraId="16783478" w14:textId="77777777" w:rsidR="002A5305" w:rsidRPr="00B068AE" w:rsidRDefault="002A5305" w:rsidP="002A5305">
            <w:pPr>
              <w:widowControl w:val="0"/>
              <w:spacing w:after="0" w:line="240" w:lineRule="auto"/>
              <w:jc w:val="center"/>
              <w:rPr>
                <w:rFonts w:cs="Times New Roman"/>
                <w:b/>
                <w:sz w:val="28"/>
                <w:szCs w:val="28"/>
              </w:rPr>
            </w:pPr>
            <w:proofErr w:type="spellStart"/>
            <w:r w:rsidRPr="00B068AE">
              <w:rPr>
                <w:rFonts w:cs="Times New Roman"/>
                <w:b/>
                <w:sz w:val="28"/>
                <w:szCs w:val="28"/>
              </w:rPr>
              <w:t>Độc</w:t>
            </w:r>
            <w:proofErr w:type="spellEnd"/>
            <w:r w:rsidRPr="00B068AE">
              <w:rPr>
                <w:rFonts w:cs="Times New Roman"/>
                <w:b/>
                <w:sz w:val="28"/>
                <w:szCs w:val="28"/>
              </w:rPr>
              <w:t xml:space="preserve"> </w:t>
            </w:r>
            <w:proofErr w:type="spellStart"/>
            <w:r w:rsidRPr="00B068AE">
              <w:rPr>
                <w:rFonts w:cs="Times New Roman"/>
                <w:b/>
                <w:sz w:val="28"/>
                <w:szCs w:val="28"/>
              </w:rPr>
              <w:t>lập</w:t>
            </w:r>
            <w:proofErr w:type="spellEnd"/>
            <w:r w:rsidRPr="00B068AE">
              <w:rPr>
                <w:rFonts w:cs="Times New Roman"/>
                <w:b/>
                <w:sz w:val="28"/>
                <w:szCs w:val="28"/>
              </w:rPr>
              <w:t xml:space="preserve"> - </w:t>
            </w:r>
            <w:proofErr w:type="spellStart"/>
            <w:r w:rsidRPr="00B068AE">
              <w:rPr>
                <w:rFonts w:cs="Times New Roman"/>
                <w:b/>
                <w:sz w:val="28"/>
                <w:szCs w:val="28"/>
              </w:rPr>
              <w:t>Tự</w:t>
            </w:r>
            <w:proofErr w:type="spellEnd"/>
            <w:r w:rsidRPr="00B068AE">
              <w:rPr>
                <w:rFonts w:cs="Times New Roman"/>
                <w:b/>
                <w:sz w:val="28"/>
                <w:szCs w:val="28"/>
              </w:rPr>
              <w:t xml:space="preserve"> do - </w:t>
            </w:r>
            <w:proofErr w:type="spellStart"/>
            <w:r w:rsidRPr="00B068AE">
              <w:rPr>
                <w:rFonts w:cs="Times New Roman"/>
                <w:b/>
                <w:sz w:val="28"/>
                <w:szCs w:val="28"/>
              </w:rPr>
              <w:t>Hạnh</w:t>
            </w:r>
            <w:proofErr w:type="spellEnd"/>
            <w:r w:rsidRPr="00B068AE">
              <w:rPr>
                <w:rFonts w:cs="Times New Roman"/>
                <w:b/>
                <w:sz w:val="28"/>
                <w:szCs w:val="28"/>
              </w:rPr>
              <w:t xml:space="preserve"> </w:t>
            </w:r>
            <w:proofErr w:type="spellStart"/>
            <w:r w:rsidRPr="00B068AE">
              <w:rPr>
                <w:rFonts w:cs="Times New Roman"/>
                <w:b/>
                <w:sz w:val="28"/>
                <w:szCs w:val="28"/>
              </w:rPr>
              <w:t>phúc</w:t>
            </w:r>
            <w:proofErr w:type="spellEnd"/>
          </w:p>
        </w:tc>
      </w:tr>
      <w:tr w:rsidR="00B068AE" w:rsidRPr="00B068AE" w14:paraId="4B4EAA9B" w14:textId="77777777" w:rsidTr="00751B24">
        <w:tc>
          <w:tcPr>
            <w:tcW w:w="3269" w:type="dxa"/>
          </w:tcPr>
          <w:p w14:paraId="32052A70" w14:textId="4FB44D21" w:rsidR="002A5305" w:rsidRPr="00B068AE" w:rsidRDefault="002A5305" w:rsidP="00F27E3F">
            <w:pPr>
              <w:widowControl w:val="0"/>
              <w:spacing w:before="180" w:after="0" w:line="240" w:lineRule="auto"/>
              <w:jc w:val="center"/>
              <w:rPr>
                <w:rFonts w:cs="Times New Roman"/>
                <w:sz w:val="28"/>
                <w:szCs w:val="28"/>
              </w:rPr>
            </w:pPr>
            <w:proofErr w:type="spellStart"/>
            <w:r w:rsidRPr="00B068AE">
              <w:rPr>
                <w:rFonts w:cs="Times New Roman"/>
                <w:sz w:val="28"/>
                <w:szCs w:val="28"/>
              </w:rPr>
              <w:t>Số</w:t>
            </w:r>
            <w:proofErr w:type="spellEnd"/>
            <w:r w:rsidRPr="00B068AE">
              <w:rPr>
                <w:rFonts w:cs="Times New Roman"/>
                <w:sz w:val="28"/>
                <w:szCs w:val="28"/>
              </w:rPr>
              <w:t xml:space="preserve">: </w:t>
            </w:r>
            <w:r w:rsidR="00F27E3F">
              <w:rPr>
                <w:rFonts w:cs="Times New Roman"/>
                <w:sz w:val="28"/>
                <w:szCs w:val="28"/>
              </w:rPr>
              <w:t>48</w:t>
            </w:r>
            <w:r w:rsidRPr="00B068AE">
              <w:rPr>
                <w:rFonts w:cs="Times New Roman"/>
                <w:sz w:val="28"/>
                <w:szCs w:val="28"/>
              </w:rPr>
              <w:t>/NQ-HĐND</w:t>
            </w:r>
          </w:p>
        </w:tc>
        <w:tc>
          <w:tcPr>
            <w:tcW w:w="264" w:type="dxa"/>
          </w:tcPr>
          <w:p w14:paraId="0B39CB5B" w14:textId="77777777" w:rsidR="002A5305" w:rsidRPr="00B068AE" w:rsidRDefault="002A5305" w:rsidP="002A5305">
            <w:pPr>
              <w:widowControl w:val="0"/>
              <w:spacing w:before="180" w:after="0" w:line="240" w:lineRule="auto"/>
              <w:jc w:val="center"/>
              <w:rPr>
                <w:rFonts w:cs="Times New Roman"/>
                <w:i/>
                <w:sz w:val="28"/>
                <w:szCs w:val="28"/>
              </w:rPr>
            </w:pPr>
          </w:p>
        </w:tc>
        <w:tc>
          <w:tcPr>
            <w:tcW w:w="5840" w:type="dxa"/>
          </w:tcPr>
          <w:p w14:paraId="433B0C2B" w14:textId="2C84A484" w:rsidR="002A5305" w:rsidRPr="00B068AE" w:rsidRDefault="002A5305" w:rsidP="00F27E3F">
            <w:pPr>
              <w:widowControl w:val="0"/>
              <w:spacing w:before="180" w:after="0" w:line="240" w:lineRule="auto"/>
              <w:jc w:val="center"/>
              <w:rPr>
                <w:rFonts w:cs="Times New Roman"/>
                <w:i/>
                <w:sz w:val="28"/>
                <w:szCs w:val="28"/>
              </w:rPr>
            </w:pPr>
            <w:r w:rsidRPr="00B068AE">
              <w:rPr>
                <w:rFonts w:cs="Times New Roman"/>
                <w:noProof/>
                <w:sz w:val="28"/>
                <w:szCs w:val="20"/>
              </w:rPr>
              <mc:AlternateContent>
                <mc:Choice Requires="wps">
                  <w:drawing>
                    <wp:anchor distT="4294967295" distB="4294967295" distL="114300" distR="114300" simplePos="0" relativeHeight="251660288" behindDoc="0" locked="0" layoutInCell="1" allowOverlap="1" wp14:anchorId="58D2AAB4" wp14:editId="39E45EE2">
                      <wp:simplePos x="0" y="0"/>
                      <wp:positionH relativeFrom="margin">
                        <wp:posOffset>732790</wp:posOffset>
                      </wp:positionH>
                      <wp:positionV relativeFrom="paragraph">
                        <wp:posOffset>27940</wp:posOffset>
                      </wp:positionV>
                      <wp:extent cx="2096135" cy="0"/>
                      <wp:effectExtent l="0" t="0" r="0" b="0"/>
                      <wp:wrapNone/>
                      <wp:docPr id="75817345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61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BC41C"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57.7pt,2.2pt" to="222.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" strokeweight=".5pt">
                      <w10:wrap anchorx="margin"/>
                    </v:line>
                  </w:pict>
                </mc:Fallback>
              </mc:AlternateContent>
            </w:r>
            <w:proofErr w:type="spellStart"/>
            <w:r w:rsidRPr="00B068AE">
              <w:rPr>
                <w:rFonts w:cs="Times New Roman"/>
                <w:i/>
                <w:sz w:val="28"/>
                <w:szCs w:val="28"/>
              </w:rPr>
              <w:t>Quảng</w:t>
            </w:r>
            <w:proofErr w:type="spellEnd"/>
            <w:r w:rsidRPr="00B068AE">
              <w:rPr>
                <w:rFonts w:cs="Times New Roman"/>
                <w:i/>
                <w:sz w:val="28"/>
                <w:szCs w:val="28"/>
              </w:rPr>
              <w:t xml:space="preserve"> </w:t>
            </w:r>
            <w:proofErr w:type="spellStart"/>
            <w:r w:rsidRPr="00B068AE">
              <w:rPr>
                <w:rFonts w:cs="Times New Roman"/>
                <w:i/>
                <w:sz w:val="28"/>
                <w:szCs w:val="28"/>
              </w:rPr>
              <w:t>Ngãi</w:t>
            </w:r>
            <w:proofErr w:type="spellEnd"/>
            <w:r w:rsidRPr="00B068AE">
              <w:rPr>
                <w:rFonts w:cs="Times New Roman"/>
                <w:i/>
                <w:sz w:val="28"/>
                <w:szCs w:val="28"/>
              </w:rPr>
              <w:t xml:space="preserve">, </w:t>
            </w:r>
            <w:proofErr w:type="spellStart"/>
            <w:r w:rsidRPr="00B068AE">
              <w:rPr>
                <w:rFonts w:cs="Times New Roman"/>
                <w:i/>
                <w:sz w:val="28"/>
                <w:szCs w:val="28"/>
              </w:rPr>
              <w:t>ngày</w:t>
            </w:r>
            <w:proofErr w:type="spellEnd"/>
            <w:r w:rsidRPr="00B068AE">
              <w:rPr>
                <w:rFonts w:cs="Times New Roman"/>
                <w:i/>
                <w:sz w:val="28"/>
                <w:szCs w:val="28"/>
              </w:rPr>
              <w:t xml:space="preserve"> </w:t>
            </w:r>
            <w:r w:rsidR="00F27E3F">
              <w:rPr>
                <w:rFonts w:cs="Times New Roman"/>
                <w:i/>
                <w:sz w:val="28"/>
                <w:szCs w:val="28"/>
              </w:rPr>
              <w:t xml:space="preserve">18 </w:t>
            </w:r>
            <w:proofErr w:type="spellStart"/>
            <w:r w:rsidRPr="00B068AE">
              <w:rPr>
                <w:rFonts w:cs="Times New Roman"/>
                <w:i/>
                <w:sz w:val="28"/>
                <w:szCs w:val="28"/>
              </w:rPr>
              <w:t>tháng</w:t>
            </w:r>
            <w:proofErr w:type="spellEnd"/>
            <w:r w:rsidRPr="00B068AE">
              <w:rPr>
                <w:rFonts w:cs="Times New Roman"/>
                <w:i/>
                <w:sz w:val="28"/>
                <w:szCs w:val="28"/>
              </w:rPr>
              <w:t xml:space="preserve"> 7 </w:t>
            </w:r>
            <w:proofErr w:type="spellStart"/>
            <w:r w:rsidRPr="00B068AE">
              <w:rPr>
                <w:rFonts w:cs="Times New Roman"/>
                <w:i/>
                <w:sz w:val="28"/>
                <w:szCs w:val="28"/>
              </w:rPr>
              <w:t>năm</w:t>
            </w:r>
            <w:proofErr w:type="spellEnd"/>
            <w:r w:rsidRPr="00B068AE">
              <w:rPr>
                <w:rFonts w:cs="Times New Roman"/>
                <w:i/>
                <w:sz w:val="28"/>
                <w:szCs w:val="28"/>
              </w:rPr>
              <w:t xml:space="preserve"> 2026</w:t>
            </w:r>
          </w:p>
        </w:tc>
      </w:tr>
    </w:tbl>
    <w:p w14:paraId="736355E7" w14:textId="10C3BE8D" w:rsidR="002A5305" w:rsidRPr="00B068AE" w:rsidRDefault="002A5305" w:rsidP="002A5305">
      <w:pPr>
        <w:keepNext/>
        <w:spacing w:after="0" w:line="240" w:lineRule="auto"/>
        <w:jc w:val="center"/>
        <w:rPr>
          <w:b/>
          <w:sz w:val="30"/>
        </w:rPr>
      </w:pPr>
    </w:p>
    <w:p w14:paraId="5354F6FB" w14:textId="1E23C456" w:rsidR="00343ABC" w:rsidRPr="00B068AE" w:rsidRDefault="006008B5" w:rsidP="002A5305">
      <w:pPr>
        <w:keepNext/>
        <w:spacing w:after="0" w:line="240" w:lineRule="auto"/>
        <w:jc w:val="center"/>
        <w:rPr>
          <w:sz w:val="28"/>
          <w:szCs w:val="28"/>
        </w:rPr>
      </w:pPr>
      <w:r w:rsidRPr="00B068AE">
        <w:rPr>
          <w:b/>
          <w:sz w:val="28"/>
          <w:szCs w:val="28"/>
        </w:rPr>
        <w:t>NGHỊ QUYẾT</w:t>
      </w:r>
    </w:p>
    <w:p w14:paraId="7D93CA87" w14:textId="5698F7A0" w:rsidR="00343ABC" w:rsidRPr="00B068AE" w:rsidRDefault="006008B5" w:rsidP="002A5305">
      <w:pPr>
        <w:keepNext/>
        <w:spacing w:after="0" w:line="264" w:lineRule="auto"/>
        <w:jc w:val="center"/>
        <w:rPr>
          <w:sz w:val="28"/>
          <w:szCs w:val="28"/>
        </w:rPr>
      </w:pPr>
      <w:bookmarkStart w:id="0" w:name="_Hlk239859084"/>
      <w:proofErr w:type="spellStart"/>
      <w:r w:rsidRPr="00B068AE">
        <w:rPr>
          <w:b/>
          <w:sz w:val="28"/>
          <w:szCs w:val="28"/>
        </w:rPr>
        <w:t>Về</w:t>
      </w:r>
      <w:proofErr w:type="spellEnd"/>
      <w:r w:rsidRPr="00B068AE">
        <w:rPr>
          <w:b/>
          <w:sz w:val="28"/>
          <w:szCs w:val="28"/>
        </w:rPr>
        <w:t xml:space="preserve"> </w:t>
      </w:r>
      <w:proofErr w:type="spellStart"/>
      <w:r w:rsidRPr="00B068AE">
        <w:rPr>
          <w:b/>
          <w:sz w:val="28"/>
          <w:szCs w:val="28"/>
        </w:rPr>
        <w:t>kết</w:t>
      </w:r>
      <w:proofErr w:type="spellEnd"/>
      <w:r w:rsidRPr="00B068AE">
        <w:rPr>
          <w:b/>
          <w:sz w:val="28"/>
          <w:szCs w:val="28"/>
        </w:rPr>
        <w:t xml:space="preserve"> </w:t>
      </w:r>
      <w:proofErr w:type="spellStart"/>
      <w:r w:rsidRPr="00B068AE">
        <w:rPr>
          <w:b/>
          <w:sz w:val="28"/>
          <w:szCs w:val="28"/>
        </w:rPr>
        <w:t>quả</w:t>
      </w:r>
      <w:proofErr w:type="spellEnd"/>
      <w:r w:rsidRPr="00B068AE">
        <w:rPr>
          <w:b/>
          <w:sz w:val="28"/>
          <w:szCs w:val="28"/>
        </w:rPr>
        <w:t xml:space="preserve"> </w:t>
      </w:r>
      <w:proofErr w:type="spellStart"/>
      <w:r w:rsidRPr="00B068AE">
        <w:rPr>
          <w:b/>
          <w:sz w:val="28"/>
          <w:szCs w:val="28"/>
        </w:rPr>
        <w:t>Kỳ</w:t>
      </w:r>
      <w:proofErr w:type="spellEnd"/>
      <w:r w:rsidRPr="00B068AE">
        <w:rPr>
          <w:b/>
          <w:sz w:val="28"/>
          <w:szCs w:val="28"/>
        </w:rPr>
        <w:t xml:space="preserve"> </w:t>
      </w:r>
      <w:proofErr w:type="spellStart"/>
      <w:r w:rsidRPr="00B068AE">
        <w:rPr>
          <w:b/>
          <w:sz w:val="28"/>
          <w:szCs w:val="28"/>
        </w:rPr>
        <w:t>họp</w:t>
      </w:r>
      <w:proofErr w:type="spellEnd"/>
      <w:r w:rsidRPr="00B068AE">
        <w:rPr>
          <w:b/>
          <w:sz w:val="28"/>
          <w:szCs w:val="28"/>
        </w:rPr>
        <w:t xml:space="preserve"> </w:t>
      </w:r>
      <w:proofErr w:type="spellStart"/>
      <w:r w:rsidRPr="00B068AE">
        <w:rPr>
          <w:b/>
          <w:sz w:val="28"/>
          <w:szCs w:val="28"/>
        </w:rPr>
        <w:t>thứ</w:t>
      </w:r>
      <w:proofErr w:type="spellEnd"/>
      <w:r w:rsidRPr="00B068AE">
        <w:rPr>
          <w:b/>
          <w:sz w:val="28"/>
          <w:szCs w:val="28"/>
        </w:rPr>
        <w:t xml:space="preserve"> 5 (</w:t>
      </w:r>
      <w:proofErr w:type="spellStart"/>
      <w:r w:rsidRPr="00B068AE">
        <w:rPr>
          <w:b/>
          <w:sz w:val="28"/>
          <w:szCs w:val="28"/>
        </w:rPr>
        <w:t>Kỳ</w:t>
      </w:r>
      <w:proofErr w:type="spellEnd"/>
      <w:r w:rsidRPr="00B068AE">
        <w:rPr>
          <w:b/>
          <w:sz w:val="28"/>
          <w:szCs w:val="28"/>
        </w:rPr>
        <w:t xml:space="preserve"> </w:t>
      </w:r>
      <w:proofErr w:type="spellStart"/>
      <w:r w:rsidRPr="00B068AE">
        <w:rPr>
          <w:b/>
          <w:sz w:val="28"/>
          <w:szCs w:val="28"/>
        </w:rPr>
        <w:t>họp</w:t>
      </w:r>
      <w:proofErr w:type="spellEnd"/>
      <w:r w:rsidRPr="00B068AE">
        <w:rPr>
          <w:b/>
          <w:sz w:val="28"/>
          <w:szCs w:val="28"/>
        </w:rPr>
        <w:t xml:space="preserve"> </w:t>
      </w:r>
      <w:proofErr w:type="spellStart"/>
      <w:r w:rsidRPr="00B068AE">
        <w:rPr>
          <w:b/>
          <w:sz w:val="28"/>
          <w:szCs w:val="28"/>
        </w:rPr>
        <w:t>thường</w:t>
      </w:r>
      <w:proofErr w:type="spellEnd"/>
      <w:r w:rsidRPr="00B068AE">
        <w:rPr>
          <w:b/>
          <w:sz w:val="28"/>
          <w:szCs w:val="28"/>
        </w:rPr>
        <w:t xml:space="preserve"> </w:t>
      </w:r>
      <w:proofErr w:type="spellStart"/>
      <w:r w:rsidRPr="00B068AE">
        <w:rPr>
          <w:b/>
          <w:sz w:val="28"/>
          <w:szCs w:val="28"/>
        </w:rPr>
        <w:t>lệ</w:t>
      </w:r>
      <w:proofErr w:type="spellEnd"/>
      <w:r w:rsidRPr="00B068AE">
        <w:rPr>
          <w:b/>
          <w:sz w:val="28"/>
          <w:szCs w:val="28"/>
        </w:rPr>
        <w:t xml:space="preserve"> </w:t>
      </w:r>
      <w:proofErr w:type="spellStart"/>
      <w:r w:rsidRPr="00B068AE">
        <w:rPr>
          <w:b/>
          <w:sz w:val="28"/>
          <w:szCs w:val="28"/>
        </w:rPr>
        <w:t>giữa</w:t>
      </w:r>
      <w:proofErr w:type="spellEnd"/>
      <w:r w:rsidRPr="00B068AE">
        <w:rPr>
          <w:b/>
          <w:sz w:val="28"/>
          <w:szCs w:val="28"/>
        </w:rPr>
        <w:t xml:space="preserve"> </w:t>
      </w:r>
      <w:proofErr w:type="spellStart"/>
      <w:r w:rsidRPr="00B068AE">
        <w:rPr>
          <w:b/>
          <w:sz w:val="28"/>
          <w:szCs w:val="28"/>
        </w:rPr>
        <w:t>năm</w:t>
      </w:r>
      <w:proofErr w:type="spellEnd"/>
      <w:r w:rsidRPr="00B068AE">
        <w:rPr>
          <w:b/>
          <w:sz w:val="28"/>
          <w:szCs w:val="28"/>
        </w:rPr>
        <w:t xml:space="preserve"> 2026),</w:t>
      </w:r>
      <w:r w:rsidRPr="00B068AE">
        <w:rPr>
          <w:b/>
          <w:sz w:val="28"/>
          <w:szCs w:val="28"/>
        </w:rPr>
        <w:br/>
      </w:r>
      <w:proofErr w:type="spellStart"/>
      <w:r w:rsidRPr="00B068AE">
        <w:rPr>
          <w:b/>
          <w:sz w:val="28"/>
          <w:szCs w:val="28"/>
        </w:rPr>
        <w:t>Hội</w:t>
      </w:r>
      <w:proofErr w:type="spellEnd"/>
      <w:r w:rsidRPr="00B068AE">
        <w:rPr>
          <w:b/>
          <w:sz w:val="28"/>
          <w:szCs w:val="28"/>
        </w:rPr>
        <w:t xml:space="preserve"> </w:t>
      </w:r>
      <w:proofErr w:type="spellStart"/>
      <w:r w:rsidRPr="00B068AE">
        <w:rPr>
          <w:b/>
          <w:sz w:val="28"/>
          <w:szCs w:val="28"/>
        </w:rPr>
        <w:t>đồng</w:t>
      </w:r>
      <w:proofErr w:type="spellEnd"/>
      <w:r w:rsidRPr="00B068AE">
        <w:rPr>
          <w:b/>
          <w:sz w:val="28"/>
          <w:szCs w:val="28"/>
        </w:rPr>
        <w:t xml:space="preserve"> </w:t>
      </w:r>
      <w:proofErr w:type="spellStart"/>
      <w:r w:rsidRPr="00B068AE">
        <w:rPr>
          <w:b/>
          <w:sz w:val="28"/>
          <w:szCs w:val="28"/>
        </w:rPr>
        <w:t>nhân</w:t>
      </w:r>
      <w:proofErr w:type="spellEnd"/>
      <w:r w:rsidRPr="00B068AE">
        <w:rPr>
          <w:b/>
          <w:sz w:val="28"/>
          <w:szCs w:val="28"/>
        </w:rPr>
        <w:t xml:space="preserve"> </w:t>
      </w:r>
      <w:proofErr w:type="spellStart"/>
      <w:r w:rsidRPr="00B068AE">
        <w:rPr>
          <w:b/>
          <w:sz w:val="28"/>
          <w:szCs w:val="28"/>
        </w:rPr>
        <w:t>dân</w:t>
      </w:r>
      <w:proofErr w:type="spellEnd"/>
      <w:r w:rsidRPr="00B068AE">
        <w:rPr>
          <w:b/>
          <w:sz w:val="28"/>
          <w:szCs w:val="28"/>
        </w:rPr>
        <w:t xml:space="preserve"> </w:t>
      </w:r>
      <w:proofErr w:type="spellStart"/>
      <w:r w:rsidRPr="00B068AE">
        <w:rPr>
          <w:b/>
          <w:sz w:val="28"/>
          <w:szCs w:val="28"/>
        </w:rPr>
        <w:t>tỉnh</w:t>
      </w:r>
      <w:proofErr w:type="spellEnd"/>
      <w:r w:rsidRPr="00B068AE">
        <w:rPr>
          <w:b/>
          <w:sz w:val="28"/>
          <w:szCs w:val="28"/>
        </w:rPr>
        <w:t xml:space="preserve"> </w:t>
      </w:r>
      <w:proofErr w:type="spellStart"/>
      <w:r w:rsidRPr="00B068AE">
        <w:rPr>
          <w:b/>
          <w:sz w:val="28"/>
          <w:szCs w:val="28"/>
        </w:rPr>
        <w:t>Quảng</w:t>
      </w:r>
      <w:proofErr w:type="spellEnd"/>
      <w:r w:rsidRPr="00B068AE">
        <w:rPr>
          <w:b/>
          <w:sz w:val="28"/>
          <w:szCs w:val="28"/>
        </w:rPr>
        <w:t xml:space="preserve"> </w:t>
      </w:r>
      <w:proofErr w:type="spellStart"/>
      <w:r w:rsidRPr="00B068AE">
        <w:rPr>
          <w:b/>
          <w:sz w:val="28"/>
          <w:szCs w:val="28"/>
        </w:rPr>
        <w:t>Ngãi</w:t>
      </w:r>
      <w:proofErr w:type="spellEnd"/>
      <w:r w:rsidRPr="00B068AE">
        <w:rPr>
          <w:b/>
          <w:sz w:val="28"/>
          <w:szCs w:val="28"/>
        </w:rPr>
        <w:t xml:space="preserve"> </w:t>
      </w:r>
      <w:proofErr w:type="spellStart"/>
      <w:r w:rsidRPr="00B068AE">
        <w:rPr>
          <w:b/>
          <w:sz w:val="28"/>
          <w:szCs w:val="28"/>
        </w:rPr>
        <w:t>khóa</w:t>
      </w:r>
      <w:proofErr w:type="spellEnd"/>
      <w:r w:rsidRPr="00B068AE">
        <w:rPr>
          <w:b/>
          <w:sz w:val="28"/>
          <w:szCs w:val="28"/>
        </w:rPr>
        <w:t xml:space="preserve"> XIV, </w:t>
      </w:r>
      <w:proofErr w:type="spellStart"/>
      <w:r w:rsidRPr="00B068AE">
        <w:rPr>
          <w:b/>
          <w:sz w:val="28"/>
          <w:szCs w:val="28"/>
        </w:rPr>
        <w:t>nhiệm</w:t>
      </w:r>
      <w:proofErr w:type="spellEnd"/>
      <w:r w:rsidRPr="00B068AE">
        <w:rPr>
          <w:b/>
          <w:sz w:val="28"/>
          <w:szCs w:val="28"/>
        </w:rPr>
        <w:t xml:space="preserve"> </w:t>
      </w:r>
      <w:proofErr w:type="spellStart"/>
      <w:r w:rsidRPr="00B068AE">
        <w:rPr>
          <w:b/>
          <w:sz w:val="28"/>
          <w:szCs w:val="28"/>
        </w:rPr>
        <w:t>kỳ</w:t>
      </w:r>
      <w:proofErr w:type="spellEnd"/>
      <w:r w:rsidRPr="00B068AE">
        <w:rPr>
          <w:b/>
          <w:sz w:val="28"/>
          <w:szCs w:val="28"/>
        </w:rPr>
        <w:t xml:space="preserve"> 2026 - 2031</w:t>
      </w:r>
    </w:p>
    <w:bookmarkEnd w:id="0"/>
    <w:p w14:paraId="641276B8" w14:textId="3BEBD417" w:rsidR="002A5305" w:rsidRPr="00B068AE" w:rsidRDefault="00796D82" w:rsidP="002A5305">
      <w:pPr>
        <w:keepNext/>
        <w:spacing w:after="0" w:line="240" w:lineRule="auto"/>
        <w:jc w:val="center"/>
        <w:rPr>
          <w:b/>
          <w:sz w:val="28"/>
          <w:szCs w:val="28"/>
          <w:lang w:val="vi-VN"/>
        </w:rPr>
      </w:pPr>
      <w:r w:rsidRPr="00B068AE">
        <w:rPr>
          <w:b/>
          <w:noProof/>
          <w:sz w:val="28"/>
          <w:szCs w:val="28"/>
        </w:rPr>
        <mc:AlternateContent>
          <mc:Choice Requires="wps">
            <w:drawing>
              <wp:anchor distT="0" distB="0" distL="114300" distR="114300" simplePos="0" relativeHeight="251663360" behindDoc="0" locked="0" layoutInCell="1" allowOverlap="1" wp14:anchorId="4F9BF0CF" wp14:editId="01477E4C">
                <wp:simplePos x="0" y="0"/>
                <wp:positionH relativeFrom="column">
                  <wp:posOffset>2393315</wp:posOffset>
                </wp:positionH>
                <wp:positionV relativeFrom="paragraph">
                  <wp:posOffset>33655</wp:posOffset>
                </wp:positionV>
                <wp:extent cx="10096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009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2D57EF"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8.45pt,2.65pt" to="267.9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" strokecolor="black [3040]"/>
            </w:pict>
          </mc:Fallback>
        </mc:AlternateContent>
      </w:r>
    </w:p>
    <w:p w14:paraId="29CDAAF5" w14:textId="719BCA3A" w:rsidR="00343ABC" w:rsidRPr="00B068AE" w:rsidRDefault="006008B5" w:rsidP="002A5305">
      <w:pPr>
        <w:keepNext/>
        <w:spacing w:after="0" w:line="240" w:lineRule="auto"/>
        <w:jc w:val="center"/>
        <w:rPr>
          <w:b/>
          <w:sz w:val="28"/>
          <w:szCs w:val="28"/>
          <w:lang w:val="vi-VN"/>
        </w:rPr>
      </w:pPr>
      <w:r w:rsidRPr="00B068AE">
        <w:rPr>
          <w:b/>
          <w:sz w:val="28"/>
          <w:szCs w:val="28"/>
          <w:lang w:val="vi-VN"/>
        </w:rPr>
        <w:t>HỘI ĐỒNG NHÂN DÂN TỈNH QUẢNG NGÃI</w:t>
      </w:r>
      <w:r w:rsidRPr="00B068AE">
        <w:rPr>
          <w:b/>
          <w:sz w:val="28"/>
          <w:szCs w:val="28"/>
          <w:lang w:val="vi-VN"/>
        </w:rPr>
        <w:br/>
        <w:t>KHÓA XIV, KỲ HỌP THỨ 5</w:t>
      </w:r>
    </w:p>
    <w:p w14:paraId="3694CC15" w14:textId="77777777" w:rsidR="002A5305" w:rsidRPr="00B068AE" w:rsidRDefault="002A5305" w:rsidP="002A5305">
      <w:pPr>
        <w:keepNext/>
        <w:spacing w:after="0" w:line="240" w:lineRule="auto"/>
        <w:jc w:val="center"/>
        <w:rPr>
          <w:sz w:val="28"/>
          <w:szCs w:val="28"/>
          <w:lang w:val="vi-VN"/>
        </w:rPr>
      </w:pPr>
    </w:p>
    <w:p w14:paraId="5224540A" w14:textId="77777777" w:rsidR="00343ABC" w:rsidRPr="00B068AE" w:rsidRDefault="006008B5" w:rsidP="00B068AE">
      <w:pPr>
        <w:keepNext/>
        <w:spacing w:before="120" w:after="0"/>
        <w:ind w:firstLine="720"/>
        <w:jc w:val="both"/>
        <w:rPr>
          <w:sz w:val="28"/>
          <w:szCs w:val="28"/>
        </w:rPr>
      </w:pPr>
      <w:proofErr w:type="spellStart"/>
      <w:r w:rsidRPr="00B068AE">
        <w:rPr>
          <w:i/>
          <w:sz w:val="28"/>
          <w:szCs w:val="28"/>
        </w:rPr>
        <w:t>Căn</w:t>
      </w:r>
      <w:proofErr w:type="spellEnd"/>
      <w:r w:rsidRPr="00B068AE">
        <w:rPr>
          <w:i/>
          <w:sz w:val="28"/>
          <w:szCs w:val="28"/>
        </w:rPr>
        <w:t xml:space="preserve"> </w:t>
      </w:r>
      <w:proofErr w:type="spellStart"/>
      <w:r w:rsidRPr="00B068AE">
        <w:rPr>
          <w:i/>
          <w:sz w:val="28"/>
          <w:szCs w:val="28"/>
        </w:rPr>
        <w:t>cứ</w:t>
      </w:r>
      <w:proofErr w:type="spellEnd"/>
      <w:r w:rsidRPr="00B068AE">
        <w:rPr>
          <w:i/>
          <w:sz w:val="28"/>
          <w:szCs w:val="28"/>
        </w:rPr>
        <w:t xml:space="preserve"> </w:t>
      </w:r>
      <w:proofErr w:type="spellStart"/>
      <w:r w:rsidRPr="00B068AE">
        <w:rPr>
          <w:i/>
          <w:sz w:val="28"/>
          <w:szCs w:val="28"/>
        </w:rPr>
        <w:t>Luật</w:t>
      </w:r>
      <w:proofErr w:type="spellEnd"/>
      <w:r w:rsidRPr="00B068AE">
        <w:rPr>
          <w:i/>
          <w:sz w:val="28"/>
          <w:szCs w:val="28"/>
        </w:rPr>
        <w:t xml:space="preserve"> </w:t>
      </w:r>
      <w:proofErr w:type="spellStart"/>
      <w:r w:rsidRPr="00B068AE">
        <w:rPr>
          <w:i/>
          <w:sz w:val="28"/>
          <w:szCs w:val="28"/>
        </w:rPr>
        <w:t>Tổ</w:t>
      </w:r>
      <w:proofErr w:type="spellEnd"/>
      <w:r w:rsidRPr="00B068AE">
        <w:rPr>
          <w:i/>
          <w:sz w:val="28"/>
          <w:szCs w:val="28"/>
        </w:rPr>
        <w:t xml:space="preserve"> </w:t>
      </w:r>
      <w:proofErr w:type="spellStart"/>
      <w:r w:rsidRPr="00B068AE">
        <w:rPr>
          <w:i/>
          <w:sz w:val="28"/>
          <w:szCs w:val="28"/>
        </w:rPr>
        <w:t>chức</w:t>
      </w:r>
      <w:proofErr w:type="spellEnd"/>
      <w:r w:rsidRPr="00B068AE">
        <w:rPr>
          <w:i/>
          <w:sz w:val="28"/>
          <w:szCs w:val="28"/>
        </w:rPr>
        <w:t xml:space="preserve"> </w:t>
      </w:r>
      <w:proofErr w:type="spellStart"/>
      <w:r w:rsidRPr="00B068AE">
        <w:rPr>
          <w:i/>
          <w:sz w:val="28"/>
          <w:szCs w:val="28"/>
        </w:rPr>
        <w:t>chính</w:t>
      </w:r>
      <w:proofErr w:type="spellEnd"/>
      <w:r w:rsidRPr="00B068AE">
        <w:rPr>
          <w:i/>
          <w:sz w:val="28"/>
          <w:szCs w:val="28"/>
        </w:rPr>
        <w:t xml:space="preserve"> </w:t>
      </w:r>
      <w:proofErr w:type="spellStart"/>
      <w:r w:rsidRPr="00B068AE">
        <w:rPr>
          <w:i/>
          <w:sz w:val="28"/>
          <w:szCs w:val="28"/>
        </w:rPr>
        <w:t>quyền</w:t>
      </w:r>
      <w:proofErr w:type="spellEnd"/>
      <w:r w:rsidRPr="00B068AE">
        <w:rPr>
          <w:i/>
          <w:sz w:val="28"/>
          <w:szCs w:val="28"/>
        </w:rPr>
        <w:t xml:space="preserve"> </w:t>
      </w:r>
      <w:proofErr w:type="spellStart"/>
      <w:r w:rsidRPr="00B068AE">
        <w:rPr>
          <w:i/>
          <w:sz w:val="28"/>
          <w:szCs w:val="28"/>
        </w:rPr>
        <w:t>địa</w:t>
      </w:r>
      <w:proofErr w:type="spellEnd"/>
      <w:r w:rsidRPr="00B068AE">
        <w:rPr>
          <w:i/>
          <w:sz w:val="28"/>
          <w:szCs w:val="28"/>
        </w:rPr>
        <w:t xml:space="preserve"> </w:t>
      </w:r>
      <w:proofErr w:type="spellStart"/>
      <w:r w:rsidRPr="00B068AE">
        <w:rPr>
          <w:i/>
          <w:sz w:val="28"/>
          <w:szCs w:val="28"/>
        </w:rPr>
        <w:t>phương</w:t>
      </w:r>
      <w:proofErr w:type="spellEnd"/>
      <w:r w:rsidRPr="00B068AE">
        <w:rPr>
          <w:i/>
          <w:sz w:val="28"/>
          <w:szCs w:val="28"/>
        </w:rPr>
        <w:t xml:space="preserve"> </w:t>
      </w:r>
      <w:proofErr w:type="spellStart"/>
      <w:r w:rsidRPr="00B068AE">
        <w:rPr>
          <w:i/>
          <w:sz w:val="28"/>
          <w:szCs w:val="28"/>
        </w:rPr>
        <w:t>số</w:t>
      </w:r>
      <w:proofErr w:type="spellEnd"/>
      <w:r w:rsidRPr="00B068AE">
        <w:rPr>
          <w:i/>
          <w:sz w:val="28"/>
          <w:szCs w:val="28"/>
        </w:rPr>
        <w:t xml:space="preserve"> 72/2025/QH15 </w:t>
      </w:r>
      <w:proofErr w:type="spellStart"/>
      <w:r w:rsidRPr="00B068AE">
        <w:rPr>
          <w:i/>
          <w:sz w:val="28"/>
          <w:szCs w:val="28"/>
        </w:rPr>
        <w:t>ngày</w:t>
      </w:r>
      <w:proofErr w:type="spellEnd"/>
      <w:r w:rsidRPr="00B068AE">
        <w:rPr>
          <w:i/>
          <w:sz w:val="28"/>
          <w:szCs w:val="28"/>
        </w:rPr>
        <w:t xml:space="preserve"> 16 </w:t>
      </w:r>
      <w:proofErr w:type="spellStart"/>
      <w:r w:rsidRPr="00B068AE">
        <w:rPr>
          <w:i/>
          <w:sz w:val="28"/>
          <w:szCs w:val="28"/>
        </w:rPr>
        <w:t>tháng</w:t>
      </w:r>
      <w:proofErr w:type="spellEnd"/>
      <w:r w:rsidRPr="00B068AE">
        <w:rPr>
          <w:i/>
          <w:sz w:val="28"/>
          <w:szCs w:val="28"/>
        </w:rPr>
        <w:t xml:space="preserve"> 6 </w:t>
      </w:r>
      <w:proofErr w:type="spellStart"/>
      <w:r w:rsidRPr="00B068AE">
        <w:rPr>
          <w:i/>
          <w:sz w:val="28"/>
          <w:szCs w:val="28"/>
        </w:rPr>
        <w:t>năm</w:t>
      </w:r>
      <w:proofErr w:type="spellEnd"/>
      <w:r w:rsidRPr="00B068AE">
        <w:rPr>
          <w:i/>
          <w:sz w:val="28"/>
          <w:szCs w:val="28"/>
        </w:rPr>
        <w:t xml:space="preserve"> 2025;</w:t>
      </w:r>
    </w:p>
    <w:p w14:paraId="56B8F812" w14:textId="2FA1D814" w:rsidR="00343ABC" w:rsidRPr="00B068AE" w:rsidRDefault="006008B5" w:rsidP="00B068AE">
      <w:pPr>
        <w:keepNext/>
        <w:spacing w:before="120" w:after="0"/>
        <w:ind w:firstLine="720"/>
        <w:jc w:val="both"/>
        <w:rPr>
          <w:sz w:val="28"/>
          <w:szCs w:val="28"/>
        </w:rPr>
      </w:pPr>
      <w:proofErr w:type="spellStart"/>
      <w:r w:rsidRPr="00B068AE">
        <w:rPr>
          <w:i/>
          <w:sz w:val="28"/>
        </w:rPr>
        <w:t>Trên</w:t>
      </w:r>
      <w:proofErr w:type="spellEnd"/>
      <w:r w:rsidRPr="00B068AE">
        <w:rPr>
          <w:i/>
          <w:sz w:val="28"/>
        </w:rPr>
        <w:t xml:space="preserve"> </w:t>
      </w:r>
      <w:proofErr w:type="spellStart"/>
      <w:r w:rsidRPr="00B068AE">
        <w:rPr>
          <w:i/>
          <w:sz w:val="28"/>
        </w:rPr>
        <w:t>cơ</w:t>
      </w:r>
      <w:proofErr w:type="spellEnd"/>
      <w:r w:rsidRPr="00B068AE">
        <w:rPr>
          <w:i/>
          <w:sz w:val="28"/>
        </w:rPr>
        <w:t xml:space="preserve"> </w:t>
      </w:r>
      <w:proofErr w:type="spellStart"/>
      <w:r w:rsidRPr="00B068AE">
        <w:rPr>
          <w:i/>
          <w:sz w:val="28"/>
        </w:rPr>
        <w:t>sở</w:t>
      </w:r>
      <w:proofErr w:type="spellEnd"/>
      <w:r w:rsidRPr="00B068AE">
        <w:rPr>
          <w:i/>
          <w:sz w:val="28"/>
        </w:rPr>
        <w:t xml:space="preserve"> </w:t>
      </w:r>
      <w:proofErr w:type="spellStart"/>
      <w:r w:rsidRPr="00B068AE">
        <w:rPr>
          <w:i/>
          <w:sz w:val="28"/>
        </w:rPr>
        <w:t>xem</w:t>
      </w:r>
      <w:proofErr w:type="spellEnd"/>
      <w:r w:rsidRPr="00B068AE">
        <w:rPr>
          <w:i/>
          <w:sz w:val="28"/>
        </w:rPr>
        <w:t xml:space="preserve"> </w:t>
      </w:r>
      <w:proofErr w:type="spellStart"/>
      <w:r w:rsidRPr="00B068AE">
        <w:rPr>
          <w:i/>
          <w:sz w:val="28"/>
        </w:rPr>
        <w:t>xét</w:t>
      </w:r>
      <w:proofErr w:type="spellEnd"/>
      <w:r w:rsidRPr="00B068AE">
        <w:rPr>
          <w:i/>
          <w:sz w:val="28"/>
        </w:rPr>
        <w:t xml:space="preserve"> </w:t>
      </w:r>
      <w:proofErr w:type="spellStart"/>
      <w:r w:rsidRPr="00B068AE">
        <w:rPr>
          <w:i/>
          <w:sz w:val="28"/>
        </w:rPr>
        <w:t>các</w:t>
      </w:r>
      <w:proofErr w:type="spellEnd"/>
      <w:r w:rsidRPr="00B068AE">
        <w:rPr>
          <w:i/>
          <w:sz w:val="28"/>
        </w:rPr>
        <w:t xml:space="preserve"> </w:t>
      </w:r>
      <w:proofErr w:type="spellStart"/>
      <w:r w:rsidRPr="00B068AE">
        <w:rPr>
          <w:i/>
          <w:sz w:val="28"/>
        </w:rPr>
        <w:t>báo</w:t>
      </w:r>
      <w:proofErr w:type="spellEnd"/>
      <w:r w:rsidRPr="00B068AE">
        <w:rPr>
          <w:i/>
          <w:sz w:val="28"/>
        </w:rPr>
        <w:t xml:space="preserve"> </w:t>
      </w:r>
      <w:proofErr w:type="spellStart"/>
      <w:r w:rsidRPr="00B068AE">
        <w:rPr>
          <w:i/>
          <w:sz w:val="28"/>
        </w:rPr>
        <w:t>cáo</w:t>
      </w:r>
      <w:proofErr w:type="spellEnd"/>
      <w:r w:rsidRPr="00B068AE">
        <w:rPr>
          <w:i/>
          <w:sz w:val="28"/>
        </w:rPr>
        <w:t xml:space="preserve"> </w:t>
      </w:r>
      <w:proofErr w:type="spellStart"/>
      <w:r w:rsidRPr="00B068AE">
        <w:rPr>
          <w:i/>
          <w:sz w:val="28"/>
        </w:rPr>
        <w:t>của</w:t>
      </w:r>
      <w:proofErr w:type="spellEnd"/>
      <w:r w:rsidRPr="00B068AE">
        <w:rPr>
          <w:i/>
          <w:sz w:val="28"/>
        </w:rPr>
        <w:t xml:space="preserve"> </w:t>
      </w:r>
      <w:proofErr w:type="spellStart"/>
      <w:r w:rsidRPr="00B068AE">
        <w:rPr>
          <w:i/>
          <w:sz w:val="28"/>
        </w:rPr>
        <w:t>Thường</w:t>
      </w:r>
      <w:proofErr w:type="spellEnd"/>
      <w:r w:rsidRPr="00B068AE">
        <w:rPr>
          <w:i/>
          <w:sz w:val="28"/>
        </w:rPr>
        <w:t xml:space="preserve"> </w:t>
      </w:r>
      <w:proofErr w:type="spellStart"/>
      <w:r w:rsidRPr="00B068AE">
        <w:rPr>
          <w:i/>
          <w:sz w:val="28"/>
        </w:rPr>
        <w:t>trực</w:t>
      </w:r>
      <w:proofErr w:type="spellEnd"/>
      <w:r w:rsidRPr="00B068AE">
        <w:rPr>
          <w:i/>
          <w:sz w:val="28"/>
        </w:rPr>
        <w:t xml:space="preserve"> </w:t>
      </w:r>
      <w:proofErr w:type="spellStart"/>
      <w:r w:rsidRPr="00B068AE">
        <w:rPr>
          <w:i/>
          <w:sz w:val="28"/>
        </w:rPr>
        <w:t>Hội</w:t>
      </w:r>
      <w:proofErr w:type="spellEnd"/>
      <w:r w:rsidRPr="00B068AE">
        <w:rPr>
          <w:i/>
          <w:sz w:val="28"/>
        </w:rPr>
        <w:t xml:space="preserve"> </w:t>
      </w:r>
      <w:proofErr w:type="spellStart"/>
      <w:r w:rsidRPr="00B068AE">
        <w:rPr>
          <w:i/>
          <w:sz w:val="28"/>
        </w:rPr>
        <w:t>đồng</w:t>
      </w:r>
      <w:proofErr w:type="spellEnd"/>
      <w:r w:rsidRPr="00B068AE">
        <w:rPr>
          <w:i/>
          <w:sz w:val="28"/>
        </w:rPr>
        <w:t xml:space="preserve"> </w:t>
      </w:r>
      <w:proofErr w:type="spellStart"/>
      <w:r w:rsidRPr="00B068AE">
        <w:rPr>
          <w:i/>
          <w:sz w:val="28"/>
        </w:rPr>
        <w:t>nhân</w:t>
      </w:r>
      <w:proofErr w:type="spellEnd"/>
      <w:r w:rsidRPr="00B068AE">
        <w:rPr>
          <w:i/>
          <w:sz w:val="28"/>
        </w:rPr>
        <w:t xml:space="preserve"> </w:t>
      </w:r>
      <w:proofErr w:type="spellStart"/>
      <w:r w:rsidRPr="00B068AE">
        <w:rPr>
          <w:i/>
          <w:sz w:val="28"/>
        </w:rPr>
        <w:t>dân</w:t>
      </w:r>
      <w:proofErr w:type="spellEnd"/>
      <w:r w:rsidRPr="00B068AE">
        <w:rPr>
          <w:i/>
          <w:sz w:val="28"/>
        </w:rPr>
        <w:t xml:space="preserve"> </w:t>
      </w:r>
      <w:proofErr w:type="spellStart"/>
      <w:r w:rsidRPr="00B068AE">
        <w:rPr>
          <w:i/>
          <w:sz w:val="28"/>
        </w:rPr>
        <w:t>tỉnh</w:t>
      </w:r>
      <w:proofErr w:type="spellEnd"/>
      <w:r w:rsidRPr="00B068AE">
        <w:rPr>
          <w:i/>
          <w:sz w:val="28"/>
        </w:rPr>
        <w:t xml:space="preserve">, </w:t>
      </w:r>
      <w:proofErr w:type="spellStart"/>
      <w:r w:rsidRPr="00B068AE">
        <w:rPr>
          <w:i/>
          <w:sz w:val="28"/>
        </w:rPr>
        <w:t>Ủy</w:t>
      </w:r>
      <w:proofErr w:type="spellEnd"/>
      <w:r w:rsidRPr="00B068AE">
        <w:rPr>
          <w:i/>
          <w:sz w:val="28"/>
        </w:rPr>
        <w:t xml:space="preserve"> ban </w:t>
      </w:r>
      <w:proofErr w:type="spellStart"/>
      <w:r w:rsidRPr="00B068AE">
        <w:rPr>
          <w:i/>
          <w:sz w:val="28"/>
        </w:rPr>
        <w:t>nhân</w:t>
      </w:r>
      <w:proofErr w:type="spellEnd"/>
      <w:r w:rsidRPr="00B068AE">
        <w:rPr>
          <w:i/>
          <w:sz w:val="28"/>
        </w:rPr>
        <w:t xml:space="preserve"> </w:t>
      </w:r>
      <w:proofErr w:type="spellStart"/>
      <w:r w:rsidRPr="00B068AE">
        <w:rPr>
          <w:i/>
          <w:sz w:val="28"/>
        </w:rPr>
        <w:t>dân</w:t>
      </w:r>
      <w:proofErr w:type="spellEnd"/>
      <w:r w:rsidRPr="00B068AE">
        <w:rPr>
          <w:i/>
          <w:sz w:val="28"/>
        </w:rPr>
        <w:t xml:space="preserve"> </w:t>
      </w:r>
      <w:proofErr w:type="spellStart"/>
      <w:r w:rsidRPr="00B068AE">
        <w:rPr>
          <w:i/>
          <w:sz w:val="28"/>
        </w:rPr>
        <w:t>tỉnh</w:t>
      </w:r>
      <w:proofErr w:type="spellEnd"/>
      <w:r w:rsidRPr="00B068AE">
        <w:rPr>
          <w:i/>
          <w:sz w:val="28"/>
        </w:rPr>
        <w:t xml:space="preserve">, </w:t>
      </w:r>
      <w:proofErr w:type="spellStart"/>
      <w:r w:rsidRPr="00B068AE">
        <w:rPr>
          <w:i/>
          <w:sz w:val="28"/>
        </w:rPr>
        <w:t>các</w:t>
      </w:r>
      <w:proofErr w:type="spellEnd"/>
      <w:r w:rsidRPr="00B068AE">
        <w:rPr>
          <w:i/>
          <w:sz w:val="28"/>
        </w:rPr>
        <w:t xml:space="preserve"> Ban </w:t>
      </w:r>
      <w:proofErr w:type="spellStart"/>
      <w:r w:rsidRPr="00B068AE">
        <w:rPr>
          <w:i/>
          <w:sz w:val="28"/>
        </w:rPr>
        <w:t>của</w:t>
      </w:r>
      <w:proofErr w:type="spellEnd"/>
      <w:r w:rsidRPr="00B068AE">
        <w:rPr>
          <w:i/>
          <w:sz w:val="28"/>
        </w:rPr>
        <w:t xml:space="preserve"> </w:t>
      </w:r>
      <w:proofErr w:type="spellStart"/>
      <w:r w:rsidRPr="00B068AE">
        <w:rPr>
          <w:i/>
          <w:sz w:val="28"/>
        </w:rPr>
        <w:t>Hội</w:t>
      </w:r>
      <w:proofErr w:type="spellEnd"/>
      <w:r w:rsidRPr="00B068AE">
        <w:rPr>
          <w:i/>
          <w:sz w:val="28"/>
        </w:rPr>
        <w:t xml:space="preserve"> </w:t>
      </w:r>
      <w:proofErr w:type="spellStart"/>
      <w:r w:rsidRPr="00B068AE">
        <w:rPr>
          <w:i/>
          <w:sz w:val="28"/>
        </w:rPr>
        <w:t>đồng</w:t>
      </w:r>
      <w:proofErr w:type="spellEnd"/>
      <w:r w:rsidRPr="00B068AE">
        <w:rPr>
          <w:i/>
          <w:sz w:val="28"/>
        </w:rPr>
        <w:t xml:space="preserve"> </w:t>
      </w:r>
      <w:proofErr w:type="spellStart"/>
      <w:r w:rsidRPr="00B068AE">
        <w:rPr>
          <w:i/>
          <w:sz w:val="28"/>
        </w:rPr>
        <w:t>nhân</w:t>
      </w:r>
      <w:proofErr w:type="spellEnd"/>
      <w:r w:rsidRPr="00B068AE">
        <w:rPr>
          <w:i/>
          <w:sz w:val="28"/>
        </w:rPr>
        <w:t xml:space="preserve"> </w:t>
      </w:r>
      <w:proofErr w:type="spellStart"/>
      <w:r w:rsidRPr="00B068AE">
        <w:rPr>
          <w:i/>
          <w:sz w:val="28"/>
        </w:rPr>
        <w:t>dân</w:t>
      </w:r>
      <w:proofErr w:type="spellEnd"/>
      <w:r w:rsidRPr="00B068AE">
        <w:rPr>
          <w:i/>
          <w:sz w:val="28"/>
        </w:rPr>
        <w:t xml:space="preserve"> </w:t>
      </w:r>
      <w:proofErr w:type="spellStart"/>
      <w:r w:rsidRPr="00B068AE">
        <w:rPr>
          <w:i/>
          <w:sz w:val="28"/>
        </w:rPr>
        <w:t>tỉnh</w:t>
      </w:r>
      <w:proofErr w:type="spellEnd"/>
      <w:r w:rsidRPr="00B068AE">
        <w:rPr>
          <w:i/>
          <w:sz w:val="28"/>
        </w:rPr>
        <w:t xml:space="preserve">, Ban </w:t>
      </w:r>
      <w:proofErr w:type="spellStart"/>
      <w:r w:rsidRPr="00B068AE">
        <w:rPr>
          <w:i/>
          <w:sz w:val="28"/>
        </w:rPr>
        <w:t>Thường</w:t>
      </w:r>
      <w:proofErr w:type="spellEnd"/>
      <w:r w:rsidRPr="00B068AE">
        <w:rPr>
          <w:i/>
          <w:sz w:val="28"/>
        </w:rPr>
        <w:t xml:space="preserve"> </w:t>
      </w:r>
      <w:proofErr w:type="spellStart"/>
      <w:r w:rsidRPr="00B068AE">
        <w:rPr>
          <w:i/>
          <w:sz w:val="28"/>
        </w:rPr>
        <w:t>trực</w:t>
      </w:r>
      <w:proofErr w:type="spellEnd"/>
      <w:r w:rsidRPr="00B068AE">
        <w:rPr>
          <w:i/>
          <w:sz w:val="28"/>
        </w:rPr>
        <w:t xml:space="preserve"> </w:t>
      </w:r>
      <w:proofErr w:type="spellStart"/>
      <w:r w:rsidRPr="00B068AE">
        <w:rPr>
          <w:i/>
          <w:sz w:val="28"/>
        </w:rPr>
        <w:t>Ủy</w:t>
      </w:r>
      <w:proofErr w:type="spellEnd"/>
      <w:r w:rsidRPr="00B068AE">
        <w:rPr>
          <w:i/>
          <w:sz w:val="28"/>
        </w:rPr>
        <w:t xml:space="preserve"> ban </w:t>
      </w:r>
      <w:proofErr w:type="spellStart"/>
      <w:r w:rsidRPr="00B068AE">
        <w:rPr>
          <w:i/>
          <w:sz w:val="28"/>
        </w:rPr>
        <w:t>Mặt</w:t>
      </w:r>
      <w:proofErr w:type="spellEnd"/>
      <w:r w:rsidRPr="00B068AE">
        <w:rPr>
          <w:i/>
          <w:sz w:val="28"/>
        </w:rPr>
        <w:t xml:space="preserve"> </w:t>
      </w:r>
      <w:proofErr w:type="spellStart"/>
      <w:r w:rsidRPr="00B068AE">
        <w:rPr>
          <w:i/>
          <w:sz w:val="28"/>
        </w:rPr>
        <w:t>trận</w:t>
      </w:r>
      <w:proofErr w:type="spellEnd"/>
      <w:r w:rsidRPr="00B068AE">
        <w:rPr>
          <w:i/>
          <w:sz w:val="28"/>
        </w:rPr>
        <w:t xml:space="preserve"> </w:t>
      </w:r>
      <w:proofErr w:type="spellStart"/>
      <w:r w:rsidRPr="00B068AE">
        <w:rPr>
          <w:i/>
          <w:sz w:val="28"/>
        </w:rPr>
        <w:t>Tổ</w:t>
      </w:r>
      <w:proofErr w:type="spellEnd"/>
      <w:r w:rsidRPr="00B068AE">
        <w:rPr>
          <w:i/>
          <w:sz w:val="28"/>
        </w:rPr>
        <w:t xml:space="preserve"> </w:t>
      </w:r>
      <w:proofErr w:type="spellStart"/>
      <w:r w:rsidRPr="00B068AE">
        <w:rPr>
          <w:i/>
          <w:sz w:val="28"/>
        </w:rPr>
        <w:t>quốc</w:t>
      </w:r>
      <w:proofErr w:type="spellEnd"/>
      <w:r w:rsidRPr="00B068AE">
        <w:rPr>
          <w:i/>
          <w:sz w:val="28"/>
        </w:rPr>
        <w:t xml:space="preserve"> </w:t>
      </w:r>
      <w:proofErr w:type="spellStart"/>
      <w:r w:rsidRPr="00B068AE">
        <w:rPr>
          <w:i/>
          <w:sz w:val="28"/>
        </w:rPr>
        <w:t>Việt</w:t>
      </w:r>
      <w:proofErr w:type="spellEnd"/>
      <w:r w:rsidRPr="00B068AE">
        <w:rPr>
          <w:i/>
          <w:sz w:val="28"/>
        </w:rPr>
        <w:t xml:space="preserve"> Nam </w:t>
      </w:r>
      <w:proofErr w:type="spellStart"/>
      <w:r w:rsidRPr="00B068AE">
        <w:rPr>
          <w:i/>
          <w:sz w:val="28"/>
        </w:rPr>
        <w:t>tỉnh</w:t>
      </w:r>
      <w:proofErr w:type="spellEnd"/>
      <w:r w:rsidRPr="00B068AE">
        <w:rPr>
          <w:i/>
          <w:sz w:val="28"/>
        </w:rPr>
        <w:t xml:space="preserve">, </w:t>
      </w:r>
      <w:proofErr w:type="spellStart"/>
      <w:r w:rsidRPr="00B068AE">
        <w:rPr>
          <w:i/>
          <w:sz w:val="28"/>
        </w:rPr>
        <w:t>Tòa</w:t>
      </w:r>
      <w:proofErr w:type="spellEnd"/>
      <w:r w:rsidRPr="00B068AE">
        <w:rPr>
          <w:i/>
          <w:sz w:val="28"/>
        </w:rPr>
        <w:t xml:space="preserve"> </w:t>
      </w:r>
      <w:proofErr w:type="spellStart"/>
      <w:r w:rsidRPr="00B068AE">
        <w:rPr>
          <w:i/>
          <w:sz w:val="28"/>
        </w:rPr>
        <w:t>án</w:t>
      </w:r>
      <w:proofErr w:type="spellEnd"/>
      <w:r w:rsidRPr="00B068AE">
        <w:rPr>
          <w:i/>
          <w:sz w:val="28"/>
        </w:rPr>
        <w:t xml:space="preserve"> </w:t>
      </w:r>
      <w:proofErr w:type="spellStart"/>
      <w:r w:rsidRPr="00B068AE">
        <w:rPr>
          <w:i/>
          <w:sz w:val="28"/>
        </w:rPr>
        <w:t>nhân</w:t>
      </w:r>
      <w:proofErr w:type="spellEnd"/>
      <w:r w:rsidRPr="00B068AE">
        <w:rPr>
          <w:i/>
          <w:sz w:val="28"/>
        </w:rPr>
        <w:t xml:space="preserve"> </w:t>
      </w:r>
      <w:proofErr w:type="spellStart"/>
      <w:r w:rsidRPr="00B068AE">
        <w:rPr>
          <w:i/>
          <w:sz w:val="28"/>
        </w:rPr>
        <w:t>dân</w:t>
      </w:r>
      <w:proofErr w:type="spellEnd"/>
      <w:r w:rsidRPr="00B068AE">
        <w:rPr>
          <w:i/>
          <w:sz w:val="28"/>
        </w:rPr>
        <w:t xml:space="preserve"> </w:t>
      </w:r>
      <w:proofErr w:type="spellStart"/>
      <w:r w:rsidRPr="00B068AE">
        <w:rPr>
          <w:i/>
          <w:sz w:val="28"/>
        </w:rPr>
        <w:t>tỉnh</w:t>
      </w:r>
      <w:proofErr w:type="spellEnd"/>
      <w:r w:rsidRPr="00B068AE">
        <w:rPr>
          <w:i/>
          <w:sz w:val="28"/>
        </w:rPr>
        <w:t xml:space="preserve">, </w:t>
      </w:r>
      <w:proofErr w:type="spellStart"/>
      <w:r w:rsidRPr="00B068AE">
        <w:rPr>
          <w:i/>
          <w:sz w:val="28"/>
        </w:rPr>
        <w:t>Viện</w:t>
      </w:r>
      <w:proofErr w:type="spellEnd"/>
      <w:r w:rsidRPr="00B068AE">
        <w:rPr>
          <w:i/>
          <w:sz w:val="28"/>
        </w:rPr>
        <w:t xml:space="preserve"> </w:t>
      </w:r>
      <w:proofErr w:type="spellStart"/>
      <w:r w:rsidRPr="00B068AE">
        <w:rPr>
          <w:i/>
          <w:sz w:val="28"/>
        </w:rPr>
        <w:t>kiểm</w:t>
      </w:r>
      <w:proofErr w:type="spellEnd"/>
      <w:r w:rsidRPr="00B068AE">
        <w:rPr>
          <w:i/>
          <w:sz w:val="28"/>
        </w:rPr>
        <w:t xml:space="preserve"> </w:t>
      </w:r>
      <w:proofErr w:type="spellStart"/>
      <w:r w:rsidRPr="00B068AE">
        <w:rPr>
          <w:i/>
          <w:sz w:val="28"/>
        </w:rPr>
        <w:t>sát</w:t>
      </w:r>
      <w:proofErr w:type="spellEnd"/>
      <w:r w:rsidRPr="00B068AE">
        <w:rPr>
          <w:i/>
          <w:sz w:val="28"/>
        </w:rPr>
        <w:t xml:space="preserve"> </w:t>
      </w:r>
      <w:proofErr w:type="spellStart"/>
      <w:r w:rsidRPr="00B068AE">
        <w:rPr>
          <w:i/>
          <w:sz w:val="28"/>
        </w:rPr>
        <w:t>nhân</w:t>
      </w:r>
      <w:proofErr w:type="spellEnd"/>
      <w:r w:rsidRPr="00B068AE">
        <w:rPr>
          <w:i/>
          <w:sz w:val="28"/>
        </w:rPr>
        <w:t xml:space="preserve"> </w:t>
      </w:r>
      <w:proofErr w:type="spellStart"/>
      <w:r w:rsidRPr="00B068AE">
        <w:rPr>
          <w:i/>
          <w:sz w:val="28"/>
        </w:rPr>
        <w:t>dân</w:t>
      </w:r>
      <w:proofErr w:type="spellEnd"/>
      <w:r w:rsidRPr="00B068AE">
        <w:rPr>
          <w:i/>
          <w:sz w:val="28"/>
        </w:rPr>
        <w:t xml:space="preserve"> </w:t>
      </w:r>
      <w:proofErr w:type="spellStart"/>
      <w:r w:rsidRPr="00B068AE">
        <w:rPr>
          <w:i/>
          <w:sz w:val="28"/>
        </w:rPr>
        <w:t>tỉnh</w:t>
      </w:r>
      <w:proofErr w:type="spellEnd"/>
      <w:r w:rsidRPr="00B068AE">
        <w:rPr>
          <w:i/>
          <w:sz w:val="28"/>
        </w:rPr>
        <w:t xml:space="preserve">, </w:t>
      </w:r>
      <w:proofErr w:type="spellStart"/>
      <w:r w:rsidRPr="00B068AE">
        <w:rPr>
          <w:i/>
          <w:sz w:val="28"/>
        </w:rPr>
        <w:t>Thi</w:t>
      </w:r>
      <w:proofErr w:type="spellEnd"/>
      <w:r w:rsidRPr="00B068AE">
        <w:rPr>
          <w:i/>
          <w:sz w:val="28"/>
        </w:rPr>
        <w:t xml:space="preserve"> </w:t>
      </w:r>
      <w:proofErr w:type="spellStart"/>
      <w:r w:rsidRPr="00B068AE">
        <w:rPr>
          <w:i/>
          <w:sz w:val="28"/>
        </w:rPr>
        <w:t>hành</w:t>
      </w:r>
      <w:proofErr w:type="spellEnd"/>
      <w:r w:rsidRPr="00B068AE">
        <w:rPr>
          <w:i/>
          <w:sz w:val="28"/>
        </w:rPr>
        <w:t xml:space="preserve"> </w:t>
      </w:r>
      <w:proofErr w:type="spellStart"/>
      <w:r w:rsidRPr="00B068AE">
        <w:rPr>
          <w:i/>
          <w:sz w:val="28"/>
        </w:rPr>
        <w:t>án</w:t>
      </w:r>
      <w:proofErr w:type="spellEnd"/>
      <w:r w:rsidRPr="00B068AE">
        <w:rPr>
          <w:i/>
          <w:sz w:val="28"/>
        </w:rPr>
        <w:t xml:space="preserve"> </w:t>
      </w:r>
      <w:proofErr w:type="spellStart"/>
      <w:r w:rsidRPr="00B068AE">
        <w:rPr>
          <w:i/>
          <w:sz w:val="28"/>
        </w:rPr>
        <w:t>dân</w:t>
      </w:r>
      <w:proofErr w:type="spellEnd"/>
      <w:r w:rsidRPr="00B068AE">
        <w:rPr>
          <w:i/>
          <w:sz w:val="28"/>
        </w:rPr>
        <w:t xml:space="preserve"> </w:t>
      </w:r>
      <w:proofErr w:type="spellStart"/>
      <w:r w:rsidRPr="00B068AE">
        <w:rPr>
          <w:i/>
          <w:sz w:val="28"/>
        </w:rPr>
        <w:t>sự</w:t>
      </w:r>
      <w:proofErr w:type="spellEnd"/>
      <w:r w:rsidRPr="00B068AE">
        <w:rPr>
          <w:i/>
          <w:sz w:val="28"/>
        </w:rPr>
        <w:t xml:space="preserve"> </w:t>
      </w:r>
      <w:proofErr w:type="spellStart"/>
      <w:r w:rsidRPr="00B068AE">
        <w:rPr>
          <w:i/>
          <w:sz w:val="28"/>
        </w:rPr>
        <w:t>tỉnh</w:t>
      </w:r>
      <w:proofErr w:type="spellEnd"/>
      <w:r w:rsidRPr="00B068AE">
        <w:rPr>
          <w:i/>
          <w:sz w:val="28"/>
        </w:rPr>
        <w:t xml:space="preserve"> </w:t>
      </w:r>
      <w:proofErr w:type="spellStart"/>
      <w:r w:rsidRPr="00B068AE">
        <w:rPr>
          <w:i/>
          <w:sz w:val="28"/>
        </w:rPr>
        <w:t>và</w:t>
      </w:r>
      <w:proofErr w:type="spellEnd"/>
      <w:r w:rsidRPr="00B068AE">
        <w:rPr>
          <w:i/>
          <w:sz w:val="28"/>
        </w:rPr>
        <w:t xml:space="preserve"> </w:t>
      </w:r>
      <w:proofErr w:type="spellStart"/>
      <w:r w:rsidRPr="00B068AE">
        <w:rPr>
          <w:i/>
          <w:sz w:val="28"/>
        </w:rPr>
        <w:t>các</w:t>
      </w:r>
      <w:proofErr w:type="spellEnd"/>
      <w:r w:rsidRPr="00B068AE">
        <w:rPr>
          <w:i/>
          <w:sz w:val="28"/>
        </w:rPr>
        <w:t xml:space="preserve"> </w:t>
      </w:r>
      <w:proofErr w:type="spellStart"/>
      <w:r w:rsidRPr="00B068AE">
        <w:rPr>
          <w:i/>
          <w:sz w:val="28"/>
        </w:rPr>
        <w:t>cơ</w:t>
      </w:r>
      <w:proofErr w:type="spellEnd"/>
      <w:r w:rsidRPr="00B068AE">
        <w:rPr>
          <w:i/>
          <w:sz w:val="28"/>
        </w:rPr>
        <w:t xml:space="preserve"> </w:t>
      </w:r>
      <w:proofErr w:type="spellStart"/>
      <w:r w:rsidRPr="00B068AE">
        <w:rPr>
          <w:i/>
          <w:sz w:val="28"/>
        </w:rPr>
        <w:t>quan</w:t>
      </w:r>
      <w:proofErr w:type="spellEnd"/>
      <w:r w:rsidRPr="00B068AE">
        <w:rPr>
          <w:i/>
          <w:sz w:val="28"/>
        </w:rPr>
        <w:t xml:space="preserve"> </w:t>
      </w:r>
      <w:proofErr w:type="spellStart"/>
      <w:r w:rsidRPr="00B068AE">
        <w:rPr>
          <w:i/>
          <w:sz w:val="28"/>
        </w:rPr>
        <w:t>hữu</w:t>
      </w:r>
      <w:proofErr w:type="spellEnd"/>
      <w:r w:rsidRPr="00B068AE">
        <w:rPr>
          <w:i/>
          <w:sz w:val="28"/>
        </w:rPr>
        <w:t xml:space="preserve"> </w:t>
      </w:r>
      <w:proofErr w:type="spellStart"/>
      <w:r w:rsidRPr="00B068AE">
        <w:rPr>
          <w:i/>
          <w:sz w:val="28"/>
        </w:rPr>
        <w:t>quan</w:t>
      </w:r>
      <w:proofErr w:type="spellEnd"/>
      <w:r w:rsidRPr="00B068AE">
        <w:rPr>
          <w:i/>
          <w:sz w:val="28"/>
        </w:rPr>
        <w:t xml:space="preserve">; </w:t>
      </w:r>
      <w:proofErr w:type="spellStart"/>
      <w:r w:rsidRPr="00B068AE">
        <w:rPr>
          <w:i/>
          <w:sz w:val="28"/>
        </w:rPr>
        <w:t>các</w:t>
      </w:r>
      <w:proofErr w:type="spellEnd"/>
      <w:r w:rsidRPr="00B068AE">
        <w:rPr>
          <w:i/>
          <w:sz w:val="28"/>
        </w:rPr>
        <w:t xml:space="preserve"> </w:t>
      </w:r>
      <w:proofErr w:type="spellStart"/>
      <w:r w:rsidRPr="00B068AE">
        <w:rPr>
          <w:i/>
          <w:sz w:val="28"/>
        </w:rPr>
        <w:t>tờ</w:t>
      </w:r>
      <w:proofErr w:type="spellEnd"/>
      <w:r w:rsidRPr="00B068AE">
        <w:rPr>
          <w:i/>
          <w:sz w:val="28"/>
        </w:rPr>
        <w:t xml:space="preserve"> </w:t>
      </w:r>
      <w:proofErr w:type="spellStart"/>
      <w:r w:rsidRPr="00B068AE">
        <w:rPr>
          <w:i/>
          <w:sz w:val="28"/>
        </w:rPr>
        <w:t>trình</w:t>
      </w:r>
      <w:proofErr w:type="spellEnd"/>
      <w:r w:rsidRPr="00B068AE">
        <w:rPr>
          <w:i/>
          <w:sz w:val="28"/>
        </w:rPr>
        <w:t xml:space="preserve">, </w:t>
      </w:r>
      <w:proofErr w:type="spellStart"/>
      <w:r w:rsidRPr="00B068AE">
        <w:rPr>
          <w:i/>
          <w:sz w:val="28"/>
        </w:rPr>
        <w:t>dự</w:t>
      </w:r>
      <w:proofErr w:type="spellEnd"/>
      <w:r w:rsidRPr="00B068AE">
        <w:rPr>
          <w:i/>
          <w:sz w:val="28"/>
        </w:rPr>
        <w:t xml:space="preserve"> </w:t>
      </w:r>
      <w:proofErr w:type="spellStart"/>
      <w:r w:rsidRPr="00B068AE">
        <w:rPr>
          <w:i/>
          <w:sz w:val="28"/>
        </w:rPr>
        <w:t>thảo</w:t>
      </w:r>
      <w:proofErr w:type="spellEnd"/>
      <w:r w:rsidRPr="00B068AE">
        <w:rPr>
          <w:i/>
          <w:sz w:val="28"/>
        </w:rPr>
        <w:t xml:space="preserve"> </w:t>
      </w:r>
      <w:proofErr w:type="spellStart"/>
      <w:r w:rsidRPr="00B068AE">
        <w:rPr>
          <w:i/>
          <w:sz w:val="28"/>
        </w:rPr>
        <w:t>nghị</w:t>
      </w:r>
      <w:proofErr w:type="spellEnd"/>
      <w:r w:rsidRPr="00B068AE">
        <w:rPr>
          <w:i/>
          <w:sz w:val="28"/>
        </w:rPr>
        <w:t xml:space="preserve"> </w:t>
      </w:r>
      <w:proofErr w:type="spellStart"/>
      <w:r w:rsidRPr="00B068AE">
        <w:rPr>
          <w:i/>
          <w:sz w:val="28"/>
        </w:rPr>
        <w:t>quyết</w:t>
      </w:r>
      <w:proofErr w:type="spellEnd"/>
      <w:r w:rsidRPr="00B068AE">
        <w:rPr>
          <w:i/>
          <w:sz w:val="28"/>
        </w:rPr>
        <w:t xml:space="preserve">; </w:t>
      </w:r>
      <w:proofErr w:type="spellStart"/>
      <w:r w:rsidRPr="00B068AE">
        <w:rPr>
          <w:i/>
          <w:sz w:val="28"/>
        </w:rPr>
        <w:t>báo</w:t>
      </w:r>
      <w:proofErr w:type="spellEnd"/>
      <w:r w:rsidRPr="00B068AE">
        <w:rPr>
          <w:i/>
          <w:sz w:val="28"/>
        </w:rPr>
        <w:t xml:space="preserve"> </w:t>
      </w:r>
      <w:proofErr w:type="spellStart"/>
      <w:r w:rsidRPr="00B068AE">
        <w:rPr>
          <w:i/>
          <w:sz w:val="28"/>
        </w:rPr>
        <w:t>cáo</w:t>
      </w:r>
      <w:proofErr w:type="spellEnd"/>
      <w:r w:rsidRPr="00B068AE">
        <w:rPr>
          <w:i/>
          <w:sz w:val="28"/>
        </w:rPr>
        <w:t xml:space="preserve"> </w:t>
      </w:r>
      <w:proofErr w:type="spellStart"/>
      <w:r w:rsidRPr="00B068AE">
        <w:rPr>
          <w:i/>
          <w:sz w:val="28"/>
        </w:rPr>
        <w:t>thẩm</w:t>
      </w:r>
      <w:proofErr w:type="spellEnd"/>
      <w:r w:rsidRPr="00B068AE">
        <w:rPr>
          <w:i/>
          <w:sz w:val="28"/>
        </w:rPr>
        <w:t xml:space="preserve"> </w:t>
      </w:r>
      <w:proofErr w:type="spellStart"/>
      <w:r w:rsidRPr="00B068AE">
        <w:rPr>
          <w:i/>
          <w:sz w:val="28"/>
        </w:rPr>
        <w:t>tra</w:t>
      </w:r>
      <w:proofErr w:type="spellEnd"/>
      <w:r w:rsidRPr="00B068AE">
        <w:rPr>
          <w:i/>
          <w:sz w:val="28"/>
        </w:rPr>
        <w:t xml:space="preserve"> </w:t>
      </w:r>
      <w:proofErr w:type="spellStart"/>
      <w:r w:rsidRPr="00B068AE">
        <w:rPr>
          <w:i/>
          <w:sz w:val="28"/>
        </w:rPr>
        <w:t>của</w:t>
      </w:r>
      <w:proofErr w:type="spellEnd"/>
      <w:r w:rsidRPr="00B068AE">
        <w:rPr>
          <w:i/>
          <w:sz w:val="28"/>
        </w:rPr>
        <w:t xml:space="preserve"> </w:t>
      </w:r>
      <w:proofErr w:type="spellStart"/>
      <w:r w:rsidRPr="00B068AE">
        <w:rPr>
          <w:i/>
          <w:sz w:val="28"/>
        </w:rPr>
        <w:t>các</w:t>
      </w:r>
      <w:proofErr w:type="spellEnd"/>
      <w:r w:rsidRPr="00B068AE">
        <w:rPr>
          <w:i/>
          <w:sz w:val="28"/>
        </w:rPr>
        <w:t xml:space="preserve"> Ban </w:t>
      </w:r>
      <w:proofErr w:type="spellStart"/>
      <w:r w:rsidRPr="00B068AE">
        <w:rPr>
          <w:i/>
          <w:sz w:val="28"/>
        </w:rPr>
        <w:t>của</w:t>
      </w:r>
      <w:proofErr w:type="spellEnd"/>
      <w:r w:rsidRPr="00B068AE">
        <w:rPr>
          <w:i/>
          <w:sz w:val="28"/>
        </w:rPr>
        <w:t xml:space="preserve"> </w:t>
      </w:r>
      <w:proofErr w:type="spellStart"/>
      <w:r w:rsidRPr="00B068AE">
        <w:rPr>
          <w:i/>
          <w:sz w:val="28"/>
        </w:rPr>
        <w:t>Hội</w:t>
      </w:r>
      <w:proofErr w:type="spellEnd"/>
      <w:r w:rsidRPr="00B068AE">
        <w:rPr>
          <w:i/>
          <w:sz w:val="28"/>
        </w:rPr>
        <w:t xml:space="preserve"> </w:t>
      </w:r>
      <w:proofErr w:type="spellStart"/>
      <w:r w:rsidRPr="00B068AE">
        <w:rPr>
          <w:i/>
          <w:sz w:val="28"/>
        </w:rPr>
        <w:t>đồng</w:t>
      </w:r>
      <w:proofErr w:type="spellEnd"/>
      <w:r w:rsidRPr="00B068AE">
        <w:rPr>
          <w:i/>
          <w:sz w:val="28"/>
        </w:rPr>
        <w:t xml:space="preserve"> </w:t>
      </w:r>
      <w:proofErr w:type="spellStart"/>
      <w:r w:rsidRPr="00B068AE">
        <w:rPr>
          <w:i/>
          <w:sz w:val="28"/>
        </w:rPr>
        <w:t>nhân</w:t>
      </w:r>
      <w:proofErr w:type="spellEnd"/>
      <w:r w:rsidRPr="00B068AE">
        <w:rPr>
          <w:i/>
          <w:sz w:val="28"/>
        </w:rPr>
        <w:t xml:space="preserve"> </w:t>
      </w:r>
      <w:proofErr w:type="spellStart"/>
      <w:r w:rsidRPr="00B068AE">
        <w:rPr>
          <w:i/>
          <w:sz w:val="28"/>
        </w:rPr>
        <w:t>dân</w:t>
      </w:r>
      <w:proofErr w:type="spellEnd"/>
      <w:r w:rsidRPr="00B068AE">
        <w:rPr>
          <w:i/>
          <w:sz w:val="28"/>
        </w:rPr>
        <w:t xml:space="preserve"> </w:t>
      </w:r>
      <w:proofErr w:type="spellStart"/>
      <w:r w:rsidRPr="00B068AE">
        <w:rPr>
          <w:i/>
          <w:sz w:val="28"/>
        </w:rPr>
        <w:t>tỉnh</w:t>
      </w:r>
      <w:proofErr w:type="spellEnd"/>
      <w:r w:rsidRPr="00B068AE">
        <w:rPr>
          <w:i/>
          <w:sz w:val="28"/>
        </w:rPr>
        <w:t xml:space="preserve">; </w:t>
      </w:r>
      <w:proofErr w:type="spellStart"/>
      <w:r w:rsidRPr="00B068AE">
        <w:rPr>
          <w:i/>
          <w:sz w:val="28"/>
        </w:rPr>
        <w:t>kết</w:t>
      </w:r>
      <w:proofErr w:type="spellEnd"/>
      <w:r w:rsidRPr="00B068AE">
        <w:rPr>
          <w:i/>
          <w:sz w:val="28"/>
        </w:rPr>
        <w:t xml:space="preserve"> </w:t>
      </w:r>
      <w:proofErr w:type="spellStart"/>
      <w:r w:rsidRPr="00B068AE">
        <w:rPr>
          <w:i/>
          <w:sz w:val="28"/>
        </w:rPr>
        <w:t>quả</w:t>
      </w:r>
      <w:proofErr w:type="spellEnd"/>
      <w:r w:rsidRPr="00B068AE">
        <w:rPr>
          <w:i/>
          <w:sz w:val="28"/>
        </w:rPr>
        <w:t xml:space="preserve"> </w:t>
      </w:r>
      <w:proofErr w:type="spellStart"/>
      <w:r w:rsidRPr="00B068AE">
        <w:rPr>
          <w:i/>
          <w:sz w:val="28"/>
        </w:rPr>
        <w:t>thảo</w:t>
      </w:r>
      <w:proofErr w:type="spellEnd"/>
      <w:r w:rsidRPr="00B068AE">
        <w:rPr>
          <w:i/>
          <w:sz w:val="28"/>
        </w:rPr>
        <w:t xml:space="preserve"> </w:t>
      </w:r>
      <w:proofErr w:type="spellStart"/>
      <w:r w:rsidRPr="00B068AE">
        <w:rPr>
          <w:i/>
          <w:sz w:val="28"/>
        </w:rPr>
        <w:t>luận</w:t>
      </w:r>
      <w:proofErr w:type="spellEnd"/>
      <w:r w:rsidRPr="00B068AE">
        <w:rPr>
          <w:i/>
          <w:sz w:val="28"/>
        </w:rPr>
        <w:t xml:space="preserve"> </w:t>
      </w:r>
      <w:proofErr w:type="spellStart"/>
      <w:r w:rsidRPr="00B068AE">
        <w:rPr>
          <w:i/>
          <w:sz w:val="28"/>
        </w:rPr>
        <w:t>tại</w:t>
      </w:r>
      <w:proofErr w:type="spellEnd"/>
      <w:r w:rsidRPr="00B068AE">
        <w:rPr>
          <w:i/>
          <w:sz w:val="28"/>
        </w:rPr>
        <w:t xml:space="preserve"> </w:t>
      </w:r>
      <w:proofErr w:type="spellStart"/>
      <w:r w:rsidRPr="00B068AE">
        <w:rPr>
          <w:i/>
          <w:sz w:val="28"/>
        </w:rPr>
        <w:t>các</w:t>
      </w:r>
      <w:proofErr w:type="spellEnd"/>
      <w:r w:rsidRPr="00B068AE">
        <w:rPr>
          <w:i/>
          <w:sz w:val="28"/>
        </w:rPr>
        <w:t xml:space="preserve"> </w:t>
      </w:r>
      <w:proofErr w:type="spellStart"/>
      <w:r w:rsidRPr="00B068AE">
        <w:rPr>
          <w:i/>
          <w:sz w:val="28"/>
        </w:rPr>
        <w:t>Tổ</w:t>
      </w:r>
      <w:proofErr w:type="spellEnd"/>
      <w:r w:rsidRPr="00B068AE">
        <w:rPr>
          <w:i/>
          <w:sz w:val="28"/>
        </w:rPr>
        <w:t xml:space="preserve"> </w:t>
      </w:r>
      <w:proofErr w:type="spellStart"/>
      <w:r w:rsidRPr="00B068AE">
        <w:rPr>
          <w:i/>
          <w:sz w:val="28"/>
        </w:rPr>
        <w:t>đại</w:t>
      </w:r>
      <w:proofErr w:type="spellEnd"/>
      <w:r w:rsidRPr="00B068AE">
        <w:rPr>
          <w:i/>
          <w:sz w:val="28"/>
        </w:rPr>
        <w:t xml:space="preserve"> </w:t>
      </w:r>
      <w:proofErr w:type="spellStart"/>
      <w:r w:rsidRPr="00B068AE">
        <w:rPr>
          <w:i/>
          <w:sz w:val="28"/>
        </w:rPr>
        <w:t>biểu</w:t>
      </w:r>
      <w:proofErr w:type="spellEnd"/>
      <w:r w:rsidRPr="00B068AE">
        <w:rPr>
          <w:i/>
          <w:sz w:val="28"/>
        </w:rPr>
        <w:t xml:space="preserve"> </w:t>
      </w:r>
      <w:proofErr w:type="spellStart"/>
      <w:r w:rsidRPr="00B068AE">
        <w:rPr>
          <w:i/>
          <w:sz w:val="28"/>
        </w:rPr>
        <w:t>và</w:t>
      </w:r>
      <w:proofErr w:type="spellEnd"/>
      <w:r w:rsidRPr="00B068AE">
        <w:rPr>
          <w:i/>
          <w:sz w:val="28"/>
        </w:rPr>
        <w:t xml:space="preserve"> </w:t>
      </w:r>
      <w:proofErr w:type="spellStart"/>
      <w:r w:rsidRPr="00B068AE">
        <w:rPr>
          <w:i/>
          <w:sz w:val="28"/>
        </w:rPr>
        <w:t>tại</w:t>
      </w:r>
      <w:proofErr w:type="spellEnd"/>
      <w:r w:rsidRPr="00B068AE">
        <w:rPr>
          <w:i/>
          <w:sz w:val="28"/>
        </w:rPr>
        <w:t xml:space="preserve"> </w:t>
      </w:r>
      <w:proofErr w:type="spellStart"/>
      <w:r w:rsidRPr="00B068AE">
        <w:rPr>
          <w:i/>
          <w:sz w:val="28"/>
        </w:rPr>
        <w:t>hội</w:t>
      </w:r>
      <w:proofErr w:type="spellEnd"/>
      <w:r w:rsidRPr="00B068AE">
        <w:rPr>
          <w:i/>
          <w:sz w:val="28"/>
        </w:rPr>
        <w:t xml:space="preserve"> </w:t>
      </w:r>
      <w:proofErr w:type="spellStart"/>
      <w:r w:rsidRPr="00B068AE">
        <w:rPr>
          <w:i/>
          <w:sz w:val="28"/>
        </w:rPr>
        <w:t>trường</w:t>
      </w:r>
      <w:proofErr w:type="spellEnd"/>
      <w:r w:rsidRPr="00B068AE">
        <w:rPr>
          <w:i/>
          <w:sz w:val="28"/>
        </w:rPr>
        <w:t xml:space="preserve">; </w:t>
      </w:r>
      <w:proofErr w:type="spellStart"/>
      <w:r w:rsidRPr="00B068AE">
        <w:rPr>
          <w:i/>
          <w:sz w:val="28"/>
        </w:rPr>
        <w:t>kết</w:t>
      </w:r>
      <w:proofErr w:type="spellEnd"/>
      <w:r w:rsidRPr="00B068AE">
        <w:rPr>
          <w:i/>
          <w:sz w:val="28"/>
        </w:rPr>
        <w:t xml:space="preserve"> </w:t>
      </w:r>
      <w:proofErr w:type="spellStart"/>
      <w:r w:rsidRPr="00B068AE">
        <w:rPr>
          <w:i/>
          <w:sz w:val="28"/>
        </w:rPr>
        <w:t>quả</w:t>
      </w:r>
      <w:proofErr w:type="spellEnd"/>
      <w:r w:rsidRPr="00B068AE">
        <w:rPr>
          <w:i/>
          <w:sz w:val="28"/>
        </w:rPr>
        <w:t xml:space="preserve"> </w:t>
      </w:r>
      <w:proofErr w:type="spellStart"/>
      <w:r w:rsidRPr="00B068AE">
        <w:rPr>
          <w:i/>
          <w:sz w:val="28"/>
        </w:rPr>
        <w:t>chất</w:t>
      </w:r>
      <w:proofErr w:type="spellEnd"/>
      <w:r w:rsidRPr="00B068AE">
        <w:rPr>
          <w:i/>
          <w:sz w:val="28"/>
        </w:rPr>
        <w:t xml:space="preserve"> </w:t>
      </w:r>
      <w:proofErr w:type="spellStart"/>
      <w:r w:rsidRPr="00B068AE">
        <w:rPr>
          <w:i/>
          <w:sz w:val="28"/>
        </w:rPr>
        <w:t>vấn</w:t>
      </w:r>
      <w:proofErr w:type="spellEnd"/>
      <w:r w:rsidRPr="00B068AE">
        <w:rPr>
          <w:i/>
          <w:sz w:val="28"/>
        </w:rPr>
        <w:t xml:space="preserve"> </w:t>
      </w:r>
      <w:proofErr w:type="spellStart"/>
      <w:r w:rsidRPr="00B068AE">
        <w:rPr>
          <w:i/>
          <w:sz w:val="28"/>
        </w:rPr>
        <w:t>và</w:t>
      </w:r>
      <w:proofErr w:type="spellEnd"/>
      <w:r w:rsidRPr="00B068AE">
        <w:rPr>
          <w:i/>
          <w:sz w:val="28"/>
        </w:rPr>
        <w:t xml:space="preserve"> </w:t>
      </w:r>
      <w:proofErr w:type="spellStart"/>
      <w:r w:rsidRPr="00B068AE">
        <w:rPr>
          <w:i/>
          <w:sz w:val="28"/>
        </w:rPr>
        <w:t>trả</w:t>
      </w:r>
      <w:proofErr w:type="spellEnd"/>
      <w:r w:rsidRPr="00B068AE">
        <w:rPr>
          <w:i/>
          <w:sz w:val="28"/>
        </w:rPr>
        <w:t xml:space="preserve"> </w:t>
      </w:r>
      <w:proofErr w:type="spellStart"/>
      <w:r w:rsidRPr="00B068AE">
        <w:rPr>
          <w:i/>
          <w:sz w:val="28"/>
        </w:rPr>
        <w:t>lời</w:t>
      </w:r>
      <w:proofErr w:type="spellEnd"/>
      <w:r w:rsidRPr="00B068AE">
        <w:rPr>
          <w:i/>
          <w:sz w:val="28"/>
        </w:rPr>
        <w:t xml:space="preserve"> </w:t>
      </w:r>
      <w:proofErr w:type="spellStart"/>
      <w:r w:rsidRPr="00B068AE">
        <w:rPr>
          <w:i/>
          <w:sz w:val="28"/>
        </w:rPr>
        <w:t>chất</w:t>
      </w:r>
      <w:proofErr w:type="spellEnd"/>
      <w:r w:rsidRPr="00B068AE">
        <w:rPr>
          <w:i/>
          <w:sz w:val="28"/>
        </w:rPr>
        <w:t xml:space="preserve"> </w:t>
      </w:r>
      <w:proofErr w:type="spellStart"/>
      <w:r w:rsidRPr="00B068AE">
        <w:rPr>
          <w:i/>
          <w:sz w:val="28"/>
        </w:rPr>
        <w:t>vấn</w:t>
      </w:r>
      <w:proofErr w:type="spellEnd"/>
      <w:r w:rsidRPr="00B068AE">
        <w:rPr>
          <w:i/>
          <w:sz w:val="28"/>
        </w:rPr>
        <w:t xml:space="preserve">; ý </w:t>
      </w:r>
      <w:proofErr w:type="spellStart"/>
      <w:r w:rsidRPr="00B068AE">
        <w:rPr>
          <w:i/>
          <w:sz w:val="28"/>
        </w:rPr>
        <w:t>kiến</w:t>
      </w:r>
      <w:proofErr w:type="spellEnd"/>
      <w:r w:rsidRPr="00B068AE">
        <w:rPr>
          <w:i/>
          <w:sz w:val="28"/>
        </w:rPr>
        <w:t xml:space="preserve"> </w:t>
      </w:r>
      <w:proofErr w:type="spellStart"/>
      <w:r w:rsidRPr="00B068AE">
        <w:rPr>
          <w:i/>
          <w:sz w:val="28"/>
        </w:rPr>
        <w:t>của</w:t>
      </w:r>
      <w:proofErr w:type="spellEnd"/>
      <w:r w:rsidRPr="00B068AE">
        <w:rPr>
          <w:i/>
          <w:sz w:val="28"/>
        </w:rPr>
        <w:t xml:space="preserve"> </w:t>
      </w:r>
      <w:proofErr w:type="spellStart"/>
      <w:r w:rsidRPr="00B068AE">
        <w:rPr>
          <w:i/>
          <w:sz w:val="28"/>
        </w:rPr>
        <w:t>đại</w:t>
      </w:r>
      <w:proofErr w:type="spellEnd"/>
      <w:r w:rsidRPr="00B068AE">
        <w:rPr>
          <w:i/>
          <w:sz w:val="28"/>
        </w:rPr>
        <w:t xml:space="preserve"> </w:t>
      </w:r>
      <w:proofErr w:type="spellStart"/>
      <w:r w:rsidRPr="00B068AE">
        <w:rPr>
          <w:i/>
          <w:sz w:val="28"/>
        </w:rPr>
        <w:t>biểu</w:t>
      </w:r>
      <w:proofErr w:type="spellEnd"/>
      <w:r w:rsidRPr="00B068AE">
        <w:rPr>
          <w:i/>
          <w:sz w:val="28"/>
        </w:rPr>
        <w:t xml:space="preserve"> </w:t>
      </w:r>
      <w:proofErr w:type="spellStart"/>
      <w:r w:rsidRPr="00B068AE">
        <w:rPr>
          <w:i/>
          <w:sz w:val="28"/>
        </w:rPr>
        <w:t>Hội</w:t>
      </w:r>
      <w:proofErr w:type="spellEnd"/>
      <w:r w:rsidRPr="00B068AE">
        <w:rPr>
          <w:i/>
          <w:sz w:val="28"/>
        </w:rPr>
        <w:t xml:space="preserve"> </w:t>
      </w:r>
      <w:proofErr w:type="spellStart"/>
      <w:r w:rsidRPr="00B068AE">
        <w:rPr>
          <w:i/>
          <w:sz w:val="28"/>
        </w:rPr>
        <w:t>đồng</w:t>
      </w:r>
      <w:proofErr w:type="spellEnd"/>
      <w:r w:rsidRPr="00B068AE">
        <w:rPr>
          <w:i/>
          <w:sz w:val="28"/>
        </w:rPr>
        <w:t xml:space="preserve"> </w:t>
      </w:r>
      <w:proofErr w:type="spellStart"/>
      <w:r w:rsidRPr="00B068AE">
        <w:rPr>
          <w:i/>
          <w:sz w:val="28"/>
        </w:rPr>
        <w:t>nhân</w:t>
      </w:r>
      <w:proofErr w:type="spellEnd"/>
      <w:r w:rsidRPr="00B068AE">
        <w:rPr>
          <w:i/>
          <w:sz w:val="28"/>
        </w:rPr>
        <w:t xml:space="preserve"> </w:t>
      </w:r>
      <w:proofErr w:type="spellStart"/>
      <w:r w:rsidRPr="00B068AE">
        <w:rPr>
          <w:i/>
          <w:sz w:val="28"/>
        </w:rPr>
        <w:t>dân</w:t>
      </w:r>
      <w:proofErr w:type="spellEnd"/>
      <w:r w:rsidRPr="00B068AE">
        <w:rPr>
          <w:i/>
          <w:sz w:val="28"/>
        </w:rPr>
        <w:t xml:space="preserve"> </w:t>
      </w:r>
      <w:proofErr w:type="spellStart"/>
      <w:r w:rsidRPr="00B068AE">
        <w:rPr>
          <w:i/>
          <w:sz w:val="28"/>
        </w:rPr>
        <w:t>tỉnh</w:t>
      </w:r>
      <w:proofErr w:type="spellEnd"/>
      <w:r w:rsidRPr="00B068AE">
        <w:rPr>
          <w:i/>
          <w:sz w:val="28"/>
        </w:rPr>
        <w:t>.</w:t>
      </w:r>
    </w:p>
    <w:p w14:paraId="1111AEB9" w14:textId="2DDE619D" w:rsidR="00343ABC" w:rsidRPr="00B068AE" w:rsidRDefault="006008B5" w:rsidP="00B068AE">
      <w:pPr>
        <w:keepNext/>
        <w:spacing w:before="120" w:after="0"/>
        <w:ind w:firstLine="720"/>
        <w:jc w:val="center"/>
        <w:rPr>
          <w:b/>
          <w:sz w:val="28"/>
          <w:szCs w:val="28"/>
          <w:lang w:val="vi-VN"/>
        </w:rPr>
      </w:pPr>
      <w:r w:rsidRPr="00B068AE">
        <w:rPr>
          <w:b/>
          <w:sz w:val="28"/>
          <w:szCs w:val="28"/>
        </w:rPr>
        <w:t>QUYẾT NGHỊ:</w:t>
      </w:r>
    </w:p>
    <w:p w14:paraId="6E689D10" w14:textId="77777777" w:rsidR="00343ABC" w:rsidRPr="00B068AE" w:rsidRDefault="006008B5" w:rsidP="00B068AE">
      <w:pPr>
        <w:keepNext/>
        <w:widowControl w:val="0"/>
        <w:spacing w:before="120" w:after="0"/>
        <w:ind w:firstLine="720"/>
        <w:jc w:val="both"/>
        <w:rPr>
          <w:sz w:val="28"/>
          <w:szCs w:val="28"/>
        </w:rPr>
      </w:pPr>
      <w:proofErr w:type="spellStart"/>
      <w:r w:rsidRPr="00B068AE">
        <w:rPr>
          <w:b/>
          <w:sz w:val="28"/>
          <w:szCs w:val="28"/>
        </w:rPr>
        <w:t>Điều</w:t>
      </w:r>
      <w:proofErr w:type="spellEnd"/>
      <w:r w:rsidRPr="00B068AE">
        <w:rPr>
          <w:b/>
          <w:sz w:val="28"/>
          <w:szCs w:val="28"/>
        </w:rPr>
        <w:t xml:space="preserve"> 1. </w:t>
      </w:r>
      <w:proofErr w:type="spellStart"/>
      <w:r w:rsidRPr="00B068AE">
        <w:rPr>
          <w:b/>
          <w:sz w:val="28"/>
          <w:szCs w:val="28"/>
        </w:rPr>
        <w:t>Kết</w:t>
      </w:r>
      <w:proofErr w:type="spellEnd"/>
      <w:r w:rsidRPr="00B068AE">
        <w:rPr>
          <w:b/>
          <w:sz w:val="28"/>
          <w:szCs w:val="28"/>
        </w:rPr>
        <w:t xml:space="preserve"> </w:t>
      </w:r>
      <w:proofErr w:type="spellStart"/>
      <w:r w:rsidRPr="00B068AE">
        <w:rPr>
          <w:b/>
          <w:sz w:val="28"/>
          <w:szCs w:val="28"/>
        </w:rPr>
        <w:t>quả</w:t>
      </w:r>
      <w:proofErr w:type="spellEnd"/>
      <w:r w:rsidRPr="00B068AE">
        <w:rPr>
          <w:b/>
          <w:sz w:val="28"/>
          <w:szCs w:val="28"/>
        </w:rPr>
        <w:t xml:space="preserve"> </w:t>
      </w:r>
      <w:proofErr w:type="spellStart"/>
      <w:r w:rsidRPr="00B068AE">
        <w:rPr>
          <w:b/>
          <w:sz w:val="28"/>
          <w:szCs w:val="28"/>
        </w:rPr>
        <w:t>Kỳ</w:t>
      </w:r>
      <w:proofErr w:type="spellEnd"/>
      <w:r w:rsidRPr="00B068AE">
        <w:rPr>
          <w:b/>
          <w:sz w:val="28"/>
          <w:szCs w:val="28"/>
        </w:rPr>
        <w:t xml:space="preserve"> </w:t>
      </w:r>
      <w:proofErr w:type="spellStart"/>
      <w:r w:rsidRPr="00B068AE">
        <w:rPr>
          <w:b/>
          <w:sz w:val="28"/>
          <w:szCs w:val="28"/>
        </w:rPr>
        <w:t>họp</w:t>
      </w:r>
      <w:proofErr w:type="spellEnd"/>
      <w:r w:rsidRPr="00B068AE">
        <w:rPr>
          <w:b/>
          <w:sz w:val="28"/>
          <w:szCs w:val="28"/>
        </w:rPr>
        <w:t xml:space="preserve"> </w:t>
      </w:r>
      <w:proofErr w:type="spellStart"/>
      <w:r w:rsidRPr="00B068AE">
        <w:rPr>
          <w:b/>
          <w:sz w:val="28"/>
          <w:szCs w:val="28"/>
        </w:rPr>
        <w:t>thứ</w:t>
      </w:r>
      <w:proofErr w:type="spellEnd"/>
      <w:r w:rsidRPr="00B068AE">
        <w:rPr>
          <w:b/>
          <w:sz w:val="28"/>
          <w:szCs w:val="28"/>
        </w:rPr>
        <w:t xml:space="preserve"> 5, </w:t>
      </w:r>
      <w:proofErr w:type="spellStart"/>
      <w:r w:rsidRPr="00B068AE">
        <w:rPr>
          <w:b/>
          <w:sz w:val="28"/>
          <w:szCs w:val="28"/>
        </w:rPr>
        <w:t>Hội</w:t>
      </w:r>
      <w:proofErr w:type="spellEnd"/>
      <w:r w:rsidRPr="00B068AE">
        <w:rPr>
          <w:b/>
          <w:sz w:val="28"/>
          <w:szCs w:val="28"/>
        </w:rPr>
        <w:t xml:space="preserve"> </w:t>
      </w:r>
      <w:proofErr w:type="spellStart"/>
      <w:r w:rsidRPr="00B068AE">
        <w:rPr>
          <w:b/>
          <w:sz w:val="28"/>
          <w:szCs w:val="28"/>
        </w:rPr>
        <w:t>đồng</w:t>
      </w:r>
      <w:proofErr w:type="spellEnd"/>
      <w:r w:rsidRPr="00B068AE">
        <w:rPr>
          <w:b/>
          <w:sz w:val="28"/>
          <w:szCs w:val="28"/>
        </w:rPr>
        <w:t xml:space="preserve"> </w:t>
      </w:r>
      <w:proofErr w:type="spellStart"/>
      <w:r w:rsidRPr="00B068AE">
        <w:rPr>
          <w:b/>
          <w:sz w:val="28"/>
          <w:szCs w:val="28"/>
        </w:rPr>
        <w:t>nhân</w:t>
      </w:r>
      <w:proofErr w:type="spellEnd"/>
      <w:r w:rsidRPr="00B068AE">
        <w:rPr>
          <w:b/>
          <w:sz w:val="28"/>
          <w:szCs w:val="28"/>
        </w:rPr>
        <w:t xml:space="preserve"> </w:t>
      </w:r>
      <w:proofErr w:type="spellStart"/>
      <w:r w:rsidRPr="00B068AE">
        <w:rPr>
          <w:b/>
          <w:sz w:val="28"/>
          <w:szCs w:val="28"/>
        </w:rPr>
        <w:t>dân</w:t>
      </w:r>
      <w:proofErr w:type="spellEnd"/>
      <w:r w:rsidRPr="00B068AE">
        <w:rPr>
          <w:b/>
          <w:sz w:val="28"/>
          <w:szCs w:val="28"/>
        </w:rPr>
        <w:t xml:space="preserve"> </w:t>
      </w:r>
      <w:proofErr w:type="spellStart"/>
      <w:r w:rsidRPr="00B068AE">
        <w:rPr>
          <w:b/>
          <w:sz w:val="28"/>
          <w:szCs w:val="28"/>
        </w:rPr>
        <w:t>tỉnh</w:t>
      </w:r>
      <w:proofErr w:type="spellEnd"/>
      <w:r w:rsidRPr="00B068AE">
        <w:rPr>
          <w:b/>
          <w:sz w:val="28"/>
          <w:szCs w:val="28"/>
        </w:rPr>
        <w:t xml:space="preserve"> </w:t>
      </w:r>
      <w:proofErr w:type="spellStart"/>
      <w:r w:rsidRPr="00B068AE">
        <w:rPr>
          <w:b/>
          <w:sz w:val="28"/>
          <w:szCs w:val="28"/>
        </w:rPr>
        <w:t>khóa</w:t>
      </w:r>
      <w:proofErr w:type="spellEnd"/>
      <w:r w:rsidRPr="00B068AE">
        <w:rPr>
          <w:b/>
          <w:sz w:val="28"/>
          <w:szCs w:val="28"/>
        </w:rPr>
        <w:t xml:space="preserve"> XIV</w:t>
      </w:r>
    </w:p>
    <w:p w14:paraId="3E5E4EF2" w14:textId="222AFECC" w:rsidR="00343ABC" w:rsidRPr="00B068AE" w:rsidRDefault="006008B5" w:rsidP="00B068AE">
      <w:pPr>
        <w:widowControl w:val="0"/>
        <w:spacing w:before="120" w:after="0"/>
        <w:ind w:firstLine="720"/>
        <w:jc w:val="both"/>
        <w:rPr>
          <w:sz w:val="28"/>
          <w:szCs w:val="28"/>
        </w:rPr>
      </w:pPr>
      <w:r w:rsidRPr="00B068AE">
        <w:rPr>
          <w:sz w:val="28"/>
        </w:rPr>
        <w:t xml:space="preserve">1. </w:t>
      </w:r>
      <w:proofErr w:type="spellStart"/>
      <w:r w:rsidRPr="00B068AE">
        <w:rPr>
          <w:sz w:val="28"/>
        </w:rPr>
        <w:t>Kỳ</w:t>
      </w:r>
      <w:proofErr w:type="spellEnd"/>
      <w:r w:rsidRPr="00B068AE">
        <w:rPr>
          <w:sz w:val="28"/>
        </w:rPr>
        <w:t xml:space="preserve"> </w:t>
      </w:r>
      <w:proofErr w:type="spellStart"/>
      <w:r w:rsidRPr="00B068AE">
        <w:rPr>
          <w:sz w:val="28"/>
        </w:rPr>
        <w:t>họp</w:t>
      </w:r>
      <w:proofErr w:type="spellEnd"/>
      <w:r w:rsidRPr="00B068AE">
        <w:rPr>
          <w:sz w:val="28"/>
        </w:rPr>
        <w:t xml:space="preserve"> </w:t>
      </w:r>
      <w:proofErr w:type="spellStart"/>
      <w:r w:rsidRPr="00B068AE">
        <w:rPr>
          <w:sz w:val="28"/>
        </w:rPr>
        <w:t>thứ</w:t>
      </w:r>
      <w:proofErr w:type="spellEnd"/>
      <w:r w:rsidRPr="00B068AE">
        <w:rPr>
          <w:sz w:val="28"/>
        </w:rPr>
        <w:t xml:space="preserve"> 5 (</w:t>
      </w:r>
      <w:proofErr w:type="spellStart"/>
      <w:r w:rsidRPr="00B068AE">
        <w:rPr>
          <w:sz w:val="28"/>
        </w:rPr>
        <w:t>Kỳ</w:t>
      </w:r>
      <w:proofErr w:type="spellEnd"/>
      <w:r w:rsidRPr="00B068AE">
        <w:rPr>
          <w:sz w:val="28"/>
        </w:rPr>
        <w:t xml:space="preserve"> </w:t>
      </w:r>
      <w:proofErr w:type="spellStart"/>
      <w:r w:rsidRPr="00B068AE">
        <w:rPr>
          <w:sz w:val="28"/>
        </w:rPr>
        <w:t>họp</w:t>
      </w:r>
      <w:proofErr w:type="spellEnd"/>
      <w:r w:rsidRPr="00B068AE">
        <w:rPr>
          <w:sz w:val="28"/>
        </w:rPr>
        <w:t xml:space="preserve"> </w:t>
      </w:r>
      <w:proofErr w:type="spellStart"/>
      <w:r w:rsidRPr="00B068AE">
        <w:rPr>
          <w:sz w:val="28"/>
        </w:rPr>
        <w:t>thường</w:t>
      </w:r>
      <w:proofErr w:type="spellEnd"/>
      <w:r w:rsidRPr="00B068AE">
        <w:rPr>
          <w:sz w:val="28"/>
        </w:rPr>
        <w:t xml:space="preserve"> </w:t>
      </w:r>
      <w:proofErr w:type="spellStart"/>
      <w:r w:rsidRPr="00B068AE">
        <w:rPr>
          <w:sz w:val="28"/>
        </w:rPr>
        <w:t>lệ</w:t>
      </w:r>
      <w:proofErr w:type="spellEnd"/>
      <w:r w:rsidRPr="00B068AE">
        <w:rPr>
          <w:sz w:val="28"/>
        </w:rPr>
        <w:t xml:space="preserve"> </w:t>
      </w:r>
      <w:proofErr w:type="spellStart"/>
      <w:r w:rsidRPr="00B068AE">
        <w:rPr>
          <w:sz w:val="28"/>
        </w:rPr>
        <w:t>giữa</w:t>
      </w:r>
      <w:proofErr w:type="spellEnd"/>
      <w:r w:rsidRPr="00B068AE">
        <w:rPr>
          <w:sz w:val="28"/>
        </w:rPr>
        <w:t xml:space="preserve"> </w:t>
      </w:r>
      <w:proofErr w:type="spellStart"/>
      <w:r w:rsidRPr="00B068AE">
        <w:rPr>
          <w:sz w:val="28"/>
        </w:rPr>
        <w:t>năm</w:t>
      </w:r>
      <w:proofErr w:type="spellEnd"/>
      <w:r w:rsidRPr="00B068AE">
        <w:rPr>
          <w:sz w:val="28"/>
        </w:rPr>
        <w:t xml:space="preserve"> 2026), </w:t>
      </w:r>
      <w:proofErr w:type="spellStart"/>
      <w:r w:rsidRPr="00B068AE">
        <w:rPr>
          <w:sz w:val="28"/>
        </w:rPr>
        <w:t>Hội</w:t>
      </w:r>
      <w:proofErr w:type="spellEnd"/>
      <w:r w:rsidRPr="00B068AE">
        <w:rPr>
          <w:sz w:val="28"/>
        </w:rPr>
        <w:t xml:space="preserve"> </w:t>
      </w:r>
      <w:proofErr w:type="spellStart"/>
      <w:r w:rsidRPr="00B068AE">
        <w:rPr>
          <w:sz w:val="28"/>
        </w:rPr>
        <w:t>đồng</w:t>
      </w:r>
      <w:proofErr w:type="spellEnd"/>
      <w:r w:rsidRPr="00B068AE">
        <w:rPr>
          <w:sz w:val="28"/>
        </w:rPr>
        <w:t xml:space="preserve"> </w:t>
      </w:r>
      <w:proofErr w:type="spellStart"/>
      <w:r w:rsidRPr="00B068AE">
        <w:rPr>
          <w:sz w:val="28"/>
        </w:rPr>
        <w:t>nhân</w:t>
      </w:r>
      <w:proofErr w:type="spellEnd"/>
      <w:r w:rsidRPr="00B068AE">
        <w:rPr>
          <w:sz w:val="28"/>
        </w:rPr>
        <w:t xml:space="preserve"> </w:t>
      </w:r>
      <w:proofErr w:type="spellStart"/>
      <w:r w:rsidRPr="00B068AE">
        <w:rPr>
          <w:sz w:val="28"/>
        </w:rPr>
        <w:t>dân</w:t>
      </w:r>
      <w:proofErr w:type="spellEnd"/>
      <w:r w:rsidRPr="00B068AE">
        <w:rPr>
          <w:sz w:val="28"/>
        </w:rPr>
        <w:t xml:space="preserve"> </w:t>
      </w:r>
      <w:proofErr w:type="spellStart"/>
      <w:r w:rsidRPr="00B068AE">
        <w:rPr>
          <w:sz w:val="28"/>
        </w:rPr>
        <w:t>tỉnh</w:t>
      </w:r>
      <w:proofErr w:type="spellEnd"/>
      <w:r w:rsidRPr="00B068AE">
        <w:rPr>
          <w:sz w:val="28"/>
        </w:rPr>
        <w:t xml:space="preserve"> </w:t>
      </w:r>
      <w:proofErr w:type="spellStart"/>
      <w:r w:rsidRPr="00B068AE">
        <w:rPr>
          <w:sz w:val="28"/>
        </w:rPr>
        <w:t>khóa</w:t>
      </w:r>
      <w:proofErr w:type="spellEnd"/>
      <w:r w:rsidRPr="00B068AE">
        <w:rPr>
          <w:sz w:val="28"/>
        </w:rPr>
        <w:t xml:space="preserve"> XIV, </w:t>
      </w:r>
      <w:proofErr w:type="spellStart"/>
      <w:r w:rsidRPr="00B068AE">
        <w:rPr>
          <w:sz w:val="28"/>
        </w:rPr>
        <w:t>nhiệm</w:t>
      </w:r>
      <w:proofErr w:type="spellEnd"/>
      <w:r w:rsidRPr="00B068AE">
        <w:rPr>
          <w:sz w:val="28"/>
        </w:rPr>
        <w:t xml:space="preserve"> </w:t>
      </w:r>
      <w:proofErr w:type="spellStart"/>
      <w:r w:rsidRPr="00B068AE">
        <w:rPr>
          <w:sz w:val="28"/>
        </w:rPr>
        <w:t>kỳ</w:t>
      </w:r>
      <w:proofErr w:type="spellEnd"/>
      <w:r w:rsidRPr="00B068AE">
        <w:rPr>
          <w:sz w:val="28"/>
        </w:rPr>
        <w:t xml:space="preserve"> 2026 - 2031 </w:t>
      </w:r>
      <w:proofErr w:type="spellStart"/>
      <w:r w:rsidRPr="00B068AE">
        <w:rPr>
          <w:sz w:val="28"/>
        </w:rPr>
        <w:t>được</w:t>
      </w:r>
      <w:proofErr w:type="spellEnd"/>
      <w:r w:rsidRPr="00B068AE">
        <w:rPr>
          <w:sz w:val="28"/>
        </w:rPr>
        <w:t xml:space="preserve"> </w:t>
      </w:r>
      <w:proofErr w:type="spellStart"/>
      <w:r w:rsidRPr="00B068AE">
        <w:rPr>
          <w:sz w:val="28"/>
        </w:rPr>
        <w:t>tổ</w:t>
      </w:r>
      <w:proofErr w:type="spellEnd"/>
      <w:r w:rsidRPr="00B068AE">
        <w:rPr>
          <w:sz w:val="28"/>
        </w:rPr>
        <w:t xml:space="preserve"> </w:t>
      </w:r>
      <w:proofErr w:type="spellStart"/>
      <w:r w:rsidRPr="00B068AE">
        <w:rPr>
          <w:sz w:val="28"/>
        </w:rPr>
        <w:t>chức</w:t>
      </w:r>
      <w:proofErr w:type="spellEnd"/>
      <w:r w:rsidRPr="00B068AE">
        <w:rPr>
          <w:sz w:val="28"/>
        </w:rPr>
        <w:t xml:space="preserve"> </w:t>
      </w:r>
      <w:proofErr w:type="spellStart"/>
      <w:r w:rsidRPr="00B068AE">
        <w:rPr>
          <w:sz w:val="28"/>
        </w:rPr>
        <w:t>trong</w:t>
      </w:r>
      <w:proofErr w:type="spellEnd"/>
      <w:r w:rsidRPr="00B068AE">
        <w:rPr>
          <w:sz w:val="28"/>
        </w:rPr>
        <w:t xml:space="preserve"> 02 </w:t>
      </w:r>
      <w:proofErr w:type="spellStart"/>
      <w:r w:rsidRPr="00B068AE">
        <w:rPr>
          <w:sz w:val="28"/>
        </w:rPr>
        <w:t>ngày</w:t>
      </w:r>
      <w:proofErr w:type="spellEnd"/>
      <w:r w:rsidRPr="00B068AE">
        <w:rPr>
          <w:sz w:val="28"/>
        </w:rPr>
        <w:t xml:space="preserve">, </w:t>
      </w:r>
      <w:proofErr w:type="spellStart"/>
      <w:r w:rsidRPr="00B068AE">
        <w:rPr>
          <w:sz w:val="28"/>
        </w:rPr>
        <w:t>từ</w:t>
      </w:r>
      <w:proofErr w:type="spellEnd"/>
      <w:r w:rsidRPr="00B068AE">
        <w:rPr>
          <w:sz w:val="28"/>
        </w:rPr>
        <w:t xml:space="preserve"> </w:t>
      </w:r>
      <w:proofErr w:type="spellStart"/>
      <w:r w:rsidRPr="00B068AE">
        <w:rPr>
          <w:sz w:val="28"/>
        </w:rPr>
        <w:t>ngày</w:t>
      </w:r>
      <w:proofErr w:type="spellEnd"/>
      <w:r w:rsidRPr="00B068AE">
        <w:rPr>
          <w:sz w:val="28"/>
        </w:rPr>
        <w:t xml:space="preserve"> 17 </w:t>
      </w:r>
      <w:proofErr w:type="spellStart"/>
      <w:r w:rsidRPr="00B068AE">
        <w:rPr>
          <w:sz w:val="28"/>
        </w:rPr>
        <w:t>tháng</w:t>
      </w:r>
      <w:proofErr w:type="spellEnd"/>
      <w:r w:rsidRPr="00B068AE">
        <w:rPr>
          <w:sz w:val="28"/>
        </w:rPr>
        <w:t xml:space="preserve"> 7 </w:t>
      </w:r>
      <w:proofErr w:type="spellStart"/>
      <w:r w:rsidRPr="00B068AE">
        <w:rPr>
          <w:sz w:val="28"/>
        </w:rPr>
        <w:t>đến</w:t>
      </w:r>
      <w:proofErr w:type="spellEnd"/>
      <w:r w:rsidRPr="00B068AE">
        <w:rPr>
          <w:sz w:val="28"/>
        </w:rPr>
        <w:t xml:space="preserve"> </w:t>
      </w:r>
      <w:proofErr w:type="spellStart"/>
      <w:r w:rsidRPr="00B068AE">
        <w:rPr>
          <w:sz w:val="28"/>
        </w:rPr>
        <w:t>ngày</w:t>
      </w:r>
      <w:proofErr w:type="spellEnd"/>
      <w:r w:rsidRPr="00B068AE">
        <w:rPr>
          <w:sz w:val="28"/>
        </w:rPr>
        <w:t xml:space="preserve"> 18 </w:t>
      </w:r>
      <w:proofErr w:type="spellStart"/>
      <w:r w:rsidRPr="00B068AE">
        <w:rPr>
          <w:sz w:val="28"/>
        </w:rPr>
        <w:t>tháng</w:t>
      </w:r>
      <w:proofErr w:type="spellEnd"/>
      <w:r w:rsidRPr="00B068AE">
        <w:rPr>
          <w:sz w:val="28"/>
        </w:rPr>
        <w:t xml:space="preserve"> 7 </w:t>
      </w:r>
      <w:proofErr w:type="spellStart"/>
      <w:r w:rsidRPr="00B068AE">
        <w:rPr>
          <w:sz w:val="28"/>
        </w:rPr>
        <w:t>năm</w:t>
      </w:r>
      <w:proofErr w:type="spellEnd"/>
      <w:r w:rsidRPr="00B068AE">
        <w:rPr>
          <w:sz w:val="28"/>
        </w:rPr>
        <w:t xml:space="preserve"> 2026. </w:t>
      </w:r>
      <w:proofErr w:type="spellStart"/>
      <w:r w:rsidRPr="00B068AE">
        <w:rPr>
          <w:sz w:val="28"/>
        </w:rPr>
        <w:t>Kỳ</w:t>
      </w:r>
      <w:proofErr w:type="spellEnd"/>
      <w:r w:rsidRPr="00B068AE">
        <w:rPr>
          <w:sz w:val="28"/>
        </w:rPr>
        <w:t xml:space="preserve"> </w:t>
      </w:r>
      <w:proofErr w:type="spellStart"/>
      <w:r w:rsidRPr="00B068AE">
        <w:rPr>
          <w:sz w:val="28"/>
        </w:rPr>
        <w:t>họp</w:t>
      </w:r>
      <w:proofErr w:type="spellEnd"/>
      <w:r w:rsidRPr="00B068AE">
        <w:rPr>
          <w:sz w:val="28"/>
        </w:rPr>
        <w:t xml:space="preserve"> </w:t>
      </w:r>
      <w:proofErr w:type="spellStart"/>
      <w:r w:rsidRPr="00B068AE">
        <w:rPr>
          <w:sz w:val="28"/>
        </w:rPr>
        <w:t>đã</w:t>
      </w:r>
      <w:proofErr w:type="spellEnd"/>
      <w:r w:rsidRPr="00B068AE">
        <w:rPr>
          <w:sz w:val="28"/>
        </w:rPr>
        <w:t xml:space="preserve"> </w:t>
      </w:r>
      <w:proofErr w:type="spellStart"/>
      <w:r w:rsidRPr="00B068AE">
        <w:rPr>
          <w:sz w:val="28"/>
        </w:rPr>
        <w:t>hoàn</w:t>
      </w:r>
      <w:proofErr w:type="spellEnd"/>
      <w:r w:rsidRPr="00B068AE">
        <w:rPr>
          <w:sz w:val="28"/>
        </w:rPr>
        <w:t xml:space="preserve"> </w:t>
      </w:r>
      <w:proofErr w:type="spellStart"/>
      <w:r w:rsidRPr="00B068AE">
        <w:rPr>
          <w:sz w:val="28"/>
        </w:rPr>
        <w:t>thành</w:t>
      </w:r>
      <w:proofErr w:type="spellEnd"/>
      <w:r w:rsidRPr="00B068AE">
        <w:rPr>
          <w:sz w:val="28"/>
        </w:rPr>
        <w:t xml:space="preserve"> </w:t>
      </w:r>
      <w:proofErr w:type="spellStart"/>
      <w:r w:rsidRPr="00B068AE">
        <w:rPr>
          <w:sz w:val="28"/>
        </w:rPr>
        <w:t>toàn</w:t>
      </w:r>
      <w:proofErr w:type="spellEnd"/>
      <w:r w:rsidRPr="00B068AE">
        <w:rPr>
          <w:sz w:val="28"/>
        </w:rPr>
        <w:t xml:space="preserve"> </w:t>
      </w:r>
      <w:proofErr w:type="spellStart"/>
      <w:r w:rsidRPr="00B068AE">
        <w:rPr>
          <w:sz w:val="28"/>
        </w:rPr>
        <w:t>bộ</w:t>
      </w:r>
      <w:proofErr w:type="spellEnd"/>
      <w:r w:rsidRPr="00B068AE">
        <w:rPr>
          <w:sz w:val="28"/>
        </w:rPr>
        <w:t xml:space="preserve"> </w:t>
      </w:r>
      <w:proofErr w:type="spellStart"/>
      <w:r w:rsidRPr="00B068AE">
        <w:rPr>
          <w:sz w:val="28"/>
        </w:rPr>
        <w:t>nội</w:t>
      </w:r>
      <w:proofErr w:type="spellEnd"/>
      <w:r w:rsidRPr="00B068AE">
        <w:rPr>
          <w:sz w:val="28"/>
        </w:rPr>
        <w:t xml:space="preserve"> dung, </w:t>
      </w:r>
      <w:proofErr w:type="spellStart"/>
      <w:r w:rsidRPr="00B068AE">
        <w:rPr>
          <w:sz w:val="28"/>
        </w:rPr>
        <w:t>chương</w:t>
      </w:r>
      <w:proofErr w:type="spellEnd"/>
      <w:r w:rsidRPr="00B068AE">
        <w:rPr>
          <w:sz w:val="28"/>
        </w:rPr>
        <w:t xml:space="preserve"> </w:t>
      </w:r>
      <w:proofErr w:type="spellStart"/>
      <w:r w:rsidRPr="00B068AE">
        <w:rPr>
          <w:sz w:val="28"/>
        </w:rPr>
        <w:t>trình</w:t>
      </w:r>
      <w:proofErr w:type="spellEnd"/>
      <w:r w:rsidRPr="00B068AE">
        <w:rPr>
          <w:sz w:val="28"/>
        </w:rPr>
        <w:t xml:space="preserve"> </w:t>
      </w:r>
      <w:proofErr w:type="spellStart"/>
      <w:r w:rsidRPr="00B068AE">
        <w:rPr>
          <w:sz w:val="28"/>
        </w:rPr>
        <w:t>đã</w:t>
      </w:r>
      <w:proofErr w:type="spellEnd"/>
      <w:r w:rsidRPr="00B068AE">
        <w:rPr>
          <w:sz w:val="28"/>
        </w:rPr>
        <w:t xml:space="preserve"> </w:t>
      </w:r>
      <w:proofErr w:type="spellStart"/>
      <w:r w:rsidRPr="00B068AE">
        <w:rPr>
          <w:sz w:val="28"/>
        </w:rPr>
        <w:t>đề</w:t>
      </w:r>
      <w:proofErr w:type="spellEnd"/>
      <w:r w:rsidRPr="00B068AE">
        <w:rPr>
          <w:sz w:val="28"/>
        </w:rPr>
        <w:t xml:space="preserve"> </w:t>
      </w:r>
      <w:proofErr w:type="spellStart"/>
      <w:r w:rsidRPr="00B068AE">
        <w:rPr>
          <w:sz w:val="28"/>
        </w:rPr>
        <w:t>ra</w:t>
      </w:r>
      <w:proofErr w:type="spellEnd"/>
      <w:r w:rsidRPr="00B068AE">
        <w:rPr>
          <w:sz w:val="28"/>
        </w:rPr>
        <w:t xml:space="preserve">; </w:t>
      </w:r>
      <w:proofErr w:type="spellStart"/>
      <w:r w:rsidRPr="00B068AE">
        <w:rPr>
          <w:sz w:val="28"/>
        </w:rPr>
        <w:t>được</w:t>
      </w:r>
      <w:proofErr w:type="spellEnd"/>
      <w:r w:rsidRPr="00B068AE">
        <w:rPr>
          <w:sz w:val="28"/>
        </w:rPr>
        <w:t xml:space="preserve"> </w:t>
      </w:r>
      <w:proofErr w:type="spellStart"/>
      <w:r w:rsidRPr="00B068AE">
        <w:rPr>
          <w:sz w:val="28"/>
        </w:rPr>
        <w:t>tiến</w:t>
      </w:r>
      <w:proofErr w:type="spellEnd"/>
      <w:r w:rsidRPr="00B068AE">
        <w:rPr>
          <w:sz w:val="28"/>
        </w:rPr>
        <w:t xml:space="preserve"> </w:t>
      </w:r>
      <w:proofErr w:type="spellStart"/>
      <w:r w:rsidRPr="00B068AE">
        <w:rPr>
          <w:sz w:val="28"/>
        </w:rPr>
        <w:t>hành</w:t>
      </w:r>
      <w:proofErr w:type="spellEnd"/>
      <w:r w:rsidRPr="00B068AE">
        <w:rPr>
          <w:sz w:val="28"/>
        </w:rPr>
        <w:t xml:space="preserve"> </w:t>
      </w:r>
      <w:proofErr w:type="spellStart"/>
      <w:r w:rsidRPr="00B068AE">
        <w:rPr>
          <w:sz w:val="28"/>
        </w:rPr>
        <w:t>dân</w:t>
      </w:r>
      <w:proofErr w:type="spellEnd"/>
      <w:r w:rsidRPr="00B068AE">
        <w:rPr>
          <w:sz w:val="28"/>
        </w:rPr>
        <w:t xml:space="preserve"> </w:t>
      </w:r>
      <w:proofErr w:type="spellStart"/>
      <w:r w:rsidRPr="00B068AE">
        <w:rPr>
          <w:sz w:val="28"/>
        </w:rPr>
        <w:t>chủ</w:t>
      </w:r>
      <w:proofErr w:type="spellEnd"/>
      <w:r w:rsidRPr="00B068AE">
        <w:rPr>
          <w:sz w:val="28"/>
        </w:rPr>
        <w:t xml:space="preserve">, </w:t>
      </w:r>
      <w:proofErr w:type="spellStart"/>
      <w:r w:rsidRPr="00B068AE">
        <w:rPr>
          <w:sz w:val="28"/>
        </w:rPr>
        <w:t>nghiêm</w:t>
      </w:r>
      <w:proofErr w:type="spellEnd"/>
      <w:r w:rsidRPr="00B068AE">
        <w:rPr>
          <w:sz w:val="28"/>
        </w:rPr>
        <w:t xml:space="preserve"> </w:t>
      </w:r>
      <w:proofErr w:type="spellStart"/>
      <w:r w:rsidRPr="00B068AE">
        <w:rPr>
          <w:sz w:val="28"/>
        </w:rPr>
        <w:t>túc</w:t>
      </w:r>
      <w:proofErr w:type="spellEnd"/>
      <w:r w:rsidRPr="00B068AE">
        <w:rPr>
          <w:sz w:val="28"/>
        </w:rPr>
        <w:t xml:space="preserve">, </w:t>
      </w:r>
      <w:proofErr w:type="spellStart"/>
      <w:r w:rsidRPr="00B068AE">
        <w:rPr>
          <w:sz w:val="28"/>
        </w:rPr>
        <w:t>trách</w:t>
      </w:r>
      <w:proofErr w:type="spellEnd"/>
      <w:r w:rsidRPr="00B068AE">
        <w:rPr>
          <w:sz w:val="28"/>
        </w:rPr>
        <w:t xml:space="preserve"> </w:t>
      </w:r>
      <w:proofErr w:type="spellStart"/>
      <w:r w:rsidRPr="00B068AE">
        <w:rPr>
          <w:sz w:val="28"/>
        </w:rPr>
        <w:t>nhiệm</w:t>
      </w:r>
      <w:proofErr w:type="spellEnd"/>
      <w:r w:rsidRPr="00B068AE">
        <w:rPr>
          <w:sz w:val="28"/>
        </w:rPr>
        <w:t xml:space="preserve">, </w:t>
      </w:r>
      <w:proofErr w:type="spellStart"/>
      <w:r w:rsidRPr="00B068AE">
        <w:rPr>
          <w:sz w:val="28"/>
        </w:rPr>
        <w:t>đúng</w:t>
      </w:r>
      <w:proofErr w:type="spellEnd"/>
      <w:r w:rsidRPr="00B068AE">
        <w:rPr>
          <w:sz w:val="28"/>
        </w:rPr>
        <w:t xml:space="preserve"> </w:t>
      </w:r>
      <w:proofErr w:type="spellStart"/>
      <w:r w:rsidRPr="00B068AE">
        <w:rPr>
          <w:sz w:val="28"/>
        </w:rPr>
        <w:t>quy</w:t>
      </w:r>
      <w:proofErr w:type="spellEnd"/>
      <w:r w:rsidRPr="00B068AE">
        <w:rPr>
          <w:sz w:val="28"/>
        </w:rPr>
        <w:t xml:space="preserve"> </w:t>
      </w:r>
      <w:proofErr w:type="spellStart"/>
      <w:r w:rsidRPr="00B068AE">
        <w:rPr>
          <w:sz w:val="28"/>
        </w:rPr>
        <w:t>định</w:t>
      </w:r>
      <w:proofErr w:type="spellEnd"/>
      <w:r w:rsidRPr="00B068AE">
        <w:rPr>
          <w:sz w:val="28"/>
        </w:rPr>
        <w:t xml:space="preserve"> </w:t>
      </w:r>
      <w:proofErr w:type="spellStart"/>
      <w:r w:rsidRPr="00B068AE">
        <w:rPr>
          <w:sz w:val="28"/>
        </w:rPr>
        <w:t>của</w:t>
      </w:r>
      <w:proofErr w:type="spellEnd"/>
      <w:r w:rsidRPr="00B068AE">
        <w:rPr>
          <w:sz w:val="28"/>
        </w:rPr>
        <w:t xml:space="preserve"> </w:t>
      </w:r>
      <w:proofErr w:type="spellStart"/>
      <w:r w:rsidRPr="00B068AE">
        <w:rPr>
          <w:sz w:val="28"/>
        </w:rPr>
        <w:t>pháp</w:t>
      </w:r>
      <w:proofErr w:type="spellEnd"/>
      <w:r w:rsidRPr="00B068AE">
        <w:rPr>
          <w:sz w:val="28"/>
        </w:rPr>
        <w:t xml:space="preserve"> </w:t>
      </w:r>
      <w:proofErr w:type="spellStart"/>
      <w:r w:rsidRPr="00B068AE">
        <w:rPr>
          <w:sz w:val="28"/>
        </w:rPr>
        <w:t>luật</w:t>
      </w:r>
      <w:proofErr w:type="spellEnd"/>
      <w:r w:rsidRPr="00B068AE">
        <w:rPr>
          <w:sz w:val="28"/>
        </w:rPr>
        <w:t>.</w:t>
      </w:r>
    </w:p>
    <w:p w14:paraId="4307758D" w14:textId="77777777" w:rsidR="00343ABC" w:rsidRPr="00B068AE" w:rsidRDefault="006008B5" w:rsidP="00B068AE">
      <w:pPr>
        <w:widowControl w:val="0"/>
        <w:spacing w:before="120" w:after="0"/>
        <w:ind w:firstLine="720"/>
        <w:jc w:val="both"/>
        <w:rPr>
          <w:sz w:val="28"/>
          <w:szCs w:val="28"/>
        </w:rPr>
      </w:pPr>
      <w:r w:rsidRPr="00B068AE">
        <w:rPr>
          <w:bCs/>
          <w:sz w:val="28"/>
          <w:szCs w:val="28"/>
        </w:rPr>
        <w:t>2.</w:t>
      </w:r>
      <w:r w:rsidRPr="00B068AE">
        <w:rPr>
          <w:b/>
          <w:sz w:val="28"/>
          <w:szCs w:val="28"/>
        </w:rPr>
        <w:t xml:space="preserve"> </w:t>
      </w:r>
      <w:proofErr w:type="spellStart"/>
      <w:r w:rsidRPr="00B068AE">
        <w:rPr>
          <w:sz w:val="28"/>
          <w:szCs w:val="28"/>
        </w:rPr>
        <w:t>Hội</w:t>
      </w:r>
      <w:proofErr w:type="spellEnd"/>
      <w:r w:rsidRPr="00B068AE">
        <w:rPr>
          <w:sz w:val="28"/>
          <w:szCs w:val="28"/>
        </w:rPr>
        <w:t xml:space="preserve"> </w:t>
      </w:r>
      <w:proofErr w:type="spellStart"/>
      <w:r w:rsidRPr="00B068AE">
        <w:rPr>
          <w:sz w:val="28"/>
          <w:szCs w:val="28"/>
        </w:rPr>
        <w:t>đồng</w:t>
      </w:r>
      <w:proofErr w:type="spellEnd"/>
      <w:r w:rsidRPr="00B068AE">
        <w:rPr>
          <w:sz w:val="28"/>
          <w:szCs w:val="28"/>
        </w:rPr>
        <w:t xml:space="preserve"> </w:t>
      </w:r>
      <w:proofErr w:type="spellStart"/>
      <w:r w:rsidRPr="00B068AE">
        <w:rPr>
          <w:sz w:val="28"/>
          <w:szCs w:val="28"/>
        </w:rPr>
        <w:t>nhân</w:t>
      </w:r>
      <w:proofErr w:type="spellEnd"/>
      <w:r w:rsidRPr="00B068AE">
        <w:rPr>
          <w:sz w:val="28"/>
          <w:szCs w:val="28"/>
        </w:rPr>
        <w:t xml:space="preserve"> </w:t>
      </w:r>
      <w:proofErr w:type="spellStart"/>
      <w:r w:rsidRPr="00B068AE">
        <w:rPr>
          <w:sz w:val="28"/>
          <w:szCs w:val="28"/>
        </w:rPr>
        <w:t>dân</w:t>
      </w:r>
      <w:proofErr w:type="spellEnd"/>
      <w:r w:rsidRPr="00B068AE">
        <w:rPr>
          <w:sz w:val="28"/>
          <w:szCs w:val="28"/>
        </w:rPr>
        <w:t xml:space="preserve"> </w:t>
      </w:r>
      <w:proofErr w:type="spellStart"/>
      <w:r w:rsidRPr="00B068AE">
        <w:rPr>
          <w:sz w:val="28"/>
          <w:szCs w:val="28"/>
        </w:rPr>
        <w:t>tỉnh</w:t>
      </w:r>
      <w:proofErr w:type="spellEnd"/>
      <w:r w:rsidRPr="00B068AE">
        <w:rPr>
          <w:sz w:val="28"/>
          <w:szCs w:val="28"/>
        </w:rPr>
        <w:t xml:space="preserve"> </w:t>
      </w:r>
      <w:proofErr w:type="spellStart"/>
      <w:r w:rsidRPr="00B068AE">
        <w:rPr>
          <w:sz w:val="28"/>
          <w:szCs w:val="28"/>
        </w:rPr>
        <w:t>đã</w:t>
      </w:r>
      <w:proofErr w:type="spellEnd"/>
      <w:r w:rsidRPr="00B068AE">
        <w:rPr>
          <w:sz w:val="28"/>
          <w:szCs w:val="28"/>
        </w:rPr>
        <w:t xml:space="preserve"> </w:t>
      </w:r>
      <w:proofErr w:type="spellStart"/>
      <w:r w:rsidRPr="00B068AE">
        <w:rPr>
          <w:sz w:val="28"/>
          <w:szCs w:val="28"/>
        </w:rPr>
        <w:t>xem</w:t>
      </w:r>
      <w:proofErr w:type="spellEnd"/>
      <w:r w:rsidRPr="00B068AE">
        <w:rPr>
          <w:sz w:val="28"/>
          <w:szCs w:val="28"/>
        </w:rPr>
        <w:t xml:space="preserve"> </w:t>
      </w:r>
      <w:proofErr w:type="spellStart"/>
      <w:r w:rsidRPr="00B068AE">
        <w:rPr>
          <w:sz w:val="28"/>
          <w:szCs w:val="28"/>
        </w:rPr>
        <w:t>xét</w:t>
      </w:r>
      <w:proofErr w:type="spellEnd"/>
      <w:r w:rsidRPr="00B068AE">
        <w:rPr>
          <w:sz w:val="28"/>
          <w:szCs w:val="28"/>
        </w:rPr>
        <w:t xml:space="preserve"> </w:t>
      </w:r>
      <w:proofErr w:type="spellStart"/>
      <w:r w:rsidRPr="00B068AE">
        <w:rPr>
          <w:sz w:val="28"/>
          <w:szCs w:val="28"/>
        </w:rPr>
        <w:t>các</w:t>
      </w:r>
      <w:proofErr w:type="spellEnd"/>
      <w:r w:rsidRPr="00B068AE">
        <w:rPr>
          <w:sz w:val="28"/>
          <w:szCs w:val="28"/>
        </w:rPr>
        <w:t xml:space="preserve"> </w:t>
      </w:r>
      <w:proofErr w:type="spellStart"/>
      <w:r w:rsidRPr="00B068AE">
        <w:rPr>
          <w:sz w:val="28"/>
          <w:szCs w:val="28"/>
        </w:rPr>
        <w:t>báo</w:t>
      </w:r>
      <w:proofErr w:type="spellEnd"/>
      <w:r w:rsidRPr="00B068AE">
        <w:rPr>
          <w:sz w:val="28"/>
          <w:szCs w:val="28"/>
        </w:rPr>
        <w:t xml:space="preserve"> </w:t>
      </w:r>
      <w:proofErr w:type="spellStart"/>
      <w:r w:rsidRPr="00B068AE">
        <w:rPr>
          <w:sz w:val="28"/>
          <w:szCs w:val="28"/>
        </w:rPr>
        <w:t>cáo</w:t>
      </w:r>
      <w:proofErr w:type="spellEnd"/>
      <w:r w:rsidRPr="00B068AE">
        <w:rPr>
          <w:sz w:val="28"/>
          <w:szCs w:val="28"/>
        </w:rPr>
        <w:t xml:space="preserve"> </w:t>
      </w:r>
      <w:proofErr w:type="spellStart"/>
      <w:r w:rsidRPr="00B068AE">
        <w:rPr>
          <w:sz w:val="28"/>
          <w:szCs w:val="28"/>
        </w:rPr>
        <w:t>về</w:t>
      </w:r>
      <w:proofErr w:type="spellEnd"/>
      <w:r w:rsidRPr="00B068AE">
        <w:rPr>
          <w:sz w:val="28"/>
          <w:szCs w:val="28"/>
        </w:rPr>
        <w:t xml:space="preserve"> </w:t>
      </w:r>
      <w:proofErr w:type="spellStart"/>
      <w:r w:rsidRPr="00B068AE">
        <w:rPr>
          <w:sz w:val="28"/>
          <w:szCs w:val="28"/>
        </w:rPr>
        <w:t>tình</w:t>
      </w:r>
      <w:proofErr w:type="spellEnd"/>
      <w:r w:rsidRPr="00B068AE">
        <w:rPr>
          <w:sz w:val="28"/>
          <w:szCs w:val="28"/>
        </w:rPr>
        <w:t xml:space="preserve"> </w:t>
      </w:r>
      <w:proofErr w:type="spellStart"/>
      <w:r w:rsidRPr="00B068AE">
        <w:rPr>
          <w:sz w:val="28"/>
          <w:szCs w:val="28"/>
        </w:rPr>
        <w:t>hình</w:t>
      </w:r>
      <w:proofErr w:type="spellEnd"/>
      <w:r w:rsidRPr="00B068AE">
        <w:rPr>
          <w:sz w:val="28"/>
          <w:szCs w:val="28"/>
        </w:rPr>
        <w:t xml:space="preserve"> </w:t>
      </w:r>
      <w:proofErr w:type="spellStart"/>
      <w:r w:rsidRPr="00B068AE">
        <w:rPr>
          <w:sz w:val="28"/>
          <w:szCs w:val="28"/>
        </w:rPr>
        <w:t>tổ</w:t>
      </w:r>
      <w:proofErr w:type="spellEnd"/>
      <w:r w:rsidRPr="00B068AE">
        <w:rPr>
          <w:sz w:val="28"/>
          <w:szCs w:val="28"/>
        </w:rPr>
        <w:t xml:space="preserve"> </w:t>
      </w:r>
      <w:proofErr w:type="spellStart"/>
      <w:r w:rsidRPr="00B068AE">
        <w:rPr>
          <w:sz w:val="28"/>
          <w:szCs w:val="28"/>
        </w:rPr>
        <w:t>chức</w:t>
      </w:r>
      <w:proofErr w:type="spellEnd"/>
      <w:r w:rsidRPr="00B068AE">
        <w:rPr>
          <w:sz w:val="28"/>
          <w:szCs w:val="28"/>
        </w:rPr>
        <w:t xml:space="preserve"> </w:t>
      </w:r>
      <w:proofErr w:type="spellStart"/>
      <w:r w:rsidRPr="00B068AE">
        <w:rPr>
          <w:sz w:val="28"/>
          <w:szCs w:val="28"/>
        </w:rPr>
        <w:t>và</w:t>
      </w:r>
      <w:proofErr w:type="spellEnd"/>
      <w:r w:rsidRPr="00B068AE">
        <w:rPr>
          <w:sz w:val="28"/>
          <w:szCs w:val="28"/>
        </w:rPr>
        <w:t xml:space="preserve"> </w:t>
      </w:r>
      <w:proofErr w:type="spellStart"/>
      <w:r w:rsidRPr="00B068AE">
        <w:rPr>
          <w:sz w:val="28"/>
          <w:szCs w:val="28"/>
        </w:rPr>
        <w:t>hoạt</w:t>
      </w:r>
      <w:proofErr w:type="spellEnd"/>
      <w:r w:rsidRPr="00B068AE">
        <w:rPr>
          <w:sz w:val="28"/>
          <w:szCs w:val="28"/>
        </w:rPr>
        <w:t xml:space="preserve"> </w:t>
      </w:r>
      <w:proofErr w:type="spellStart"/>
      <w:r w:rsidRPr="00B068AE">
        <w:rPr>
          <w:sz w:val="28"/>
          <w:szCs w:val="28"/>
        </w:rPr>
        <w:t>động</w:t>
      </w:r>
      <w:proofErr w:type="spellEnd"/>
      <w:r w:rsidRPr="00B068AE">
        <w:rPr>
          <w:sz w:val="28"/>
          <w:szCs w:val="28"/>
        </w:rPr>
        <w:t xml:space="preserve"> </w:t>
      </w:r>
      <w:proofErr w:type="spellStart"/>
      <w:r w:rsidRPr="00B068AE">
        <w:rPr>
          <w:sz w:val="28"/>
          <w:szCs w:val="28"/>
        </w:rPr>
        <w:t>của</w:t>
      </w:r>
      <w:proofErr w:type="spellEnd"/>
      <w:r w:rsidRPr="00B068AE">
        <w:rPr>
          <w:sz w:val="28"/>
          <w:szCs w:val="28"/>
        </w:rPr>
        <w:t xml:space="preserve"> </w:t>
      </w:r>
      <w:proofErr w:type="spellStart"/>
      <w:r w:rsidRPr="00B068AE">
        <w:rPr>
          <w:sz w:val="28"/>
          <w:szCs w:val="28"/>
        </w:rPr>
        <w:t>Thường</w:t>
      </w:r>
      <w:proofErr w:type="spellEnd"/>
      <w:r w:rsidRPr="00B068AE">
        <w:rPr>
          <w:sz w:val="28"/>
          <w:szCs w:val="28"/>
        </w:rPr>
        <w:t xml:space="preserve"> </w:t>
      </w:r>
      <w:proofErr w:type="spellStart"/>
      <w:r w:rsidRPr="00B068AE">
        <w:rPr>
          <w:sz w:val="28"/>
          <w:szCs w:val="28"/>
        </w:rPr>
        <w:t>trực</w:t>
      </w:r>
      <w:proofErr w:type="spellEnd"/>
      <w:r w:rsidRPr="00B068AE">
        <w:rPr>
          <w:sz w:val="28"/>
          <w:szCs w:val="28"/>
        </w:rPr>
        <w:t xml:space="preserve"> </w:t>
      </w:r>
      <w:proofErr w:type="spellStart"/>
      <w:r w:rsidRPr="00B068AE">
        <w:rPr>
          <w:sz w:val="28"/>
          <w:szCs w:val="28"/>
        </w:rPr>
        <w:t>và</w:t>
      </w:r>
      <w:proofErr w:type="spellEnd"/>
      <w:r w:rsidRPr="00B068AE">
        <w:rPr>
          <w:sz w:val="28"/>
          <w:szCs w:val="28"/>
        </w:rPr>
        <w:t xml:space="preserve"> </w:t>
      </w:r>
      <w:proofErr w:type="spellStart"/>
      <w:r w:rsidRPr="00B068AE">
        <w:rPr>
          <w:sz w:val="28"/>
          <w:szCs w:val="28"/>
        </w:rPr>
        <w:t>các</w:t>
      </w:r>
      <w:proofErr w:type="spellEnd"/>
      <w:r w:rsidRPr="00B068AE">
        <w:rPr>
          <w:sz w:val="28"/>
          <w:szCs w:val="28"/>
        </w:rPr>
        <w:t xml:space="preserve"> Ban </w:t>
      </w:r>
      <w:proofErr w:type="spellStart"/>
      <w:r w:rsidRPr="00B068AE">
        <w:rPr>
          <w:sz w:val="28"/>
          <w:szCs w:val="28"/>
        </w:rPr>
        <w:t>của</w:t>
      </w:r>
      <w:proofErr w:type="spellEnd"/>
      <w:r w:rsidRPr="00B068AE">
        <w:rPr>
          <w:sz w:val="28"/>
          <w:szCs w:val="28"/>
        </w:rPr>
        <w:t xml:space="preserve"> </w:t>
      </w:r>
      <w:proofErr w:type="spellStart"/>
      <w:r w:rsidRPr="00B068AE">
        <w:rPr>
          <w:sz w:val="28"/>
          <w:szCs w:val="28"/>
        </w:rPr>
        <w:t>Hội</w:t>
      </w:r>
      <w:proofErr w:type="spellEnd"/>
      <w:r w:rsidRPr="00B068AE">
        <w:rPr>
          <w:sz w:val="28"/>
          <w:szCs w:val="28"/>
        </w:rPr>
        <w:t xml:space="preserve"> </w:t>
      </w:r>
      <w:proofErr w:type="spellStart"/>
      <w:r w:rsidRPr="00B068AE">
        <w:rPr>
          <w:sz w:val="28"/>
          <w:szCs w:val="28"/>
        </w:rPr>
        <w:t>đồng</w:t>
      </w:r>
      <w:proofErr w:type="spellEnd"/>
      <w:r w:rsidRPr="00B068AE">
        <w:rPr>
          <w:sz w:val="28"/>
          <w:szCs w:val="28"/>
        </w:rPr>
        <w:t xml:space="preserve"> </w:t>
      </w:r>
      <w:proofErr w:type="spellStart"/>
      <w:r w:rsidRPr="00B068AE">
        <w:rPr>
          <w:sz w:val="28"/>
          <w:szCs w:val="28"/>
        </w:rPr>
        <w:t>nhân</w:t>
      </w:r>
      <w:proofErr w:type="spellEnd"/>
      <w:r w:rsidRPr="00B068AE">
        <w:rPr>
          <w:sz w:val="28"/>
          <w:szCs w:val="28"/>
        </w:rPr>
        <w:t xml:space="preserve"> </w:t>
      </w:r>
      <w:proofErr w:type="spellStart"/>
      <w:r w:rsidRPr="00B068AE">
        <w:rPr>
          <w:sz w:val="28"/>
          <w:szCs w:val="28"/>
        </w:rPr>
        <w:t>dân</w:t>
      </w:r>
      <w:proofErr w:type="spellEnd"/>
      <w:r w:rsidRPr="00B068AE">
        <w:rPr>
          <w:sz w:val="28"/>
          <w:szCs w:val="28"/>
        </w:rPr>
        <w:t xml:space="preserve"> </w:t>
      </w:r>
      <w:proofErr w:type="spellStart"/>
      <w:r w:rsidRPr="00B068AE">
        <w:rPr>
          <w:sz w:val="28"/>
          <w:szCs w:val="28"/>
        </w:rPr>
        <w:t>tỉnh</w:t>
      </w:r>
      <w:proofErr w:type="spellEnd"/>
      <w:r w:rsidRPr="00B068AE">
        <w:rPr>
          <w:sz w:val="28"/>
          <w:szCs w:val="28"/>
        </w:rPr>
        <w:t xml:space="preserve">; </w:t>
      </w:r>
      <w:proofErr w:type="spellStart"/>
      <w:r w:rsidRPr="00B068AE">
        <w:rPr>
          <w:sz w:val="28"/>
          <w:szCs w:val="28"/>
        </w:rPr>
        <w:t>tình</w:t>
      </w:r>
      <w:proofErr w:type="spellEnd"/>
      <w:r w:rsidRPr="00B068AE">
        <w:rPr>
          <w:sz w:val="28"/>
          <w:szCs w:val="28"/>
        </w:rPr>
        <w:t xml:space="preserve"> </w:t>
      </w:r>
      <w:proofErr w:type="spellStart"/>
      <w:r w:rsidRPr="00B068AE">
        <w:rPr>
          <w:sz w:val="28"/>
          <w:szCs w:val="28"/>
        </w:rPr>
        <w:t>hình</w:t>
      </w:r>
      <w:proofErr w:type="spellEnd"/>
      <w:r w:rsidRPr="00B068AE">
        <w:rPr>
          <w:sz w:val="28"/>
          <w:szCs w:val="28"/>
        </w:rPr>
        <w:t xml:space="preserve"> </w:t>
      </w:r>
      <w:proofErr w:type="spellStart"/>
      <w:r w:rsidRPr="00B068AE">
        <w:rPr>
          <w:sz w:val="28"/>
          <w:szCs w:val="28"/>
        </w:rPr>
        <w:t>kinh</w:t>
      </w:r>
      <w:proofErr w:type="spellEnd"/>
      <w:r w:rsidRPr="00B068AE">
        <w:rPr>
          <w:sz w:val="28"/>
          <w:szCs w:val="28"/>
        </w:rPr>
        <w:t xml:space="preserve"> </w:t>
      </w:r>
      <w:proofErr w:type="spellStart"/>
      <w:r w:rsidRPr="00B068AE">
        <w:rPr>
          <w:sz w:val="28"/>
          <w:szCs w:val="28"/>
        </w:rPr>
        <w:t>tế</w:t>
      </w:r>
      <w:proofErr w:type="spellEnd"/>
      <w:r w:rsidRPr="00B068AE">
        <w:rPr>
          <w:sz w:val="28"/>
          <w:szCs w:val="28"/>
        </w:rPr>
        <w:t xml:space="preserve"> - </w:t>
      </w:r>
      <w:proofErr w:type="spellStart"/>
      <w:r w:rsidRPr="00B068AE">
        <w:rPr>
          <w:sz w:val="28"/>
          <w:szCs w:val="28"/>
        </w:rPr>
        <w:t>xã</w:t>
      </w:r>
      <w:proofErr w:type="spellEnd"/>
      <w:r w:rsidRPr="00B068AE">
        <w:rPr>
          <w:sz w:val="28"/>
          <w:szCs w:val="28"/>
        </w:rPr>
        <w:t xml:space="preserve"> </w:t>
      </w:r>
      <w:proofErr w:type="spellStart"/>
      <w:r w:rsidRPr="00B068AE">
        <w:rPr>
          <w:sz w:val="28"/>
          <w:szCs w:val="28"/>
        </w:rPr>
        <w:t>hội</w:t>
      </w:r>
      <w:proofErr w:type="spellEnd"/>
      <w:r w:rsidRPr="00B068AE">
        <w:rPr>
          <w:sz w:val="28"/>
          <w:szCs w:val="28"/>
        </w:rPr>
        <w:t xml:space="preserve">, </w:t>
      </w:r>
      <w:proofErr w:type="spellStart"/>
      <w:r w:rsidRPr="00B068AE">
        <w:rPr>
          <w:sz w:val="28"/>
          <w:szCs w:val="28"/>
        </w:rPr>
        <w:t>quốc</w:t>
      </w:r>
      <w:proofErr w:type="spellEnd"/>
      <w:r w:rsidRPr="00B068AE">
        <w:rPr>
          <w:sz w:val="28"/>
          <w:szCs w:val="28"/>
        </w:rPr>
        <w:t xml:space="preserve"> </w:t>
      </w:r>
      <w:proofErr w:type="spellStart"/>
      <w:r w:rsidRPr="00B068AE">
        <w:rPr>
          <w:sz w:val="28"/>
          <w:szCs w:val="28"/>
        </w:rPr>
        <w:t>phòng</w:t>
      </w:r>
      <w:proofErr w:type="spellEnd"/>
      <w:r w:rsidRPr="00B068AE">
        <w:rPr>
          <w:sz w:val="28"/>
          <w:szCs w:val="28"/>
        </w:rPr>
        <w:t xml:space="preserve">, an </w:t>
      </w:r>
      <w:proofErr w:type="spellStart"/>
      <w:r w:rsidRPr="00B068AE">
        <w:rPr>
          <w:sz w:val="28"/>
          <w:szCs w:val="28"/>
        </w:rPr>
        <w:t>ninh</w:t>
      </w:r>
      <w:proofErr w:type="spellEnd"/>
      <w:r w:rsidRPr="00B068AE">
        <w:rPr>
          <w:sz w:val="28"/>
          <w:szCs w:val="28"/>
        </w:rPr>
        <w:t xml:space="preserve">, </w:t>
      </w:r>
      <w:proofErr w:type="spellStart"/>
      <w:r w:rsidRPr="00B068AE">
        <w:rPr>
          <w:sz w:val="28"/>
          <w:szCs w:val="28"/>
        </w:rPr>
        <w:t>ngân</w:t>
      </w:r>
      <w:proofErr w:type="spellEnd"/>
      <w:r w:rsidRPr="00B068AE">
        <w:rPr>
          <w:sz w:val="28"/>
          <w:szCs w:val="28"/>
        </w:rPr>
        <w:t xml:space="preserve"> </w:t>
      </w:r>
      <w:proofErr w:type="spellStart"/>
      <w:r w:rsidRPr="00B068AE">
        <w:rPr>
          <w:sz w:val="28"/>
          <w:szCs w:val="28"/>
        </w:rPr>
        <w:t>sách</w:t>
      </w:r>
      <w:proofErr w:type="spellEnd"/>
      <w:r w:rsidRPr="00B068AE">
        <w:rPr>
          <w:sz w:val="28"/>
          <w:szCs w:val="28"/>
        </w:rPr>
        <w:t xml:space="preserve"> </w:t>
      </w:r>
      <w:proofErr w:type="spellStart"/>
      <w:r w:rsidRPr="00B068AE">
        <w:rPr>
          <w:sz w:val="28"/>
          <w:szCs w:val="28"/>
        </w:rPr>
        <w:t>nhà</w:t>
      </w:r>
      <w:proofErr w:type="spellEnd"/>
      <w:r w:rsidRPr="00B068AE">
        <w:rPr>
          <w:sz w:val="28"/>
          <w:szCs w:val="28"/>
        </w:rPr>
        <w:t xml:space="preserve"> </w:t>
      </w:r>
      <w:proofErr w:type="spellStart"/>
      <w:r w:rsidRPr="00B068AE">
        <w:rPr>
          <w:sz w:val="28"/>
          <w:szCs w:val="28"/>
        </w:rPr>
        <w:t>nước</w:t>
      </w:r>
      <w:proofErr w:type="spellEnd"/>
      <w:r w:rsidRPr="00B068AE">
        <w:rPr>
          <w:sz w:val="28"/>
          <w:szCs w:val="28"/>
        </w:rPr>
        <w:t xml:space="preserve">, </w:t>
      </w:r>
      <w:proofErr w:type="spellStart"/>
      <w:r w:rsidRPr="00B068AE">
        <w:rPr>
          <w:sz w:val="28"/>
          <w:szCs w:val="28"/>
        </w:rPr>
        <w:t>đầu</w:t>
      </w:r>
      <w:proofErr w:type="spellEnd"/>
      <w:r w:rsidRPr="00B068AE">
        <w:rPr>
          <w:sz w:val="28"/>
          <w:szCs w:val="28"/>
        </w:rPr>
        <w:t xml:space="preserve"> </w:t>
      </w:r>
      <w:proofErr w:type="spellStart"/>
      <w:r w:rsidRPr="00B068AE">
        <w:rPr>
          <w:sz w:val="28"/>
          <w:szCs w:val="28"/>
        </w:rPr>
        <w:t>tư</w:t>
      </w:r>
      <w:proofErr w:type="spellEnd"/>
      <w:r w:rsidRPr="00B068AE">
        <w:rPr>
          <w:sz w:val="28"/>
          <w:szCs w:val="28"/>
        </w:rPr>
        <w:t xml:space="preserve"> </w:t>
      </w:r>
      <w:proofErr w:type="spellStart"/>
      <w:r w:rsidRPr="00B068AE">
        <w:rPr>
          <w:sz w:val="28"/>
          <w:szCs w:val="28"/>
        </w:rPr>
        <w:t>công</w:t>
      </w:r>
      <w:proofErr w:type="spellEnd"/>
      <w:r w:rsidRPr="00B068AE">
        <w:rPr>
          <w:sz w:val="28"/>
          <w:szCs w:val="28"/>
        </w:rPr>
        <w:t xml:space="preserve"> 6 </w:t>
      </w:r>
      <w:proofErr w:type="spellStart"/>
      <w:r w:rsidRPr="00B068AE">
        <w:rPr>
          <w:sz w:val="28"/>
          <w:szCs w:val="28"/>
        </w:rPr>
        <w:t>tháng</w:t>
      </w:r>
      <w:proofErr w:type="spellEnd"/>
      <w:r w:rsidRPr="00B068AE">
        <w:rPr>
          <w:sz w:val="28"/>
          <w:szCs w:val="28"/>
        </w:rPr>
        <w:t xml:space="preserve"> </w:t>
      </w:r>
      <w:proofErr w:type="spellStart"/>
      <w:r w:rsidRPr="00B068AE">
        <w:rPr>
          <w:sz w:val="28"/>
          <w:szCs w:val="28"/>
        </w:rPr>
        <w:t>đầu</w:t>
      </w:r>
      <w:proofErr w:type="spellEnd"/>
      <w:r w:rsidRPr="00B068AE">
        <w:rPr>
          <w:sz w:val="28"/>
          <w:szCs w:val="28"/>
        </w:rPr>
        <w:t xml:space="preserve"> </w:t>
      </w:r>
      <w:proofErr w:type="spellStart"/>
      <w:r w:rsidRPr="00B068AE">
        <w:rPr>
          <w:sz w:val="28"/>
          <w:szCs w:val="28"/>
        </w:rPr>
        <w:t>năm</w:t>
      </w:r>
      <w:proofErr w:type="spellEnd"/>
      <w:r w:rsidRPr="00B068AE">
        <w:rPr>
          <w:sz w:val="28"/>
          <w:szCs w:val="28"/>
        </w:rPr>
        <w:t xml:space="preserve"> </w:t>
      </w:r>
      <w:proofErr w:type="spellStart"/>
      <w:r w:rsidRPr="00B068AE">
        <w:rPr>
          <w:sz w:val="28"/>
          <w:szCs w:val="28"/>
        </w:rPr>
        <w:t>và</w:t>
      </w:r>
      <w:proofErr w:type="spellEnd"/>
      <w:r w:rsidRPr="00B068AE">
        <w:rPr>
          <w:sz w:val="28"/>
          <w:szCs w:val="28"/>
        </w:rPr>
        <w:t xml:space="preserve"> </w:t>
      </w:r>
      <w:proofErr w:type="spellStart"/>
      <w:r w:rsidRPr="00B068AE">
        <w:rPr>
          <w:sz w:val="28"/>
          <w:szCs w:val="28"/>
        </w:rPr>
        <w:t>nhiệm</w:t>
      </w:r>
      <w:proofErr w:type="spellEnd"/>
      <w:r w:rsidRPr="00B068AE">
        <w:rPr>
          <w:sz w:val="28"/>
          <w:szCs w:val="28"/>
        </w:rPr>
        <w:t xml:space="preserve"> </w:t>
      </w:r>
      <w:proofErr w:type="spellStart"/>
      <w:r w:rsidRPr="00B068AE">
        <w:rPr>
          <w:sz w:val="28"/>
          <w:szCs w:val="28"/>
        </w:rPr>
        <w:t>vụ</w:t>
      </w:r>
      <w:proofErr w:type="spellEnd"/>
      <w:r w:rsidRPr="00B068AE">
        <w:rPr>
          <w:sz w:val="28"/>
          <w:szCs w:val="28"/>
        </w:rPr>
        <w:t xml:space="preserve">, </w:t>
      </w:r>
      <w:proofErr w:type="spellStart"/>
      <w:r w:rsidRPr="00B068AE">
        <w:rPr>
          <w:sz w:val="28"/>
          <w:szCs w:val="28"/>
        </w:rPr>
        <w:t>giải</w:t>
      </w:r>
      <w:proofErr w:type="spellEnd"/>
      <w:r w:rsidRPr="00B068AE">
        <w:rPr>
          <w:sz w:val="28"/>
          <w:szCs w:val="28"/>
        </w:rPr>
        <w:t xml:space="preserve"> </w:t>
      </w:r>
      <w:proofErr w:type="spellStart"/>
      <w:r w:rsidRPr="00B068AE">
        <w:rPr>
          <w:sz w:val="28"/>
          <w:szCs w:val="28"/>
        </w:rPr>
        <w:t>pháp</w:t>
      </w:r>
      <w:proofErr w:type="spellEnd"/>
      <w:r w:rsidRPr="00B068AE">
        <w:rPr>
          <w:sz w:val="28"/>
          <w:szCs w:val="28"/>
        </w:rPr>
        <w:t xml:space="preserve"> 6 </w:t>
      </w:r>
      <w:proofErr w:type="spellStart"/>
      <w:r w:rsidRPr="00B068AE">
        <w:rPr>
          <w:sz w:val="28"/>
          <w:szCs w:val="28"/>
        </w:rPr>
        <w:t>tháng</w:t>
      </w:r>
      <w:proofErr w:type="spellEnd"/>
      <w:r w:rsidRPr="00B068AE">
        <w:rPr>
          <w:sz w:val="28"/>
          <w:szCs w:val="28"/>
        </w:rPr>
        <w:t xml:space="preserve"> </w:t>
      </w:r>
      <w:proofErr w:type="spellStart"/>
      <w:r w:rsidRPr="00B068AE">
        <w:rPr>
          <w:sz w:val="28"/>
          <w:szCs w:val="28"/>
        </w:rPr>
        <w:t>cuối</w:t>
      </w:r>
      <w:proofErr w:type="spellEnd"/>
      <w:r w:rsidRPr="00B068AE">
        <w:rPr>
          <w:sz w:val="28"/>
          <w:szCs w:val="28"/>
        </w:rPr>
        <w:t xml:space="preserve"> </w:t>
      </w:r>
      <w:proofErr w:type="spellStart"/>
      <w:r w:rsidRPr="00B068AE">
        <w:rPr>
          <w:sz w:val="28"/>
          <w:szCs w:val="28"/>
        </w:rPr>
        <w:t>năm</w:t>
      </w:r>
      <w:proofErr w:type="spellEnd"/>
      <w:r w:rsidRPr="00B068AE">
        <w:rPr>
          <w:sz w:val="28"/>
          <w:szCs w:val="28"/>
        </w:rPr>
        <w:t xml:space="preserve"> 2026; </w:t>
      </w:r>
      <w:proofErr w:type="spellStart"/>
      <w:r w:rsidRPr="00B068AE">
        <w:rPr>
          <w:sz w:val="28"/>
          <w:szCs w:val="28"/>
        </w:rPr>
        <w:t>tổng</w:t>
      </w:r>
      <w:proofErr w:type="spellEnd"/>
      <w:r w:rsidRPr="00B068AE">
        <w:rPr>
          <w:sz w:val="28"/>
          <w:szCs w:val="28"/>
        </w:rPr>
        <w:t xml:space="preserve"> </w:t>
      </w:r>
      <w:proofErr w:type="spellStart"/>
      <w:r w:rsidRPr="00B068AE">
        <w:rPr>
          <w:sz w:val="28"/>
          <w:szCs w:val="28"/>
        </w:rPr>
        <w:t>hợp</w:t>
      </w:r>
      <w:proofErr w:type="spellEnd"/>
      <w:r w:rsidRPr="00B068AE">
        <w:rPr>
          <w:sz w:val="28"/>
          <w:szCs w:val="28"/>
        </w:rPr>
        <w:t xml:space="preserve"> ý </w:t>
      </w:r>
      <w:proofErr w:type="spellStart"/>
      <w:r w:rsidRPr="00B068AE">
        <w:rPr>
          <w:sz w:val="28"/>
          <w:szCs w:val="28"/>
        </w:rPr>
        <w:t>kiến</w:t>
      </w:r>
      <w:proofErr w:type="spellEnd"/>
      <w:r w:rsidRPr="00B068AE">
        <w:rPr>
          <w:sz w:val="28"/>
          <w:szCs w:val="28"/>
        </w:rPr>
        <w:t xml:space="preserve">, </w:t>
      </w:r>
      <w:proofErr w:type="spellStart"/>
      <w:r w:rsidRPr="00B068AE">
        <w:rPr>
          <w:sz w:val="28"/>
          <w:szCs w:val="28"/>
        </w:rPr>
        <w:t>kiến</w:t>
      </w:r>
      <w:proofErr w:type="spellEnd"/>
      <w:r w:rsidRPr="00B068AE">
        <w:rPr>
          <w:sz w:val="28"/>
          <w:szCs w:val="28"/>
        </w:rPr>
        <w:t xml:space="preserve"> </w:t>
      </w:r>
      <w:proofErr w:type="spellStart"/>
      <w:r w:rsidRPr="00B068AE">
        <w:rPr>
          <w:sz w:val="28"/>
          <w:szCs w:val="28"/>
        </w:rPr>
        <w:t>nghị</w:t>
      </w:r>
      <w:proofErr w:type="spellEnd"/>
      <w:r w:rsidRPr="00B068AE">
        <w:rPr>
          <w:sz w:val="28"/>
          <w:szCs w:val="28"/>
        </w:rPr>
        <w:t xml:space="preserve"> </w:t>
      </w:r>
      <w:proofErr w:type="spellStart"/>
      <w:r w:rsidRPr="00B068AE">
        <w:rPr>
          <w:sz w:val="28"/>
          <w:szCs w:val="28"/>
        </w:rPr>
        <w:t>của</w:t>
      </w:r>
      <w:proofErr w:type="spellEnd"/>
      <w:r w:rsidRPr="00B068AE">
        <w:rPr>
          <w:sz w:val="28"/>
          <w:szCs w:val="28"/>
        </w:rPr>
        <w:t xml:space="preserve"> </w:t>
      </w:r>
      <w:proofErr w:type="spellStart"/>
      <w:r w:rsidRPr="00B068AE">
        <w:rPr>
          <w:sz w:val="28"/>
          <w:szCs w:val="28"/>
        </w:rPr>
        <w:t>cử</w:t>
      </w:r>
      <w:proofErr w:type="spellEnd"/>
      <w:r w:rsidRPr="00B068AE">
        <w:rPr>
          <w:sz w:val="28"/>
          <w:szCs w:val="28"/>
        </w:rPr>
        <w:t xml:space="preserve"> tri; </w:t>
      </w:r>
      <w:proofErr w:type="spellStart"/>
      <w:r w:rsidRPr="00B068AE">
        <w:rPr>
          <w:sz w:val="28"/>
          <w:szCs w:val="28"/>
        </w:rPr>
        <w:t>công</w:t>
      </w:r>
      <w:proofErr w:type="spellEnd"/>
      <w:r w:rsidRPr="00B068AE">
        <w:rPr>
          <w:sz w:val="28"/>
          <w:szCs w:val="28"/>
        </w:rPr>
        <w:t xml:space="preserve"> </w:t>
      </w:r>
      <w:proofErr w:type="spellStart"/>
      <w:r w:rsidRPr="00B068AE">
        <w:rPr>
          <w:sz w:val="28"/>
          <w:szCs w:val="28"/>
        </w:rPr>
        <w:t>tác</w:t>
      </w:r>
      <w:proofErr w:type="spellEnd"/>
      <w:r w:rsidRPr="00B068AE">
        <w:rPr>
          <w:sz w:val="28"/>
          <w:szCs w:val="28"/>
        </w:rPr>
        <w:t xml:space="preserve"> </w:t>
      </w:r>
      <w:proofErr w:type="spellStart"/>
      <w:r w:rsidRPr="00B068AE">
        <w:rPr>
          <w:sz w:val="28"/>
          <w:szCs w:val="28"/>
        </w:rPr>
        <w:t>Mặt</w:t>
      </w:r>
      <w:proofErr w:type="spellEnd"/>
      <w:r w:rsidRPr="00B068AE">
        <w:rPr>
          <w:sz w:val="28"/>
          <w:szCs w:val="28"/>
        </w:rPr>
        <w:t xml:space="preserve"> </w:t>
      </w:r>
      <w:proofErr w:type="spellStart"/>
      <w:r w:rsidRPr="00B068AE">
        <w:rPr>
          <w:sz w:val="28"/>
          <w:szCs w:val="28"/>
        </w:rPr>
        <w:t>trận</w:t>
      </w:r>
      <w:proofErr w:type="spellEnd"/>
      <w:r w:rsidRPr="00B068AE">
        <w:rPr>
          <w:sz w:val="28"/>
          <w:szCs w:val="28"/>
        </w:rPr>
        <w:t xml:space="preserve"> </w:t>
      </w:r>
      <w:proofErr w:type="spellStart"/>
      <w:r w:rsidRPr="00B068AE">
        <w:rPr>
          <w:sz w:val="28"/>
          <w:szCs w:val="28"/>
        </w:rPr>
        <w:t>tham</w:t>
      </w:r>
      <w:proofErr w:type="spellEnd"/>
      <w:r w:rsidRPr="00B068AE">
        <w:rPr>
          <w:sz w:val="28"/>
          <w:szCs w:val="28"/>
        </w:rPr>
        <w:t xml:space="preserve"> </w:t>
      </w:r>
      <w:proofErr w:type="spellStart"/>
      <w:r w:rsidRPr="00B068AE">
        <w:rPr>
          <w:sz w:val="28"/>
          <w:szCs w:val="28"/>
        </w:rPr>
        <w:t>gia</w:t>
      </w:r>
      <w:proofErr w:type="spellEnd"/>
      <w:r w:rsidRPr="00B068AE">
        <w:rPr>
          <w:sz w:val="28"/>
          <w:szCs w:val="28"/>
        </w:rPr>
        <w:t xml:space="preserve"> </w:t>
      </w:r>
      <w:proofErr w:type="spellStart"/>
      <w:r w:rsidRPr="00B068AE">
        <w:rPr>
          <w:sz w:val="28"/>
          <w:szCs w:val="28"/>
        </w:rPr>
        <w:t>xây</w:t>
      </w:r>
      <w:proofErr w:type="spellEnd"/>
      <w:r w:rsidRPr="00B068AE">
        <w:rPr>
          <w:sz w:val="28"/>
          <w:szCs w:val="28"/>
        </w:rPr>
        <w:t xml:space="preserve"> </w:t>
      </w:r>
      <w:proofErr w:type="spellStart"/>
      <w:r w:rsidRPr="00B068AE">
        <w:rPr>
          <w:sz w:val="28"/>
          <w:szCs w:val="28"/>
        </w:rPr>
        <w:t>dựng</w:t>
      </w:r>
      <w:proofErr w:type="spellEnd"/>
      <w:r w:rsidRPr="00B068AE">
        <w:rPr>
          <w:sz w:val="28"/>
          <w:szCs w:val="28"/>
        </w:rPr>
        <w:t xml:space="preserve"> </w:t>
      </w:r>
      <w:proofErr w:type="spellStart"/>
      <w:r w:rsidRPr="00B068AE">
        <w:rPr>
          <w:sz w:val="28"/>
          <w:szCs w:val="28"/>
        </w:rPr>
        <w:t>chính</w:t>
      </w:r>
      <w:proofErr w:type="spellEnd"/>
      <w:r w:rsidRPr="00B068AE">
        <w:rPr>
          <w:sz w:val="28"/>
          <w:szCs w:val="28"/>
        </w:rPr>
        <w:t xml:space="preserve"> </w:t>
      </w:r>
      <w:proofErr w:type="spellStart"/>
      <w:r w:rsidRPr="00B068AE">
        <w:rPr>
          <w:sz w:val="28"/>
          <w:szCs w:val="28"/>
        </w:rPr>
        <w:t>quyền</w:t>
      </w:r>
      <w:proofErr w:type="spellEnd"/>
      <w:r w:rsidRPr="00B068AE">
        <w:rPr>
          <w:sz w:val="28"/>
          <w:szCs w:val="28"/>
        </w:rPr>
        <w:t xml:space="preserve">; </w:t>
      </w:r>
      <w:proofErr w:type="spellStart"/>
      <w:r w:rsidRPr="00B068AE">
        <w:rPr>
          <w:sz w:val="28"/>
          <w:szCs w:val="28"/>
        </w:rPr>
        <w:t>kết</w:t>
      </w:r>
      <w:proofErr w:type="spellEnd"/>
      <w:r w:rsidRPr="00B068AE">
        <w:rPr>
          <w:sz w:val="28"/>
          <w:szCs w:val="28"/>
        </w:rPr>
        <w:t xml:space="preserve"> </w:t>
      </w:r>
      <w:proofErr w:type="spellStart"/>
      <w:r w:rsidRPr="00B068AE">
        <w:rPr>
          <w:sz w:val="28"/>
          <w:szCs w:val="28"/>
        </w:rPr>
        <w:t>quả</w:t>
      </w:r>
      <w:proofErr w:type="spellEnd"/>
      <w:r w:rsidRPr="00B068AE">
        <w:rPr>
          <w:sz w:val="28"/>
          <w:szCs w:val="28"/>
        </w:rPr>
        <w:t xml:space="preserve"> </w:t>
      </w:r>
      <w:proofErr w:type="spellStart"/>
      <w:r w:rsidRPr="00B068AE">
        <w:rPr>
          <w:sz w:val="28"/>
          <w:szCs w:val="28"/>
        </w:rPr>
        <w:t>giải</w:t>
      </w:r>
      <w:proofErr w:type="spellEnd"/>
      <w:r w:rsidRPr="00B068AE">
        <w:rPr>
          <w:sz w:val="28"/>
          <w:szCs w:val="28"/>
        </w:rPr>
        <w:t xml:space="preserve"> </w:t>
      </w:r>
      <w:proofErr w:type="spellStart"/>
      <w:r w:rsidRPr="00B068AE">
        <w:rPr>
          <w:sz w:val="28"/>
          <w:szCs w:val="28"/>
        </w:rPr>
        <w:t>quyết</w:t>
      </w:r>
      <w:proofErr w:type="spellEnd"/>
      <w:r w:rsidRPr="00B068AE">
        <w:rPr>
          <w:sz w:val="28"/>
          <w:szCs w:val="28"/>
        </w:rPr>
        <w:t xml:space="preserve">, </w:t>
      </w:r>
      <w:proofErr w:type="spellStart"/>
      <w:r w:rsidRPr="00B068AE">
        <w:rPr>
          <w:sz w:val="28"/>
          <w:szCs w:val="28"/>
        </w:rPr>
        <w:t>trả</w:t>
      </w:r>
      <w:proofErr w:type="spellEnd"/>
      <w:r w:rsidRPr="00B068AE">
        <w:rPr>
          <w:sz w:val="28"/>
          <w:szCs w:val="28"/>
        </w:rPr>
        <w:t xml:space="preserve"> </w:t>
      </w:r>
      <w:proofErr w:type="spellStart"/>
      <w:r w:rsidRPr="00B068AE">
        <w:rPr>
          <w:sz w:val="28"/>
          <w:szCs w:val="28"/>
        </w:rPr>
        <w:t>lời</w:t>
      </w:r>
      <w:proofErr w:type="spellEnd"/>
      <w:r w:rsidRPr="00B068AE">
        <w:rPr>
          <w:sz w:val="28"/>
          <w:szCs w:val="28"/>
        </w:rPr>
        <w:t xml:space="preserve"> ý </w:t>
      </w:r>
      <w:proofErr w:type="spellStart"/>
      <w:r w:rsidRPr="00B068AE">
        <w:rPr>
          <w:sz w:val="28"/>
          <w:szCs w:val="28"/>
        </w:rPr>
        <w:t>kiến</w:t>
      </w:r>
      <w:proofErr w:type="spellEnd"/>
      <w:r w:rsidRPr="00B068AE">
        <w:rPr>
          <w:sz w:val="28"/>
          <w:szCs w:val="28"/>
        </w:rPr>
        <w:t xml:space="preserve">, </w:t>
      </w:r>
      <w:proofErr w:type="spellStart"/>
      <w:r w:rsidRPr="00B068AE">
        <w:rPr>
          <w:sz w:val="28"/>
          <w:szCs w:val="28"/>
        </w:rPr>
        <w:t>kiến</w:t>
      </w:r>
      <w:proofErr w:type="spellEnd"/>
      <w:r w:rsidRPr="00B068AE">
        <w:rPr>
          <w:sz w:val="28"/>
          <w:szCs w:val="28"/>
        </w:rPr>
        <w:t xml:space="preserve"> </w:t>
      </w:r>
      <w:proofErr w:type="spellStart"/>
      <w:r w:rsidRPr="00B068AE">
        <w:rPr>
          <w:sz w:val="28"/>
          <w:szCs w:val="28"/>
        </w:rPr>
        <w:t>nghị</w:t>
      </w:r>
      <w:proofErr w:type="spellEnd"/>
      <w:r w:rsidRPr="00B068AE">
        <w:rPr>
          <w:sz w:val="28"/>
          <w:szCs w:val="28"/>
        </w:rPr>
        <w:t xml:space="preserve"> </w:t>
      </w:r>
      <w:proofErr w:type="spellStart"/>
      <w:r w:rsidRPr="00B068AE">
        <w:rPr>
          <w:sz w:val="28"/>
          <w:szCs w:val="28"/>
        </w:rPr>
        <w:t>của</w:t>
      </w:r>
      <w:proofErr w:type="spellEnd"/>
      <w:r w:rsidRPr="00B068AE">
        <w:rPr>
          <w:sz w:val="28"/>
          <w:szCs w:val="28"/>
        </w:rPr>
        <w:t xml:space="preserve"> </w:t>
      </w:r>
      <w:proofErr w:type="spellStart"/>
      <w:r w:rsidRPr="00B068AE">
        <w:rPr>
          <w:sz w:val="28"/>
          <w:szCs w:val="28"/>
        </w:rPr>
        <w:t>cử</w:t>
      </w:r>
      <w:proofErr w:type="spellEnd"/>
      <w:r w:rsidRPr="00B068AE">
        <w:rPr>
          <w:sz w:val="28"/>
          <w:szCs w:val="28"/>
        </w:rPr>
        <w:t xml:space="preserve"> tri; </w:t>
      </w:r>
      <w:proofErr w:type="spellStart"/>
      <w:r w:rsidRPr="00B068AE">
        <w:rPr>
          <w:sz w:val="28"/>
          <w:szCs w:val="28"/>
        </w:rPr>
        <w:t>công</w:t>
      </w:r>
      <w:proofErr w:type="spellEnd"/>
      <w:r w:rsidRPr="00B068AE">
        <w:rPr>
          <w:sz w:val="28"/>
          <w:szCs w:val="28"/>
        </w:rPr>
        <w:t xml:space="preserve"> </w:t>
      </w:r>
      <w:proofErr w:type="spellStart"/>
      <w:r w:rsidRPr="00B068AE">
        <w:rPr>
          <w:sz w:val="28"/>
          <w:szCs w:val="28"/>
        </w:rPr>
        <w:t>tác</w:t>
      </w:r>
      <w:proofErr w:type="spellEnd"/>
      <w:r w:rsidRPr="00B068AE">
        <w:rPr>
          <w:sz w:val="28"/>
          <w:szCs w:val="28"/>
        </w:rPr>
        <w:t xml:space="preserve"> </w:t>
      </w:r>
      <w:proofErr w:type="spellStart"/>
      <w:r w:rsidRPr="00B068AE">
        <w:rPr>
          <w:sz w:val="28"/>
          <w:szCs w:val="28"/>
        </w:rPr>
        <w:t>tiếp</w:t>
      </w:r>
      <w:proofErr w:type="spellEnd"/>
      <w:r w:rsidRPr="00B068AE">
        <w:rPr>
          <w:sz w:val="28"/>
          <w:szCs w:val="28"/>
        </w:rPr>
        <w:t xml:space="preserve"> </w:t>
      </w:r>
      <w:proofErr w:type="spellStart"/>
      <w:r w:rsidRPr="00B068AE">
        <w:rPr>
          <w:sz w:val="28"/>
          <w:szCs w:val="28"/>
        </w:rPr>
        <w:t>công</w:t>
      </w:r>
      <w:proofErr w:type="spellEnd"/>
      <w:r w:rsidRPr="00B068AE">
        <w:rPr>
          <w:sz w:val="28"/>
          <w:szCs w:val="28"/>
        </w:rPr>
        <w:t xml:space="preserve"> </w:t>
      </w:r>
      <w:proofErr w:type="spellStart"/>
      <w:r w:rsidRPr="00B068AE">
        <w:rPr>
          <w:sz w:val="28"/>
          <w:szCs w:val="28"/>
        </w:rPr>
        <w:t>dân</w:t>
      </w:r>
      <w:proofErr w:type="spellEnd"/>
      <w:r w:rsidRPr="00B068AE">
        <w:rPr>
          <w:sz w:val="28"/>
          <w:szCs w:val="28"/>
        </w:rPr>
        <w:t xml:space="preserve">, </w:t>
      </w:r>
      <w:proofErr w:type="spellStart"/>
      <w:r w:rsidRPr="00B068AE">
        <w:rPr>
          <w:sz w:val="28"/>
          <w:szCs w:val="28"/>
        </w:rPr>
        <w:t>giải</w:t>
      </w:r>
      <w:proofErr w:type="spellEnd"/>
      <w:r w:rsidRPr="00B068AE">
        <w:rPr>
          <w:sz w:val="28"/>
          <w:szCs w:val="28"/>
        </w:rPr>
        <w:t xml:space="preserve"> </w:t>
      </w:r>
      <w:proofErr w:type="spellStart"/>
      <w:r w:rsidRPr="00B068AE">
        <w:rPr>
          <w:sz w:val="28"/>
          <w:szCs w:val="28"/>
        </w:rPr>
        <w:t>quyết</w:t>
      </w:r>
      <w:proofErr w:type="spellEnd"/>
      <w:r w:rsidRPr="00B068AE">
        <w:rPr>
          <w:sz w:val="28"/>
          <w:szCs w:val="28"/>
        </w:rPr>
        <w:t xml:space="preserve"> </w:t>
      </w:r>
      <w:proofErr w:type="spellStart"/>
      <w:r w:rsidRPr="00B068AE">
        <w:rPr>
          <w:sz w:val="28"/>
          <w:szCs w:val="28"/>
        </w:rPr>
        <w:t>khiếu</w:t>
      </w:r>
      <w:proofErr w:type="spellEnd"/>
      <w:r w:rsidRPr="00B068AE">
        <w:rPr>
          <w:sz w:val="28"/>
          <w:szCs w:val="28"/>
        </w:rPr>
        <w:t xml:space="preserve"> </w:t>
      </w:r>
      <w:proofErr w:type="spellStart"/>
      <w:r w:rsidRPr="00B068AE">
        <w:rPr>
          <w:sz w:val="28"/>
          <w:szCs w:val="28"/>
        </w:rPr>
        <w:t>nại</w:t>
      </w:r>
      <w:proofErr w:type="spellEnd"/>
      <w:r w:rsidRPr="00B068AE">
        <w:rPr>
          <w:sz w:val="28"/>
          <w:szCs w:val="28"/>
        </w:rPr>
        <w:t xml:space="preserve">, </w:t>
      </w:r>
      <w:proofErr w:type="spellStart"/>
      <w:r w:rsidRPr="00B068AE">
        <w:rPr>
          <w:sz w:val="28"/>
          <w:szCs w:val="28"/>
        </w:rPr>
        <w:t>tố</w:t>
      </w:r>
      <w:proofErr w:type="spellEnd"/>
      <w:r w:rsidRPr="00B068AE">
        <w:rPr>
          <w:sz w:val="28"/>
          <w:szCs w:val="28"/>
        </w:rPr>
        <w:t xml:space="preserve"> </w:t>
      </w:r>
      <w:proofErr w:type="spellStart"/>
      <w:r w:rsidRPr="00B068AE">
        <w:rPr>
          <w:sz w:val="28"/>
          <w:szCs w:val="28"/>
        </w:rPr>
        <w:t>cáo</w:t>
      </w:r>
      <w:proofErr w:type="spellEnd"/>
      <w:r w:rsidRPr="00B068AE">
        <w:rPr>
          <w:sz w:val="28"/>
          <w:szCs w:val="28"/>
        </w:rPr>
        <w:t xml:space="preserve">; </w:t>
      </w:r>
      <w:proofErr w:type="spellStart"/>
      <w:r w:rsidRPr="00B068AE">
        <w:rPr>
          <w:sz w:val="28"/>
          <w:szCs w:val="28"/>
        </w:rPr>
        <w:t>phòng</w:t>
      </w:r>
      <w:proofErr w:type="spellEnd"/>
      <w:r w:rsidRPr="00B068AE">
        <w:rPr>
          <w:sz w:val="28"/>
          <w:szCs w:val="28"/>
        </w:rPr>
        <w:t xml:space="preserve">, </w:t>
      </w:r>
      <w:proofErr w:type="spellStart"/>
      <w:r w:rsidRPr="00B068AE">
        <w:rPr>
          <w:sz w:val="28"/>
          <w:szCs w:val="28"/>
        </w:rPr>
        <w:t>chống</w:t>
      </w:r>
      <w:proofErr w:type="spellEnd"/>
      <w:r w:rsidRPr="00B068AE">
        <w:rPr>
          <w:sz w:val="28"/>
          <w:szCs w:val="28"/>
        </w:rPr>
        <w:t xml:space="preserve"> </w:t>
      </w:r>
      <w:proofErr w:type="spellStart"/>
      <w:r w:rsidRPr="00B068AE">
        <w:rPr>
          <w:sz w:val="28"/>
          <w:szCs w:val="28"/>
        </w:rPr>
        <w:t>tham</w:t>
      </w:r>
      <w:proofErr w:type="spellEnd"/>
      <w:r w:rsidRPr="00B068AE">
        <w:rPr>
          <w:sz w:val="28"/>
          <w:szCs w:val="28"/>
        </w:rPr>
        <w:t xml:space="preserve"> </w:t>
      </w:r>
      <w:proofErr w:type="spellStart"/>
      <w:r w:rsidRPr="00B068AE">
        <w:rPr>
          <w:sz w:val="28"/>
          <w:szCs w:val="28"/>
        </w:rPr>
        <w:t>nhũng</w:t>
      </w:r>
      <w:proofErr w:type="spellEnd"/>
      <w:r w:rsidRPr="00B068AE">
        <w:rPr>
          <w:sz w:val="28"/>
          <w:szCs w:val="28"/>
        </w:rPr>
        <w:t xml:space="preserve">, </w:t>
      </w:r>
      <w:proofErr w:type="spellStart"/>
      <w:r w:rsidRPr="00B068AE">
        <w:rPr>
          <w:sz w:val="28"/>
          <w:szCs w:val="28"/>
        </w:rPr>
        <w:t>tiêu</w:t>
      </w:r>
      <w:proofErr w:type="spellEnd"/>
      <w:r w:rsidRPr="00B068AE">
        <w:rPr>
          <w:sz w:val="28"/>
          <w:szCs w:val="28"/>
        </w:rPr>
        <w:t xml:space="preserve"> </w:t>
      </w:r>
      <w:proofErr w:type="spellStart"/>
      <w:r w:rsidRPr="00B068AE">
        <w:rPr>
          <w:sz w:val="28"/>
          <w:szCs w:val="28"/>
        </w:rPr>
        <w:t>cực</w:t>
      </w:r>
      <w:proofErr w:type="spellEnd"/>
      <w:r w:rsidRPr="00B068AE">
        <w:rPr>
          <w:sz w:val="28"/>
          <w:szCs w:val="28"/>
        </w:rPr>
        <w:t xml:space="preserve">, </w:t>
      </w:r>
      <w:proofErr w:type="spellStart"/>
      <w:r w:rsidRPr="00B068AE">
        <w:rPr>
          <w:sz w:val="28"/>
          <w:szCs w:val="28"/>
        </w:rPr>
        <w:t>thực</w:t>
      </w:r>
      <w:proofErr w:type="spellEnd"/>
      <w:r w:rsidRPr="00B068AE">
        <w:rPr>
          <w:sz w:val="28"/>
          <w:szCs w:val="28"/>
        </w:rPr>
        <w:t xml:space="preserve"> </w:t>
      </w:r>
      <w:proofErr w:type="spellStart"/>
      <w:r w:rsidRPr="00B068AE">
        <w:rPr>
          <w:sz w:val="28"/>
          <w:szCs w:val="28"/>
        </w:rPr>
        <w:t>hành</w:t>
      </w:r>
      <w:proofErr w:type="spellEnd"/>
      <w:r w:rsidRPr="00B068AE">
        <w:rPr>
          <w:sz w:val="28"/>
          <w:szCs w:val="28"/>
        </w:rPr>
        <w:t xml:space="preserve"> </w:t>
      </w:r>
      <w:proofErr w:type="spellStart"/>
      <w:r w:rsidRPr="00B068AE">
        <w:rPr>
          <w:sz w:val="28"/>
          <w:szCs w:val="28"/>
        </w:rPr>
        <w:t>tiết</w:t>
      </w:r>
      <w:proofErr w:type="spellEnd"/>
      <w:r w:rsidRPr="00B068AE">
        <w:rPr>
          <w:sz w:val="28"/>
          <w:szCs w:val="28"/>
        </w:rPr>
        <w:t xml:space="preserve"> </w:t>
      </w:r>
      <w:proofErr w:type="spellStart"/>
      <w:r w:rsidRPr="00B068AE">
        <w:rPr>
          <w:sz w:val="28"/>
          <w:szCs w:val="28"/>
        </w:rPr>
        <w:t>kiệm</w:t>
      </w:r>
      <w:proofErr w:type="spellEnd"/>
      <w:r w:rsidRPr="00B068AE">
        <w:rPr>
          <w:sz w:val="28"/>
          <w:szCs w:val="28"/>
        </w:rPr>
        <w:t xml:space="preserve">, </w:t>
      </w:r>
      <w:proofErr w:type="spellStart"/>
      <w:r w:rsidRPr="00B068AE">
        <w:rPr>
          <w:sz w:val="28"/>
          <w:szCs w:val="28"/>
        </w:rPr>
        <w:t>chống</w:t>
      </w:r>
      <w:proofErr w:type="spellEnd"/>
      <w:r w:rsidRPr="00B068AE">
        <w:rPr>
          <w:sz w:val="28"/>
          <w:szCs w:val="28"/>
        </w:rPr>
        <w:t xml:space="preserve"> </w:t>
      </w:r>
      <w:proofErr w:type="spellStart"/>
      <w:r w:rsidRPr="00B068AE">
        <w:rPr>
          <w:sz w:val="28"/>
          <w:szCs w:val="28"/>
        </w:rPr>
        <w:t>lãng</w:t>
      </w:r>
      <w:proofErr w:type="spellEnd"/>
      <w:r w:rsidRPr="00B068AE">
        <w:rPr>
          <w:sz w:val="28"/>
          <w:szCs w:val="28"/>
        </w:rPr>
        <w:t xml:space="preserve"> </w:t>
      </w:r>
      <w:proofErr w:type="spellStart"/>
      <w:r w:rsidRPr="00B068AE">
        <w:rPr>
          <w:sz w:val="28"/>
          <w:szCs w:val="28"/>
        </w:rPr>
        <w:t>phí</w:t>
      </w:r>
      <w:proofErr w:type="spellEnd"/>
      <w:r w:rsidRPr="00B068AE">
        <w:rPr>
          <w:sz w:val="28"/>
          <w:szCs w:val="28"/>
        </w:rPr>
        <w:t xml:space="preserve">; </w:t>
      </w:r>
      <w:proofErr w:type="spellStart"/>
      <w:r w:rsidRPr="00B068AE">
        <w:rPr>
          <w:sz w:val="28"/>
          <w:szCs w:val="28"/>
        </w:rPr>
        <w:t>bảo</w:t>
      </w:r>
      <w:proofErr w:type="spellEnd"/>
      <w:r w:rsidRPr="00B068AE">
        <w:rPr>
          <w:sz w:val="28"/>
          <w:szCs w:val="28"/>
        </w:rPr>
        <w:t xml:space="preserve"> </w:t>
      </w:r>
      <w:proofErr w:type="spellStart"/>
      <w:r w:rsidRPr="00B068AE">
        <w:rPr>
          <w:sz w:val="28"/>
          <w:szCs w:val="28"/>
        </w:rPr>
        <w:t>đảm</w:t>
      </w:r>
      <w:proofErr w:type="spellEnd"/>
      <w:r w:rsidRPr="00B068AE">
        <w:rPr>
          <w:sz w:val="28"/>
          <w:szCs w:val="28"/>
        </w:rPr>
        <w:t xml:space="preserve"> an </w:t>
      </w:r>
      <w:proofErr w:type="spellStart"/>
      <w:r w:rsidRPr="00B068AE">
        <w:rPr>
          <w:sz w:val="28"/>
          <w:szCs w:val="28"/>
        </w:rPr>
        <w:t>ninh</w:t>
      </w:r>
      <w:proofErr w:type="spellEnd"/>
      <w:r w:rsidRPr="00B068AE">
        <w:rPr>
          <w:sz w:val="28"/>
          <w:szCs w:val="28"/>
        </w:rPr>
        <w:t xml:space="preserve">, </w:t>
      </w:r>
      <w:proofErr w:type="spellStart"/>
      <w:r w:rsidRPr="00B068AE">
        <w:rPr>
          <w:sz w:val="28"/>
          <w:szCs w:val="28"/>
        </w:rPr>
        <w:t>trật</w:t>
      </w:r>
      <w:proofErr w:type="spellEnd"/>
      <w:r w:rsidRPr="00B068AE">
        <w:rPr>
          <w:sz w:val="28"/>
          <w:szCs w:val="28"/>
        </w:rPr>
        <w:t xml:space="preserve"> </w:t>
      </w:r>
      <w:proofErr w:type="spellStart"/>
      <w:r w:rsidRPr="00B068AE">
        <w:rPr>
          <w:sz w:val="28"/>
          <w:szCs w:val="28"/>
        </w:rPr>
        <w:t>tự</w:t>
      </w:r>
      <w:proofErr w:type="spellEnd"/>
      <w:r w:rsidRPr="00B068AE">
        <w:rPr>
          <w:sz w:val="28"/>
          <w:szCs w:val="28"/>
        </w:rPr>
        <w:t xml:space="preserve">; </w:t>
      </w:r>
      <w:proofErr w:type="spellStart"/>
      <w:r w:rsidRPr="00B068AE">
        <w:rPr>
          <w:sz w:val="28"/>
          <w:szCs w:val="28"/>
        </w:rPr>
        <w:t>hoạt</w:t>
      </w:r>
      <w:proofErr w:type="spellEnd"/>
      <w:r w:rsidRPr="00B068AE">
        <w:rPr>
          <w:sz w:val="28"/>
          <w:szCs w:val="28"/>
        </w:rPr>
        <w:t xml:space="preserve"> </w:t>
      </w:r>
      <w:proofErr w:type="spellStart"/>
      <w:r w:rsidRPr="00B068AE">
        <w:rPr>
          <w:sz w:val="28"/>
          <w:szCs w:val="28"/>
        </w:rPr>
        <w:t>động</w:t>
      </w:r>
      <w:proofErr w:type="spellEnd"/>
      <w:r w:rsidRPr="00B068AE">
        <w:rPr>
          <w:sz w:val="28"/>
          <w:szCs w:val="28"/>
        </w:rPr>
        <w:t xml:space="preserve"> </w:t>
      </w:r>
      <w:proofErr w:type="spellStart"/>
      <w:r w:rsidRPr="00B068AE">
        <w:rPr>
          <w:sz w:val="28"/>
          <w:szCs w:val="28"/>
        </w:rPr>
        <w:t>của</w:t>
      </w:r>
      <w:proofErr w:type="spellEnd"/>
      <w:r w:rsidRPr="00B068AE">
        <w:rPr>
          <w:sz w:val="28"/>
          <w:szCs w:val="28"/>
        </w:rPr>
        <w:t xml:space="preserve"> </w:t>
      </w:r>
      <w:proofErr w:type="spellStart"/>
      <w:r w:rsidRPr="00B068AE">
        <w:rPr>
          <w:sz w:val="28"/>
          <w:szCs w:val="28"/>
        </w:rPr>
        <w:t>các</w:t>
      </w:r>
      <w:proofErr w:type="spellEnd"/>
      <w:r w:rsidRPr="00B068AE">
        <w:rPr>
          <w:sz w:val="28"/>
          <w:szCs w:val="28"/>
        </w:rPr>
        <w:t xml:space="preserve"> </w:t>
      </w:r>
      <w:proofErr w:type="spellStart"/>
      <w:r w:rsidRPr="00B068AE">
        <w:rPr>
          <w:sz w:val="28"/>
          <w:szCs w:val="28"/>
        </w:rPr>
        <w:t>cơ</w:t>
      </w:r>
      <w:proofErr w:type="spellEnd"/>
      <w:r w:rsidRPr="00B068AE">
        <w:rPr>
          <w:sz w:val="28"/>
          <w:szCs w:val="28"/>
        </w:rPr>
        <w:t xml:space="preserve"> </w:t>
      </w:r>
      <w:proofErr w:type="spellStart"/>
      <w:r w:rsidRPr="00B068AE">
        <w:rPr>
          <w:sz w:val="28"/>
          <w:szCs w:val="28"/>
        </w:rPr>
        <w:t>quan</w:t>
      </w:r>
      <w:proofErr w:type="spellEnd"/>
      <w:r w:rsidRPr="00B068AE">
        <w:rPr>
          <w:sz w:val="28"/>
          <w:szCs w:val="28"/>
        </w:rPr>
        <w:t xml:space="preserve"> </w:t>
      </w:r>
      <w:proofErr w:type="spellStart"/>
      <w:r w:rsidRPr="00B068AE">
        <w:rPr>
          <w:sz w:val="28"/>
          <w:szCs w:val="28"/>
        </w:rPr>
        <w:t>tư</w:t>
      </w:r>
      <w:proofErr w:type="spellEnd"/>
      <w:r w:rsidRPr="00B068AE">
        <w:rPr>
          <w:sz w:val="28"/>
          <w:szCs w:val="28"/>
        </w:rPr>
        <w:t xml:space="preserve"> </w:t>
      </w:r>
      <w:proofErr w:type="spellStart"/>
      <w:r w:rsidRPr="00B068AE">
        <w:rPr>
          <w:sz w:val="28"/>
          <w:szCs w:val="28"/>
        </w:rPr>
        <w:t>pháp</w:t>
      </w:r>
      <w:proofErr w:type="spellEnd"/>
      <w:r w:rsidRPr="00B068AE">
        <w:rPr>
          <w:sz w:val="28"/>
          <w:szCs w:val="28"/>
        </w:rPr>
        <w:t xml:space="preserve"> </w:t>
      </w:r>
      <w:proofErr w:type="spellStart"/>
      <w:r w:rsidRPr="00B068AE">
        <w:rPr>
          <w:sz w:val="28"/>
          <w:szCs w:val="28"/>
        </w:rPr>
        <w:t>và</w:t>
      </w:r>
      <w:proofErr w:type="spellEnd"/>
      <w:r w:rsidRPr="00B068AE">
        <w:rPr>
          <w:sz w:val="28"/>
          <w:szCs w:val="28"/>
        </w:rPr>
        <w:t xml:space="preserve"> </w:t>
      </w:r>
      <w:proofErr w:type="spellStart"/>
      <w:r w:rsidRPr="00B068AE">
        <w:rPr>
          <w:sz w:val="28"/>
          <w:szCs w:val="28"/>
        </w:rPr>
        <w:t>các</w:t>
      </w:r>
      <w:proofErr w:type="spellEnd"/>
      <w:r w:rsidRPr="00B068AE">
        <w:rPr>
          <w:sz w:val="28"/>
          <w:szCs w:val="28"/>
        </w:rPr>
        <w:t xml:space="preserve"> </w:t>
      </w:r>
      <w:proofErr w:type="spellStart"/>
      <w:r w:rsidRPr="00B068AE">
        <w:rPr>
          <w:sz w:val="28"/>
          <w:szCs w:val="28"/>
        </w:rPr>
        <w:t>báo</w:t>
      </w:r>
      <w:proofErr w:type="spellEnd"/>
      <w:r w:rsidRPr="00B068AE">
        <w:rPr>
          <w:sz w:val="28"/>
          <w:szCs w:val="28"/>
        </w:rPr>
        <w:t xml:space="preserve"> </w:t>
      </w:r>
      <w:proofErr w:type="spellStart"/>
      <w:r w:rsidRPr="00B068AE">
        <w:rPr>
          <w:sz w:val="28"/>
          <w:szCs w:val="28"/>
        </w:rPr>
        <w:t>cáo</w:t>
      </w:r>
      <w:proofErr w:type="spellEnd"/>
      <w:r w:rsidRPr="00B068AE">
        <w:rPr>
          <w:sz w:val="28"/>
          <w:szCs w:val="28"/>
        </w:rPr>
        <w:t xml:space="preserve"> </w:t>
      </w:r>
      <w:proofErr w:type="spellStart"/>
      <w:r w:rsidRPr="00B068AE">
        <w:rPr>
          <w:sz w:val="28"/>
          <w:szCs w:val="28"/>
        </w:rPr>
        <w:t>khác</w:t>
      </w:r>
      <w:proofErr w:type="spellEnd"/>
      <w:r w:rsidRPr="00B068AE">
        <w:rPr>
          <w:sz w:val="28"/>
          <w:szCs w:val="28"/>
        </w:rPr>
        <w:t xml:space="preserve"> </w:t>
      </w:r>
      <w:proofErr w:type="spellStart"/>
      <w:r w:rsidRPr="00B068AE">
        <w:rPr>
          <w:sz w:val="28"/>
          <w:szCs w:val="28"/>
        </w:rPr>
        <w:t>theo</w:t>
      </w:r>
      <w:proofErr w:type="spellEnd"/>
      <w:r w:rsidRPr="00B068AE">
        <w:rPr>
          <w:sz w:val="28"/>
          <w:szCs w:val="28"/>
        </w:rPr>
        <w:t xml:space="preserve"> </w:t>
      </w:r>
      <w:proofErr w:type="spellStart"/>
      <w:r w:rsidRPr="00B068AE">
        <w:rPr>
          <w:sz w:val="28"/>
          <w:szCs w:val="28"/>
        </w:rPr>
        <w:t>quy</w:t>
      </w:r>
      <w:proofErr w:type="spellEnd"/>
      <w:r w:rsidRPr="00B068AE">
        <w:rPr>
          <w:sz w:val="28"/>
          <w:szCs w:val="28"/>
        </w:rPr>
        <w:t xml:space="preserve"> </w:t>
      </w:r>
      <w:proofErr w:type="spellStart"/>
      <w:r w:rsidRPr="00B068AE">
        <w:rPr>
          <w:sz w:val="28"/>
          <w:szCs w:val="28"/>
        </w:rPr>
        <w:t>định</w:t>
      </w:r>
      <w:proofErr w:type="spellEnd"/>
      <w:r w:rsidRPr="00B068AE">
        <w:rPr>
          <w:sz w:val="28"/>
          <w:szCs w:val="28"/>
        </w:rPr>
        <w:t>.</w:t>
      </w:r>
    </w:p>
    <w:p w14:paraId="103581AF" w14:textId="040073E6" w:rsidR="00343ABC" w:rsidRPr="00B068AE" w:rsidRDefault="006008B5" w:rsidP="00B068AE">
      <w:pPr>
        <w:widowControl w:val="0"/>
        <w:spacing w:before="120" w:after="0"/>
        <w:ind w:firstLine="720"/>
        <w:jc w:val="both"/>
        <w:rPr>
          <w:sz w:val="28"/>
          <w:szCs w:val="28"/>
        </w:rPr>
      </w:pPr>
      <w:r w:rsidRPr="00B068AE">
        <w:rPr>
          <w:bCs/>
          <w:sz w:val="28"/>
          <w:szCs w:val="28"/>
        </w:rPr>
        <w:t>3.</w:t>
      </w:r>
      <w:r w:rsidRPr="00B068AE">
        <w:rPr>
          <w:b/>
          <w:sz w:val="28"/>
          <w:szCs w:val="28"/>
        </w:rPr>
        <w:t xml:space="preserve"> </w:t>
      </w:r>
      <w:proofErr w:type="spellStart"/>
      <w:r w:rsidRPr="00B068AE">
        <w:rPr>
          <w:sz w:val="28"/>
          <w:szCs w:val="28"/>
        </w:rPr>
        <w:t>Hội</w:t>
      </w:r>
      <w:proofErr w:type="spellEnd"/>
      <w:r w:rsidRPr="00B068AE">
        <w:rPr>
          <w:sz w:val="28"/>
          <w:szCs w:val="28"/>
        </w:rPr>
        <w:t xml:space="preserve"> </w:t>
      </w:r>
      <w:proofErr w:type="spellStart"/>
      <w:r w:rsidRPr="00B068AE">
        <w:rPr>
          <w:sz w:val="28"/>
          <w:szCs w:val="28"/>
        </w:rPr>
        <w:t>đồng</w:t>
      </w:r>
      <w:proofErr w:type="spellEnd"/>
      <w:r w:rsidRPr="00B068AE">
        <w:rPr>
          <w:sz w:val="28"/>
          <w:szCs w:val="28"/>
        </w:rPr>
        <w:t xml:space="preserve"> </w:t>
      </w:r>
      <w:proofErr w:type="spellStart"/>
      <w:r w:rsidRPr="00B068AE">
        <w:rPr>
          <w:sz w:val="28"/>
          <w:szCs w:val="28"/>
        </w:rPr>
        <w:t>nhân</w:t>
      </w:r>
      <w:proofErr w:type="spellEnd"/>
      <w:r w:rsidRPr="00B068AE">
        <w:rPr>
          <w:sz w:val="28"/>
          <w:szCs w:val="28"/>
        </w:rPr>
        <w:t xml:space="preserve"> </w:t>
      </w:r>
      <w:proofErr w:type="spellStart"/>
      <w:r w:rsidRPr="00B068AE">
        <w:rPr>
          <w:sz w:val="28"/>
          <w:szCs w:val="28"/>
        </w:rPr>
        <w:t>dân</w:t>
      </w:r>
      <w:proofErr w:type="spellEnd"/>
      <w:r w:rsidRPr="00B068AE">
        <w:rPr>
          <w:sz w:val="28"/>
          <w:szCs w:val="28"/>
        </w:rPr>
        <w:t xml:space="preserve"> </w:t>
      </w:r>
      <w:proofErr w:type="spellStart"/>
      <w:r w:rsidRPr="00B068AE">
        <w:rPr>
          <w:sz w:val="28"/>
          <w:szCs w:val="28"/>
        </w:rPr>
        <w:t>tỉnh</w:t>
      </w:r>
      <w:proofErr w:type="spellEnd"/>
      <w:r w:rsidRPr="00B068AE">
        <w:rPr>
          <w:sz w:val="28"/>
          <w:szCs w:val="28"/>
        </w:rPr>
        <w:t xml:space="preserve"> </w:t>
      </w:r>
      <w:proofErr w:type="spellStart"/>
      <w:r w:rsidRPr="00B068AE">
        <w:rPr>
          <w:sz w:val="28"/>
          <w:szCs w:val="28"/>
        </w:rPr>
        <w:t>đã</w:t>
      </w:r>
      <w:proofErr w:type="spellEnd"/>
      <w:r w:rsidRPr="00B068AE">
        <w:rPr>
          <w:sz w:val="28"/>
          <w:szCs w:val="28"/>
        </w:rPr>
        <w:t xml:space="preserve"> </w:t>
      </w:r>
      <w:proofErr w:type="spellStart"/>
      <w:r w:rsidRPr="00B068AE">
        <w:rPr>
          <w:sz w:val="28"/>
          <w:szCs w:val="28"/>
        </w:rPr>
        <w:t>dành</w:t>
      </w:r>
      <w:proofErr w:type="spellEnd"/>
      <w:r w:rsidRPr="00B068AE">
        <w:rPr>
          <w:sz w:val="28"/>
          <w:szCs w:val="28"/>
        </w:rPr>
        <w:t xml:space="preserve"> </w:t>
      </w:r>
      <w:proofErr w:type="spellStart"/>
      <w:r w:rsidRPr="00B068AE">
        <w:rPr>
          <w:sz w:val="28"/>
          <w:szCs w:val="28"/>
        </w:rPr>
        <w:t>thời</w:t>
      </w:r>
      <w:proofErr w:type="spellEnd"/>
      <w:r w:rsidRPr="00B068AE">
        <w:rPr>
          <w:sz w:val="28"/>
          <w:szCs w:val="28"/>
        </w:rPr>
        <w:t xml:space="preserve"> </w:t>
      </w:r>
      <w:proofErr w:type="spellStart"/>
      <w:r w:rsidRPr="00B068AE">
        <w:rPr>
          <w:sz w:val="28"/>
          <w:szCs w:val="28"/>
        </w:rPr>
        <w:t>gian</w:t>
      </w:r>
      <w:proofErr w:type="spellEnd"/>
      <w:r w:rsidRPr="00B068AE">
        <w:rPr>
          <w:sz w:val="28"/>
          <w:szCs w:val="28"/>
        </w:rPr>
        <w:t xml:space="preserve"> </w:t>
      </w:r>
      <w:proofErr w:type="spellStart"/>
      <w:r w:rsidRPr="00B068AE">
        <w:rPr>
          <w:sz w:val="28"/>
          <w:szCs w:val="28"/>
        </w:rPr>
        <w:t>thỏa</w:t>
      </w:r>
      <w:proofErr w:type="spellEnd"/>
      <w:r w:rsidRPr="00B068AE">
        <w:rPr>
          <w:sz w:val="28"/>
          <w:szCs w:val="28"/>
        </w:rPr>
        <w:t xml:space="preserve"> </w:t>
      </w:r>
      <w:proofErr w:type="spellStart"/>
      <w:r w:rsidRPr="00B068AE">
        <w:rPr>
          <w:sz w:val="28"/>
          <w:szCs w:val="28"/>
        </w:rPr>
        <w:t>đáng</w:t>
      </w:r>
      <w:proofErr w:type="spellEnd"/>
      <w:r w:rsidRPr="00B068AE">
        <w:rPr>
          <w:sz w:val="28"/>
          <w:szCs w:val="28"/>
        </w:rPr>
        <w:t xml:space="preserve"> </w:t>
      </w:r>
      <w:proofErr w:type="spellStart"/>
      <w:r w:rsidRPr="00B068AE">
        <w:rPr>
          <w:sz w:val="28"/>
          <w:szCs w:val="28"/>
        </w:rPr>
        <w:t>để</w:t>
      </w:r>
      <w:proofErr w:type="spellEnd"/>
      <w:r w:rsidRPr="00B068AE">
        <w:rPr>
          <w:sz w:val="28"/>
          <w:szCs w:val="28"/>
        </w:rPr>
        <w:t xml:space="preserve"> </w:t>
      </w:r>
      <w:proofErr w:type="spellStart"/>
      <w:r w:rsidRPr="00B068AE">
        <w:rPr>
          <w:sz w:val="28"/>
          <w:szCs w:val="28"/>
        </w:rPr>
        <w:t>đại</w:t>
      </w:r>
      <w:proofErr w:type="spellEnd"/>
      <w:r w:rsidRPr="00B068AE">
        <w:rPr>
          <w:sz w:val="28"/>
          <w:szCs w:val="28"/>
        </w:rPr>
        <w:t xml:space="preserve"> </w:t>
      </w:r>
      <w:proofErr w:type="spellStart"/>
      <w:r w:rsidRPr="00B068AE">
        <w:rPr>
          <w:sz w:val="28"/>
          <w:szCs w:val="28"/>
        </w:rPr>
        <w:t>biểu</w:t>
      </w:r>
      <w:proofErr w:type="spellEnd"/>
      <w:r w:rsidRPr="00B068AE">
        <w:rPr>
          <w:sz w:val="28"/>
          <w:szCs w:val="28"/>
        </w:rPr>
        <w:t xml:space="preserve"> </w:t>
      </w:r>
      <w:proofErr w:type="spellStart"/>
      <w:r w:rsidRPr="00B068AE">
        <w:rPr>
          <w:sz w:val="28"/>
          <w:szCs w:val="28"/>
        </w:rPr>
        <w:t>thảo</w:t>
      </w:r>
      <w:proofErr w:type="spellEnd"/>
      <w:r w:rsidRPr="00B068AE">
        <w:rPr>
          <w:sz w:val="28"/>
          <w:szCs w:val="28"/>
        </w:rPr>
        <w:t xml:space="preserve"> </w:t>
      </w:r>
      <w:proofErr w:type="spellStart"/>
      <w:r w:rsidRPr="00B068AE">
        <w:rPr>
          <w:sz w:val="28"/>
          <w:szCs w:val="28"/>
        </w:rPr>
        <w:t>luận</w:t>
      </w:r>
      <w:proofErr w:type="spellEnd"/>
      <w:r w:rsidRPr="00B068AE">
        <w:rPr>
          <w:sz w:val="28"/>
          <w:szCs w:val="28"/>
        </w:rPr>
        <w:t xml:space="preserve"> </w:t>
      </w:r>
      <w:proofErr w:type="spellStart"/>
      <w:r w:rsidRPr="00B068AE">
        <w:rPr>
          <w:sz w:val="28"/>
          <w:szCs w:val="28"/>
        </w:rPr>
        <w:t>tại</w:t>
      </w:r>
      <w:proofErr w:type="spellEnd"/>
      <w:r w:rsidRPr="00B068AE">
        <w:rPr>
          <w:sz w:val="28"/>
          <w:szCs w:val="28"/>
        </w:rPr>
        <w:t xml:space="preserve"> </w:t>
      </w:r>
      <w:proofErr w:type="spellStart"/>
      <w:r w:rsidRPr="00B068AE">
        <w:rPr>
          <w:sz w:val="28"/>
          <w:szCs w:val="28"/>
        </w:rPr>
        <w:t>Tổ</w:t>
      </w:r>
      <w:proofErr w:type="spellEnd"/>
      <w:r w:rsidRPr="00B068AE">
        <w:rPr>
          <w:sz w:val="28"/>
          <w:szCs w:val="28"/>
        </w:rPr>
        <w:t xml:space="preserve"> </w:t>
      </w:r>
      <w:proofErr w:type="spellStart"/>
      <w:r w:rsidRPr="00B068AE">
        <w:rPr>
          <w:sz w:val="28"/>
          <w:szCs w:val="28"/>
        </w:rPr>
        <w:t>đại</w:t>
      </w:r>
      <w:proofErr w:type="spellEnd"/>
      <w:r w:rsidRPr="00B068AE">
        <w:rPr>
          <w:sz w:val="28"/>
          <w:szCs w:val="28"/>
        </w:rPr>
        <w:t xml:space="preserve"> </w:t>
      </w:r>
      <w:proofErr w:type="spellStart"/>
      <w:r w:rsidRPr="00B068AE">
        <w:rPr>
          <w:sz w:val="28"/>
          <w:szCs w:val="28"/>
        </w:rPr>
        <w:t>biểu</w:t>
      </w:r>
      <w:proofErr w:type="spellEnd"/>
      <w:r w:rsidRPr="00B068AE">
        <w:rPr>
          <w:sz w:val="28"/>
          <w:szCs w:val="28"/>
        </w:rPr>
        <w:t xml:space="preserve"> </w:t>
      </w:r>
      <w:proofErr w:type="spellStart"/>
      <w:r w:rsidRPr="00B068AE">
        <w:rPr>
          <w:sz w:val="28"/>
          <w:szCs w:val="28"/>
        </w:rPr>
        <w:t>và</w:t>
      </w:r>
      <w:proofErr w:type="spellEnd"/>
      <w:r w:rsidRPr="00B068AE">
        <w:rPr>
          <w:sz w:val="28"/>
          <w:szCs w:val="28"/>
        </w:rPr>
        <w:t xml:space="preserve"> </w:t>
      </w:r>
      <w:proofErr w:type="spellStart"/>
      <w:r w:rsidRPr="00B068AE">
        <w:rPr>
          <w:sz w:val="28"/>
          <w:szCs w:val="28"/>
        </w:rPr>
        <w:t>tại</w:t>
      </w:r>
      <w:proofErr w:type="spellEnd"/>
      <w:r w:rsidRPr="00B068AE">
        <w:rPr>
          <w:sz w:val="28"/>
          <w:szCs w:val="28"/>
        </w:rPr>
        <w:t xml:space="preserve"> </w:t>
      </w:r>
      <w:proofErr w:type="spellStart"/>
      <w:r w:rsidRPr="00B068AE">
        <w:rPr>
          <w:sz w:val="28"/>
          <w:szCs w:val="28"/>
        </w:rPr>
        <w:t>hội</w:t>
      </w:r>
      <w:proofErr w:type="spellEnd"/>
      <w:r w:rsidRPr="00B068AE">
        <w:rPr>
          <w:sz w:val="28"/>
          <w:szCs w:val="28"/>
        </w:rPr>
        <w:t xml:space="preserve"> </w:t>
      </w:r>
      <w:proofErr w:type="spellStart"/>
      <w:r w:rsidRPr="00B068AE">
        <w:rPr>
          <w:sz w:val="28"/>
          <w:szCs w:val="28"/>
        </w:rPr>
        <w:t>trường</w:t>
      </w:r>
      <w:proofErr w:type="spellEnd"/>
      <w:r w:rsidRPr="00B068AE">
        <w:rPr>
          <w:sz w:val="28"/>
          <w:szCs w:val="28"/>
        </w:rPr>
        <w:t xml:space="preserve">; </w:t>
      </w:r>
      <w:proofErr w:type="spellStart"/>
      <w:r w:rsidRPr="00B068AE">
        <w:rPr>
          <w:sz w:val="28"/>
          <w:szCs w:val="28"/>
        </w:rPr>
        <w:t>tổ</w:t>
      </w:r>
      <w:proofErr w:type="spellEnd"/>
      <w:r w:rsidRPr="00B068AE">
        <w:rPr>
          <w:sz w:val="28"/>
          <w:szCs w:val="28"/>
        </w:rPr>
        <w:t xml:space="preserve"> </w:t>
      </w:r>
      <w:proofErr w:type="spellStart"/>
      <w:r w:rsidRPr="00B068AE">
        <w:rPr>
          <w:sz w:val="28"/>
          <w:szCs w:val="28"/>
        </w:rPr>
        <w:t>chức</w:t>
      </w:r>
      <w:proofErr w:type="spellEnd"/>
      <w:r w:rsidRPr="00B068AE">
        <w:rPr>
          <w:sz w:val="28"/>
          <w:szCs w:val="28"/>
        </w:rPr>
        <w:t xml:space="preserve"> </w:t>
      </w:r>
      <w:proofErr w:type="spellStart"/>
      <w:r w:rsidRPr="00B068AE">
        <w:rPr>
          <w:sz w:val="28"/>
          <w:szCs w:val="28"/>
        </w:rPr>
        <w:t>phiên</w:t>
      </w:r>
      <w:proofErr w:type="spellEnd"/>
      <w:r w:rsidRPr="00B068AE">
        <w:rPr>
          <w:sz w:val="28"/>
          <w:szCs w:val="28"/>
        </w:rPr>
        <w:t xml:space="preserve"> </w:t>
      </w:r>
      <w:proofErr w:type="spellStart"/>
      <w:r w:rsidRPr="00B068AE">
        <w:rPr>
          <w:sz w:val="28"/>
          <w:szCs w:val="28"/>
        </w:rPr>
        <w:t>chất</w:t>
      </w:r>
      <w:proofErr w:type="spellEnd"/>
      <w:r w:rsidRPr="00B068AE">
        <w:rPr>
          <w:sz w:val="28"/>
          <w:szCs w:val="28"/>
        </w:rPr>
        <w:t xml:space="preserve"> </w:t>
      </w:r>
      <w:proofErr w:type="spellStart"/>
      <w:r w:rsidRPr="00B068AE">
        <w:rPr>
          <w:sz w:val="28"/>
          <w:szCs w:val="28"/>
        </w:rPr>
        <w:t>vấn</w:t>
      </w:r>
      <w:proofErr w:type="spellEnd"/>
      <w:r w:rsidRPr="00B068AE">
        <w:rPr>
          <w:sz w:val="28"/>
          <w:szCs w:val="28"/>
        </w:rPr>
        <w:t xml:space="preserve"> </w:t>
      </w:r>
      <w:proofErr w:type="spellStart"/>
      <w:r w:rsidRPr="00B068AE">
        <w:rPr>
          <w:sz w:val="28"/>
          <w:szCs w:val="28"/>
        </w:rPr>
        <w:t>và</w:t>
      </w:r>
      <w:proofErr w:type="spellEnd"/>
      <w:r w:rsidRPr="00B068AE">
        <w:rPr>
          <w:sz w:val="28"/>
          <w:szCs w:val="28"/>
        </w:rPr>
        <w:t xml:space="preserve"> </w:t>
      </w:r>
      <w:proofErr w:type="spellStart"/>
      <w:r w:rsidRPr="00B068AE">
        <w:rPr>
          <w:sz w:val="28"/>
          <w:szCs w:val="28"/>
        </w:rPr>
        <w:t>trả</w:t>
      </w:r>
      <w:proofErr w:type="spellEnd"/>
      <w:r w:rsidRPr="00B068AE">
        <w:rPr>
          <w:sz w:val="28"/>
          <w:szCs w:val="28"/>
        </w:rPr>
        <w:t xml:space="preserve"> </w:t>
      </w:r>
      <w:proofErr w:type="spellStart"/>
      <w:r w:rsidRPr="00B068AE">
        <w:rPr>
          <w:sz w:val="28"/>
          <w:szCs w:val="28"/>
        </w:rPr>
        <w:t>lời</w:t>
      </w:r>
      <w:proofErr w:type="spellEnd"/>
      <w:r w:rsidRPr="00B068AE">
        <w:rPr>
          <w:sz w:val="28"/>
          <w:szCs w:val="28"/>
        </w:rPr>
        <w:t xml:space="preserve"> </w:t>
      </w:r>
      <w:proofErr w:type="spellStart"/>
      <w:r w:rsidRPr="00B068AE">
        <w:rPr>
          <w:sz w:val="28"/>
          <w:szCs w:val="28"/>
        </w:rPr>
        <w:t>chất</w:t>
      </w:r>
      <w:proofErr w:type="spellEnd"/>
      <w:r w:rsidRPr="00B068AE">
        <w:rPr>
          <w:sz w:val="28"/>
          <w:szCs w:val="28"/>
        </w:rPr>
        <w:t xml:space="preserve"> </w:t>
      </w:r>
      <w:proofErr w:type="spellStart"/>
      <w:r w:rsidRPr="00B068AE">
        <w:rPr>
          <w:sz w:val="28"/>
          <w:szCs w:val="28"/>
        </w:rPr>
        <w:t>vấn</w:t>
      </w:r>
      <w:proofErr w:type="spellEnd"/>
      <w:r w:rsidRPr="00B068AE">
        <w:rPr>
          <w:sz w:val="28"/>
          <w:szCs w:val="28"/>
        </w:rPr>
        <w:t xml:space="preserve"> </w:t>
      </w:r>
      <w:proofErr w:type="spellStart"/>
      <w:r w:rsidRPr="00B068AE">
        <w:rPr>
          <w:sz w:val="28"/>
          <w:szCs w:val="28"/>
        </w:rPr>
        <w:t>đối</w:t>
      </w:r>
      <w:proofErr w:type="spellEnd"/>
      <w:r w:rsidRPr="00B068AE">
        <w:rPr>
          <w:sz w:val="28"/>
          <w:szCs w:val="28"/>
        </w:rPr>
        <w:t xml:space="preserve"> </w:t>
      </w:r>
      <w:proofErr w:type="spellStart"/>
      <w:r w:rsidRPr="00B068AE">
        <w:rPr>
          <w:sz w:val="28"/>
          <w:szCs w:val="28"/>
        </w:rPr>
        <w:t>với</w:t>
      </w:r>
      <w:proofErr w:type="spellEnd"/>
      <w:r w:rsidRPr="00B068AE">
        <w:rPr>
          <w:sz w:val="28"/>
          <w:szCs w:val="28"/>
        </w:rPr>
        <w:t xml:space="preserve"> </w:t>
      </w:r>
      <w:proofErr w:type="spellStart"/>
      <w:r w:rsidRPr="00B068AE">
        <w:rPr>
          <w:sz w:val="28"/>
          <w:szCs w:val="28"/>
        </w:rPr>
        <w:lastRenderedPageBreak/>
        <w:t>những</w:t>
      </w:r>
      <w:proofErr w:type="spellEnd"/>
      <w:r w:rsidRPr="00B068AE">
        <w:rPr>
          <w:sz w:val="28"/>
          <w:szCs w:val="28"/>
        </w:rPr>
        <w:t xml:space="preserve"> </w:t>
      </w:r>
      <w:proofErr w:type="spellStart"/>
      <w:r w:rsidRPr="00B068AE">
        <w:rPr>
          <w:sz w:val="28"/>
          <w:szCs w:val="28"/>
        </w:rPr>
        <w:t>vấn</w:t>
      </w:r>
      <w:proofErr w:type="spellEnd"/>
      <w:r w:rsidRPr="00B068AE">
        <w:rPr>
          <w:sz w:val="28"/>
          <w:szCs w:val="28"/>
        </w:rPr>
        <w:t xml:space="preserve"> </w:t>
      </w:r>
      <w:proofErr w:type="spellStart"/>
      <w:r w:rsidRPr="00B068AE">
        <w:rPr>
          <w:sz w:val="28"/>
          <w:szCs w:val="28"/>
        </w:rPr>
        <w:t>đề</w:t>
      </w:r>
      <w:proofErr w:type="spellEnd"/>
      <w:r w:rsidRPr="00B068AE">
        <w:rPr>
          <w:sz w:val="28"/>
          <w:szCs w:val="28"/>
        </w:rPr>
        <w:t xml:space="preserve"> </w:t>
      </w:r>
      <w:proofErr w:type="spellStart"/>
      <w:r w:rsidRPr="00B068AE">
        <w:rPr>
          <w:sz w:val="28"/>
          <w:szCs w:val="28"/>
        </w:rPr>
        <w:t>được</w:t>
      </w:r>
      <w:proofErr w:type="spellEnd"/>
      <w:r w:rsidRPr="00B068AE">
        <w:rPr>
          <w:sz w:val="28"/>
          <w:szCs w:val="28"/>
        </w:rPr>
        <w:t xml:space="preserve"> </w:t>
      </w:r>
      <w:proofErr w:type="spellStart"/>
      <w:r w:rsidRPr="00B068AE">
        <w:rPr>
          <w:sz w:val="28"/>
          <w:szCs w:val="28"/>
        </w:rPr>
        <w:t>đại</w:t>
      </w:r>
      <w:proofErr w:type="spellEnd"/>
      <w:r w:rsidRPr="00B068AE">
        <w:rPr>
          <w:sz w:val="28"/>
          <w:szCs w:val="28"/>
        </w:rPr>
        <w:t xml:space="preserve"> </w:t>
      </w:r>
      <w:proofErr w:type="spellStart"/>
      <w:r w:rsidRPr="00B068AE">
        <w:rPr>
          <w:sz w:val="28"/>
          <w:szCs w:val="28"/>
        </w:rPr>
        <w:t>biểu</w:t>
      </w:r>
      <w:proofErr w:type="spellEnd"/>
      <w:r w:rsidRPr="00B068AE">
        <w:rPr>
          <w:sz w:val="28"/>
          <w:szCs w:val="28"/>
        </w:rPr>
        <w:t xml:space="preserve"> </w:t>
      </w:r>
      <w:proofErr w:type="spellStart"/>
      <w:r w:rsidRPr="00B068AE">
        <w:rPr>
          <w:sz w:val="28"/>
          <w:szCs w:val="28"/>
        </w:rPr>
        <w:t>Hội</w:t>
      </w:r>
      <w:proofErr w:type="spellEnd"/>
      <w:r w:rsidRPr="00B068AE">
        <w:rPr>
          <w:sz w:val="28"/>
          <w:szCs w:val="28"/>
        </w:rPr>
        <w:t xml:space="preserve"> </w:t>
      </w:r>
      <w:proofErr w:type="spellStart"/>
      <w:r w:rsidRPr="00B068AE">
        <w:rPr>
          <w:sz w:val="28"/>
          <w:szCs w:val="28"/>
        </w:rPr>
        <w:t>đồng</w:t>
      </w:r>
      <w:proofErr w:type="spellEnd"/>
      <w:r w:rsidRPr="00B068AE">
        <w:rPr>
          <w:sz w:val="28"/>
          <w:szCs w:val="28"/>
        </w:rPr>
        <w:t xml:space="preserve"> </w:t>
      </w:r>
      <w:proofErr w:type="spellStart"/>
      <w:r w:rsidRPr="00B068AE">
        <w:rPr>
          <w:sz w:val="28"/>
          <w:szCs w:val="28"/>
        </w:rPr>
        <w:t>nhân</w:t>
      </w:r>
      <w:proofErr w:type="spellEnd"/>
      <w:r w:rsidRPr="00B068AE">
        <w:rPr>
          <w:sz w:val="28"/>
          <w:szCs w:val="28"/>
        </w:rPr>
        <w:t xml:space="preserve"> </w:t>
      </w:r>
      <w:proofErr w:type="spellStart"/>
      <w:r w:rsidRPr="00B068AE">
        <w:rPr>
          <w:sz w:val="28"/>
          <w:szCs w:val="28"/>
        </w:rPr>
        <w:t>dân</w:t>
      </w:r>
      <w:proofErr w:type="spellEnd"/>
      <w:r w:rsidRPr="00B068AE">
        <w:rPr>
          <w:sz w:val="28"/>
          <w:szCs w:val="28"/>
        </w:rPr>
        <w:t xml:space="preserve"> </w:t>
      </w:r>
      <w:proofErr w:type="spellStart"/>
      <w:r w:rsidRPr="00B068AE">
        <w:rPr>
          <w:sz w:val="28"/>
          <w:szCs w:val="28"/>
        </w:rPr>
        <w:t>tỉnh</w:t>
      </w:r>
      <w:proofErr w:type="spellEnd"/>
      <w:r w:rsidRPr="00B068AE">
        <w:rPr>
          <w:sz w:val="28"/>
          <w:szCs w:val="28"/>
        </w:rPr>
        <w:t xml:space="preserve">, </w:t>
      </w:r>
      <w:proofErr w:type="spellStart"/>
      <w:r w:rsidRPr="00B068AE">
        <w:rPr>
          <w:sz w:val="28"/>
          <w:szCs w:val="28"/>
        </w:rPr>
        <w:t>cử</w:t>
      </w:r>
      <w:proofErr w:type="spellEnd"/>
      <w:r w:rsidRPr="00B068AE">
        <w:rPr>
          <w:sz w:val="28"/>
          <w:szCs w:val="28"/>
        </w:rPr>
        <w:t xml:space="preserve"> tri </w:t>
      </w:r>
      <w:proofErr w:type="spellStart"/>
      <w:r w:rsidRPr="00B068AE">
        <w:rPr>
          <w:sz w:val="28"/>
          <w:szCs w:val="28"/>
        </w:rPr>
        <w:t>và</w:t>
      </w:r>
      <w:proofErr w:type="spellEnd"/>
      <w:r w:rsidRPr="00B068AE">
        <w:rPr>
          <w:sz w:val="28"/>
          <w:szCs w:val="28"/>
        </w:rPr>
        <w:t xml:space="preserve"> </w:t>
      </w:r>
      <w:proofErr w:type="spellStart"/>
      <w:r w:rsidRPr="00B068AE">
        <w:rPr>
          <w:sz w:val="28"/>
          <w:szCs w:val="28"/>
        </w:rPr>
        <w:t>Nhân</w:t>
      </w:r>
      <w:proofErr w:type="spellEnd"/>
      <w:r w:rsidRPr="00B068AE">
        <w:rPr>
          <w:sz w:val="28"/>
          <w:szCs w:val="28"/>
        </w:rPr>
        <w:t xml:space="preserve"> </w:t>
      </w:r>
      <w:proofErr w:type="spellStart"/>
      <w:r w:rsidRPr="00B068AE">
        <w:rPr>
          <w:sz w:val="28"/>
          <w:szCs w:val="28"/>
        </w:rPr>
        <w:t>dân</w:t>
      </w:r>
      <w:proofErr w:type="spellEnd"/>
      <w:r w:rsidRPr="00B068AE">
        <w:rPr>
          <w:sz w:val="28"/>
          <w:szCs w:val="28"/>
        </w:rPr>
        <w:t xml:space="preserve"> </w:t>
      </w:r>
      <w:proofErr w:type="spellStart"/>
      <w:r w:rsidRPr="00B068AE">
        <w:rPr>
          <w:sz w:val="28"/>
          <w:szCs w:val="28"/>
        </w:rPr>
        <w:t>quan</w:t>
      </w:r>
      <w:proofErr w:type="spellEnd"/>
      <w:r w:rsidRPr="00B068AE">
        <w:rPr>
          <w:sz w:val="28"/>
          <w:szCs w:val="28"/>
        </w:rPr>
        <w:t xml:space="preserve"> </w:t>
      </w:r>
      <w:proofErr w:type="spellStart"/>
      <w:r w:rsidRPr="00B068AE">
        <w:rPr>
          <w:sz w:val="28"/>
          <w:szCs w:val="28"/>
        </w:rPr>
        <w:t>tâm</w:t>
      </w:r>
      <w:proofErr w:type="spellEnd"/>
      <w:r w:rsidRPr="00B068AE">
        <w:rPr>
          <w:sz w:val="28"/>
          <w:szCs w:val="28"/>
        </w:rPr>
        <w:t xml:space="preserve">. </w:t>
      </w:r>
      <w:proofErr w:type="spellStart"/>
      <w:r w:rsidRPr="00B068AE">
        <w:rPr>
          <w:sz w:val="28"/>
          <w:szCs w:val="28"/>
        </w:rPr>
        <w:t>Các</w:t>
      </w:r>
      <w:proofErr w:type="spellEnd"/>
      <w:r w:rsidRPr="00B068AE">
        <w:rPr>
          <w:sz w:val="28"/>
          <w:szCs w:val="28"/>
        </w:rPr>
        <w:t xml:space="preserve"> ý </w:t>
      </w:r>
      <w:proofErr w:type="spellStart"/>
      <w:r w:rsidRPr="00B068AE">
        <w:rPr>
          <w:sz w:val="28"/>
          <w:szCs w:val="28"/>
        </w:rPr>
        <w:t>kiến</w:t>
      </w:r>
      <w:proofErr w:type="spellEnd"/>
      <w:r w:rsidRPr="00B068AE">
        <w:rPr>
          <w:sz w:val="28"/>
          <w:szCs w:val="28"/>
        </w:rPr>
        <w:t xml:space="preserve"> </w:t>
      </w:r>
      <w:proofErr w:type="spellStart"/>
      <w:r w:rsidRPr="00B068AE">
        <w:rPr>
          <w:sz w:val="28"/>
          <w:szCs w:val="28"/>
        </w:rPr>
        <w:t>thảo</w:t>
      </w:r>
      <w:proofErr w:type="spellEnd"/>
      <w:r w:rsidRPr="00B068AE">
        <w:rPr>
          <w:sz w:val="28"/>
          <w:szCs w:val="28"/>
        </w:rPr>
        <w:t xml:space="preserve"> </w:t>
      </w:r>
      <w:proofErr w:type="spellStart"/>
      <w:r w:rsidRPr="00B068AE">
        <w:rPr>
          <w:sz w:val="28"/>
          <w:szCs w:val="28"/>
        </w:rPr>
        <w:t>luận</w:t>
      </w:r>
      <w:proofErr w:type="spellEnd"/>
      <w:r w:rsidRPr="00B068AE">
        <w:rPr>
          <w:sz w:val="28"/>
          <w:szCs w:val="28"/>
        </w:rPr>
        <w:t xml:space="preserve">, </w:t>
      </w:r>
      <w:proofErr w:type="spellStart"/>
      <w:r w:rsidRPr="00B068AE">
        <w:rPr>
          <w:sz w:val="28"/>
          <w:szCs w:val="28"/>
        </w:rPr>
        <w:t>chất</w:t>
      </w:r>
      <w:proofErr w:type="spellEnd"/>
      <w:r w:rsidRPr="00B068AE">
        <w:rPr>
          <w:sz w:val="28"/>
          <w:szCs w:val="28"/>
        </w:rPr>
        <w:t xml:space="preserve"> </w:t>
      </w:r>
      <w:proofErr w:type="spellStart"/>
      <w:r w:rsidRPr="00B068AE">
        <w:rPr>
          <w:sz w:val="28"/>
          <w:szCs w:val="28"/>
        </w:rPr>
        <w:t>vấn</w:t>
      </w:r>
      <w:proofErr w:type="spellEnd"/>
      <w:r w:rsidRPr="00B068AE">
        <w:rPr>
          <w:sz w:val="28"/>
          <w:szCs w:val="28"/>
        </w:rPr>
        <w:t xml:space="preserve"> </w:t>
      </w:r>
      <w:proofErr w:type="spellStart"/>
      <w:r w:rsidRPr="00B068AE">
        <w:rPr>
          <w:sz w:val="28"/>
          <w:szCs w:val="28"/>
        </w:rPr>
        <w:t>thẳng</w:t>
      </w:r>
      <w:proofErr w:type="spellEnd"/>
      <w:r w:rsidRPr="00B068AE">
        <w:rPr>
          <w:sz w:val="28"/>
          <w:szCs w:val="28"/>
        </w:rPr>
        <w:t xml:space="preserve"> </w:t>
      </w:r>
      <w:proofErr w:type="spellStart"/>
      <w:r w:rsidRPr="00B068AE">
        <w:rPr>
          <w:sz w:val="28"/>
          <w:szCs w:val="28"/>
        </w:rPr>
        <w:t>thắn</w:t>
      </w:r>
      <w:proofErr w:type="spellEnd"/>
      <w:r w:rsidRPr="00B068AE">
        <w:rPr>
          <w:sz w:val="28"/>
          <w:szCs w:val="28"/>
        </w:rPr>
        <w:t xml:space="preserve">, </w:t>
      </w:r>
      <w:proofErr w:type="spellStart"/>
      <w:r w:rsidRPr="00B068AE">
        <w:rPr>
          <w:sz w:val="28"/>
          <w:szCs w:val="28"/>
        </w:rPr>
        <w:t>có</w:t>
      </w:r>
      <w:proofErr w:type="spellEnd"/>
      <w:r w:rsidRPr="00B068AE">
        <w:rPr>
          <w:sz w:val="28"/>
          <w:szCs w:val="28"/>
        </w:rPr>
        <w:t xml:space="preserve"> </w:t>
      </w:r>
      <w:proofErr w:type="spellStart"/>
      <w:r w:rsidRPr="00B068AE">
        <w:rPr>
          <w:sz w:val="28"/>
          <w:szCs w:val="28"/>
        </w:rPr>
        <w:t>trọng</w:t>
      </w:r>
      <w:proofErr w:type="spellEnd"/>
      <w:r w:rsidRPr="00B068AE">
        <w:rPr>
          <w:sz w:val="28"/>
          <w:szCs w:val="28"/>
        </w:rPr>
        <w:t xml:space="preserve"> </w:t>
      </w:r>
      <w:proofErr w:type="spellStart"/>
      <w:r w:rsidRPr="00B068AE">
        <w:rPr>
          <w:sz w:val="28"/>
          <w:szCs w:val="28"/>
        </w:rPr>
        <w:t>tâm</w:t>
      </w:r>
      <w:proofErr w:type="spellEnd"/>
      <w:r w:rsidRPr="00B068AE">
        <w:rPr>
          <w:sz w:val="28"/>
          <w:szCs w:val="28"/>
        </w:rPr>
        <w:t xml:space="preserve">; </w:t>
      </w:r>
      <w:proofErr w:type="spellStart"/>
      <w:r w:rsidRPr="00B068AE">
        <w:rPr>
          <w:sz w:val="28"/>
          <w:szCs w:val="28"/>
        </w:rPr>
        <w:t>trách</w:t>
      </w:r>
      <w:proofErr w:type="spellEnd"/>
      <w:r w:rsidRPr="00B068AE">
        <w:rPr>
          <w:sz w:val="28"/>
          <w:szCs w:val="28"/>
        </w:rPr>
        <w:t xml:space="preserve"> </w:t>
      </w:r>
      <w:proofErr w:type="spellStart"/>
      <w:r w:rsidRPr="00B068AE">
        <w:rPr>
          <w:sz w:val="28"/>
          <w:szCs w:val="28"/>
        </w:rPr>
        <w:t>nhiệm</w:t>
      </w:r>
      <w:proofErr w:type="spellEnd"/>
      <w:r w:rsidRPr="00B068AE">
        <w:rPr>
          <w:sz w:val="28"/>
          <w:szCs w:val="28"/>
        </w:rPr>
        <w:t xml:space="preserve"> </w:t>
      </w:r>
      <w:proofErr w:type="spellStart"/>
      <w:r w:rsidRPr="00B068AE">
        <w:rPr>
          <w:sz w:val="28"/>
          <w:szCs w:val="28"/>
        </w:rPr>
        <w:t>giải</w:t>
      </w:r>
      <w:proofErr w:type="spellEnd"/>
      <w:r w:rsidRPr="00B068AE">
        <w:rPr>
          <w:sz w:val="28"/>
          <w:szCs w:val="28"/>
        </w:rPr>
        <w:t xml:space="preserve"> </w:t>
      </w:r>
      <w:proofErr w:type="spellStart"/>
      <w:r w:rsidRPr="00B068AE">
        <w:rPr>
          <w:sz w:val="28"/>
          <w:szCs w:val="28"/>
        </w:rPr>
        <w:t>trình</w:t>
      </w:r>
      <w:proofErr w:type="spellEnd"/>
      <w:r w:rsidRPr="00B068AE">
        <w:rPr>
          <w:sz w:val="28"/>
          <w:szCs w:val="28"/>
        </w:rPr>
        <w:t xml:space="preserve"> </w:t>
      </w:r>
      <w:proofErr w:type="spellStart"/>
      <w:r w:rsidRPr="00B068AE">
        <w:rPr>
          <w:sz w:val="28"/>
          <w:szCs w:val="28"/>
        </w:rPr>
        <w:t>của</w:t>
      </w:r>
      <w:proofErr w:type="spellEnd"/>
      <w:r w:rsidRPr="00B068AE">
        <w:rPr>
          <w:sz w:val="28"/>
          <w:szCs w:val="28"/>
        </w:rPr>
        <w:t xml:space="preserve"> </w:t>
      </w:r>
      <w:proofErr w:type="spellStart"/>
      <w:r w:rsidRPr="00B068AE">
        <w:rPr>
          <w:sz w:val="28"/>
          <w:szCs w:val="28"/>
        </w:rPr>
        <w:t>các</w:t>
      </w:r>
      <w:proofErr w:type="spellEnd"/>
      <w:r w:rsidRPr="00B068AE">
        <w:rPr>
          <w:sz w:val="28"/>
          <w:szCs w:val="28"/>
        </w:rPr>
        <w:t xml:space="preserve"> </w:t>
      </w:r>
      <w:proofErr w:type="spellStart"/>
      <w:r w:rsidRPr="00B068AE">
        <w:rPr>
          <w:sz w:val="28"/>
          <w:szCs w:val="28"/>
        </w:rPr>
        <w:t>cơ</w:t>
      </w:r>
      <w:proofErr w:type="spellEnd"/>
      <w:r w:rsidRPr="00B068AE">
        <w:rPr>
          <w:sz w:val="28"/>
          <w:szCs w:val="28"/>
        </w:rPr>
        <w:t xml:space="preserve"> </w:t>
      </w:r>
      <w:proofErr w:type="spellStart"/>
      <w:r w:rsidRPr="00B068AE">
        <w:rPr>
          <w:sz w:val="28"/>
          <w:szCs w:val="28"/>
        </w:rPr>
        <w:t>quan</w:t>
      </w:r>
      <w:proofErr w:type="spellEnd"/>
      <w:r w:rsidRPr="00B068AE">
        <w:rPr>
          <w:sz w:val="28"/>
          <w:szCs w:val="28"/>
        </w:rPr>
        <w:t xml:space="preserve">, </w:t>
      </w:r>
      <w:proofErr w:type="spellStart"/>
      <w:r w:rsidRPr="00B068AE">
        <w:rPr>
          <w:sz w:val="28"/>
          <w:szCs w:val="28"/>
        </w:rPr>
        <w:t>đơn</w:t>
      </w:r>
      <w:proofErr w:type="spellEnd"/>
      <w:r w:rsidRPr="00B068AE">
        <w:rPr>
          <w:sz w:val="28"/>
          <w:szCs w:val="28"/>
        </w:rPr>
        <w:t xml:space="preserve"> </w:t>
      </w:r>
      <w:proofErr w:type="spellStart"/>
      <w:r w:rsidRPr="00B068AE">
        <w:rPr>
          <w:sz w:val="28"/>
          <w:szCs w:val="28"/>
        </w:rPr>
        <w:t>vị</w:t>
      </w:r>
      <w:proofErr w:type="spellEnd"/>
      <w:r w:rsidRPr="00B068AE">
        <w:rPr>
          <w:sz w:val="28"/>
          <w:szCs w:val="28"/>
        </w:rPr>
        <w:t xml:space="preserve"> </w:t>
      </w:r>
      <w:proofErr w:type="spellStart"/>
      <w:r w:rsidRPr="00B068AE">
        <w:rPr>
          <w:sz w:val="28"/>
          <w:szCs w:val="28"/>
        </w:rPr>
        <w:t>được</w:t>
      </w:r>
      <w:proofErr w:type="spellEnd"/>
      <w:r w:rsidRPr="00B068AE">
        <w:rPr>
          <w:sz w:val="28"/>
          <w:szCs w:val="28"/>
        </w:rPr>
        <w:t xml:space="preserve"> </w:t>
      </w:r>
      <w:proofErr w:type="spellStart"/>
      <w:r w:rsidRPr="00B068AE">
        <w:rPr>
          <w:sz w:val="28"/>
          <w:szCs w:val="28"/>
        </w:rPr>
        <w:t>nâng</w:t>
      </w:r>
      <w:proofErr w:type="spellEnd"/>
      <w:r w:rsidRPr="00B068AE">
        <w:rPr>
          <w:sz w:val="28"/>
          <w:szCs w:val="28"/>
        </w:rPr>
        <w:t xml:space="preserve"> </w:t>
      </w:r>
      <w:proofErr w:type="spellStart"/>
      <w:r w:rsidRPr="00B068AE">
        <w:rPr>
          <w:sz w:val="28"/>
          <w:szCs w:val="28"/>
        </w:rPr>
        <w:t>lên</w:t>
      </w:r>
      <w:proofErr w:type="spellEnd"/>
      <w:r w:rsidRPr="00B068AE">
        <w:rPr>
          <w:sz w:val="28"/>
          <w:szCs w:val="28"/>
        </w:rPr>
        <w:t xml:space="preserve">; </w:t>
      </w:r>
      <w:proofErr w:type="spellStart"/>
      <w:r w:rsidRPr="00B068AE">
        <w:rPr>
          <w:sz w:val="28"/>
          <w:szCs w:val="28"/>
        </w:rPr>
        <w:t>nhiều</w:t>
      </w:r>
      <w:proofErr w:type="spellEnd"/>
      <w:r w:rsidRPr="00B068AE">
        <w:rPr>
          <w:sz w:val="28"/>
          <w:szCs w:val="28"/>
        </w:rPr>
        <w:t xml:space="preserve"> </w:t>
      </w:r>
      <w:proofErr w:type="spellStart"/>
      <w:r w:rsidRPr="00B068AE">
        <w:rPr>
          <w:sz w:val="28"/>
          <w:szCs w:val="28"/>
        </w:rPr>
        <w:t>nhiệm</w:t>
      </w:r>
      <w:proofErr w:type="spellEnd"/>
      <w:r w:rsidRPr="00B068AE">
        <w:rPr>
          <w:sz w:val="28"/>
          <w:szCs w:val="28"/>
        </w:rPr>
        <w:t xml:space="preserve"> </w:t>
      </w:r>
      <w:proofErr w:type="spellStart"/>
      <w:r w:rsidRPr="00B068AE">
        <w:rPr>
          <w:sz w:val="28"/>
          <w:szCs w:val="28"/>
        </w:rPr>
        <w:t>vụ</w:t>
      </w:r>
      <w:proofErr w:type="spellEnd"/>
      <w:r w:rsidRPr="00B068AE">
        <w:rPr>
          <w:sz w:val="28"/>
          <w:szCs w:val="28"/>
        </w:rPr>
        <w:t xml:space="preserve">, </w:t>
      </w:r>
      <w:proofErr w:type="spellStart"/>
      <w:r w:rsidRPr="00B068AE">
        <w:rPr>
          <w:sz w:val="28"/>
          <w:szCs w:val="28"/>
        </w:rPr>
        <w:t>giải</w:t>
      </w:r>
      <w:proofErr w:type="spellEnd"/>
      <w:r w:rsidRPr="00B068AE">
        <w:rPr>
          <w:sz w:val="28"/>
          <w:szCs w:val="28"/>
        </w:rPr>
        <w:t xml:space="preserve"> </w:t>
      </w:r>
      <w:proofErr w:type="spellStart"/>
      <w:r w:rsidRPr="00B068AE">
        <w:rPr>
          <w:sz w:val="28"/>
          <w:szCs w:val="28"/>
        </w:rPr>
        <w:t>pháp</w:t>
      </w:r>
      <w:proofErr w:type="spellEnd"/>
      <w:r w:rsidRPr="00B068AE">
        <w:rPr>
          <w:sz w:val="28"/>
          <w:szCs w:val="28"/>
        </w:rPr>
        <w:t xml:space="preserve"> </w:t>
      </w:r>
      <w:proofErr w:type="spellStart"/>
      <w:r w:rsidRPr="00B068AE">
        <w:rPr>
          <w:sz w:val="28"/>
          <w:szCs w:val="28"/>
        </w:rPr>
        <w:t>và</w:t>
      </w:r>
      <w:proofErr w:type="spellEnd"/>
      <w:r w:rsidRPr="00B068AE">
        <w:rPr>
          <w:sz w:val="28"/>
          <w:szCs w:val="28"/>
        </w:rPr>
        <w:t xml:space="preserve"> </w:t>
      </w:r>
      <w:proofErr w:type="spellStart"/>
      <w:r w:rsidRPr="00B068AE">
        <w:rPr>
          <w:sz w:val="28"/>
          <w:szCs w:val="28"/>
        </w:rPr>
        <w:t>thời</w:t>
      </w:r>
      <w:proofErr w:type="spellEnd"/>
      <w:r w:rsidRPr="00B068AE">
        <w:rPr>
          <w:sz w:val="28"/>
          <w:szCs w:val="28"/>
        </w:rPr>
        <w:t xml:space="preserve"> </w:t>
      </w:r>
      <w:proofErr w:type="spellStart"/>
      <w:r w:rsidRPr="00B068AE">
        <w:rPr>
          <w:sz w:val="28"/>
          <w:szCs w:val="28"/>
        </w:rPr>
        <w:t>hạn</w:t>
      </w:r>
      <w:proofErr w:type="spellEnd"/>
      <w:r w:rsidRPr="00B068AE">
        <w:rPr>
          <w:sz w:val="28"/>
          <w:szCs w:val="28"/>
        </w:rPr>
        <w:t xml:space="preserve"> </w:t>
      </w:r>
      <w:proofErr w:type="spellStart"/>
      <w:r w:rsidRPr="00B068AE">
        <w:rPr>
          <w:sz w:val="28"/>
          <w:szCs w:val="28"/>
        </w:rPr>
        <w:t>thực</w:t>
      </w:r>
      <w:proofErr w:type="spellEnd"/>
      <w:r w:rsidRPr="00B068AE">
        <w:rPr>
          <w:sz w:val="28"/>
          <w:szCs w:val="28"/>
        </w:rPr>
        <w:t xml:space="preserve"> </w:t>
      </w:r>
      <w:proofErr w:type="spellStart"/>
      <w:r w:rsidRPr="00B068AE">
        <w:rPr>
          <w:sz w:val="28"/>
          <w:szCs w:val="28"/>
        </w:rPr>
        <w:t>hiện</w:t>
      </w:r>
      <w:proofErr w:type="spellEnd"/>
      <w:r w:rsidRPr="00B068AE">
        <w:rPr>
          <w:sz w:val="28"/>
          <w:szCs w:val="28"/>
        </w:rPr>
        <w:t xml:space="preserve"> </w:t>
      </w:r>
      <w:proofErr w:type="spellStart"/>
      <w:r w:rsidRPr="00B068AE">
        <w:rPr>
          <w:sz w:val="28"/>
          <w:szCs w:val="28"/>
        </w:rPr>
        <w:t>đã</w:t>
      </w:r>
      <w:proofErr w:type="spellEnd"/>
      <w:r w:rsidRPr="00B068AE">
        <w:rPr>
          <w:sz w:val="28"/>
          <w:szCs w:val="28"/>
        </w:rPr>
        <w:t xml:space="preserve"> </w:t>
      </w:r>
      <w:proofErr w:type="spellStart"/>
      <w:r w:rsidRPr="00B068AE">
        <w:rPr>
          <w:sz w:val="28"/>
          <w:szCs w:val="28"/>
        </w:rPr>
        <w:t>được</w:t>
      </w:r>
      <w:proofErr w:type="spellEnd"/>
      <w:r w:rsidRPr="00B068AE">
        <w:rPr>
          <w:sz w:val="28"/>
          <w:szCs w:val="28"/>
        </w:rPr>
        <w:t xml:space="preserve"> </w:t>
      </w:r>
      <w:proofErr w:type="spellStart"/>
      <w:r w:rsidRPr="00B068AE">
        <w:rPr>
          <w:sz w:val="28"/>
          <w:szCs w:val="28"/>
        </w:rPr>
        <w:t>xác</w:t>
      </w:r>
      <w:proofErr w:type="spellEnd"/>
      <w:r w:rsidRPr="00B068AE">
        <w:rPr>
          <w:sz w:val="28"/>
          <w:szCs w:val="28"/>
        </w:rPr>
        <w:t xml:space="preserve"> </w:t>
      </w:r>
      <w:proofErr w:type="spellStart"/>
      <w:r w:rsidRPr="00B068AE">
        <w:rPr>
          <w:sz w:val="28"/>
          <w:szCs w:val="28"/>
        </w:rPr>
        <w:t>định</w:t>
      </w:r>
      <w:proofErr w:type="spellEnd"/>
      <w:r w:rsidRPr="00B068AE">
        <w:rPr>
          <w:sz w:val="28"/>
          <w:szCs w:val="28"/>
        </w:rPr>
        <w:t xml:space="preserve"> </w:t>
      </w:r>
      <w:proofErr w:type="spellStart"/>
      <w:r w:rsidRPr="00B068AE">
        <w:rPr>
          <w:sz w:val="28"/>
          <w:szCs w:val="28"/>
        </w:rPr>
        <w:t>để</w:t>
      </w:r>
      <w:proofErr w:type="spellEnd"/>
      <w:r w:rsidRPr="00B068AE">
        <w:rPr>
          <w:sz w:val="28"/>
          <w:szCs w:val="28"/>
        </w:rPr>
        <w:t xml:space="preserve"> </w:t>
      </w:r>
      <w:proofErr w:type="spellStart"/>
      <w:r w:rsidRPr="00B068AE">
        <w:rPr>
          <w:sz w:val="28"/>
          <w:szCs w:val="28"/>
        </w:rPr>
        <w:t>tiếp</w:t>
      </w:r>
      <w:proofErr w:type="spellEnd"/>
      <w:r w:rsidRPr="00B068AE">
        <w:rPr>
          <w:sz w:val="28"/>
          <w:szCs w:val="28"/>
        </w:rPr>
        <w:t xml:space="preserve"> </w:t>
      </w:r>
      <w:proofErr w:type="spellStart"/>
      <w:r w:rsidRPr="00B068AE">
        <w:rPr>
          <w:sz w:val="28"/>
          <w:szCs w:val="28"/>
        </w:rPr>
        <w:t>tục</w:t>
      </w:r>
      <w:proofErr w:type="spellEnd"/>
      <w:r w:rsidRPr="00B068AE">
        <w:rPr>
          <w:sz w:val="28"/>
          <w:szCs w:val="28"/>
        </w:rPr>
        <w:t xml:space="preserve"> </w:t>
      </w:r>
      <w:proofErr w:type="spellStart"/>
      <w:r w:rsidRPr="00B068AE">
        <w:rPr>
          <w:sz w:val="28"/>
          <w:szCs w:val="28"/>
        </w:rPr>
        <w:t>tổ</w:t>
      </w:r>
      <w:proofErr w:type="spellEnd"/>
      <w:r w:rsidRPr="00B068AE">
        <w:rPr>
          <w:sz w:val="28"/>
          <w:szCs w:val="28"/>
        </w:rPr>
        <w:t xml:space="preserve"> </w:t>
      </w:r>
      <w:proofErr w:type="spellStart"/>
      <w:r w:rsidRPr="00B068AE">
        <w:rPr>
          <w:sz w:val="28"/>
          <w:szCs w:val="28"/>
        </w:rPr>
        <w:t>chức</w:t>
      </w:r>
      <w:proofErr w:type="spellEnd"/>
      <w:r w:rsidRPr="00B068AE">
        <w:rPr>
          <w:sz w:val="28"/>
          <w:szCs w:val="28"/>
        </w:rPr>
        <w:t xml:space="preserve"> </w:t>
      </w:r>
      <w:proofErr w:type="spellStart"/>
      <w:r w:rsidRPr="00B068AE">
        <w:rPr>
          <w:sz w:val="28"/>
          <w:szCs w:val="28"/>
        </w:rPr>
        <w:t>thực</w:t>
      </w:r>
      <w:proofErr w:type="spellEnd"/>
      <w:r w:rsidRPr="00B068AE">
        <w:rPr>
          <w:sz w:val="28"/>
          <w:szCs w:val="28"/>
        </w:rPr>
        <w:t xml:space="preserve"> </w:t>
      </w:r>
      <w:proofErr w:type="spellStart"/>
      <w:r w:rsidRPr="00B068AE">
        <w:rPr>
          <w:sz w:val="28"/>
          <w:szCs w:val="28"/>
        </w:rPr>
        <w:t>hiện</w:t>
      </w:r>
      <w:proofErr w:type="spellEnd"/>
      <w:r w:rsidRPr="00B068AE">
        <w:rPr>
          <w:sz w:val="28"/>
          <w:szCs w:val="28"/>
        </w:rPr>
        <w:t xml:space="preserve"> </w:t>
      </w:r>
      <w:proofErr w:type="spellStart"/>
      <w:r w:rsidRPr="00B068AE">
        <w:rPr>
          <w:sz w:val="28"/>
          <w:szCs w:val="28"/>
        </w:rPr>
        <w:t>sau</w:t>
      </w:r>
      <w:proofErr w:type="spellEnd"/>
      <w:r w:rsidRPr="00B068AE">
        <w:rPr>
          <w:sz w:val="28"/>
          <w:szCs w:val="28"/>
        </w:rPr>
        <w:t xml:space="preserve"> </w:t>
      </w:r>
      <w:proofErr w:type="spellStart"/>
      <w:r w:rsidRPr="00B068AE">
        <w:rPr>
          <w:sz w:val="28"/>
          <w:szCs w:val="28"/>
        </w:rPr>
        <w:t>kỳ</w:t>
      </w:r>
      <w:proofErr w:type="spellEnd"/>
      <w:r w:rsidRPr="00B068AE">
        <w:rPr>
          <w:sz w:val="28"/>
          <w:szCs w:val="28"/>
        </w:rPr>
        <w:t xml:space="preserve"> </w:t>
      </w:r>
      <w:proofErr w:type="spellStart"/>
      <w:r w:rsidRPr="00B068AE">
        <w:rPr>
          <w:sz w:val="28"/>
          <w:szCs w:val="28"/>
        </w:rPr>
        <w:t>họp</w:t>
      </w:r>
      <w:proofErr w:type="spellEnd"/>
      <w:r w:rsidRPr="00B068AE">
        <w:rPr>
          <w:sz w:val="28"/>
          <w:szCs w:val="28"/>
        </w:rPr>
        <w:t>.</w:t>
      </w:r>
    </w:p>
    <w:p w14:paraId="6FBCD9C8" w14:textId="01C3D6EE" w:rsidR="00343ABC" w:rsidRPr="00B068AE" w:rsidRDefault="006008B5" w:rsidP="00B068AE">
      <w:pPr>
        <w:widowControl w:val="0"/>
        <w:spacing w:before="120" w:after="0"/>
        <w:ind w:firstLine="720"/>
        <w:jc w:val="both"/>
        <w:rPr>
          <w:sz w:val="28"/>
          <w:szCs w:val="28"/>
        </w:rPr>
      </w:pPr>
      <w:r w:rsidRPr="00B068AE">
        <w:rPr>
          <w:bCs/>
          <w:sz w:val="28"/>
          <w:szCs w:val="28"/>
        </w:rPr>
        <w:t>4.</w:t>
      </w:r>
      <w:r w:rsidRPr="00B068AE">
        <w:rPr>
          <w:b/>
          <w:sz w:val="28"/>
          <w:szCs w:val="28"/>
        </w:rPr>
        <w:t xml:space="preserve"> </w:t>
      </w:r>
      <w:proofErr w:type="spellStart"/>
      <w:r w:rsidRPr="00B068AE">
        <w:rPr>
          <w:sz w:val="28"/>
          <w:szCs w:val="28"/>
        </w:rPr>
        <w:t>Hội</w:t>
      </w:r>
      <w:proofErr w:type="spellEnd"/>
      <w:r w:rsidRPr="00B068AE">
        <w:rPr>
          <w:sz w:val="28"/>
          <w:szCs w:val="28"/>
        </w:rPr>
        <w:t xml:space="preserve"> </w:t>
      </w:r>
      <w:proofErr w:type="spellStart"/>
      <w:r w:rsidRPr="00B068AE">
        <w:rPr>
          <w:sz w:val="28"/>
          <w:szCs w:val="28"/>
        </w:rPr>
        <w:t>đồng</w:t>
      </w:r>
      <w:proofErr w:type="spellEnd"/>
      <w:r w:rsidRPr="00B068AE">
        <w:rPr>
          <w:sz w:val="28"/>
          <w:szCs w:val="28"/>
        </w:rPr>
        <w:t xml:space="preserve"> </w:t>
      </w:r>
      <w:proofErr w:type="spellStart"/>
      <w:r w:rsidRPr="00B068AE">
        <w:rPr>
          <w:sz w:val="28"/>
          <w:szCs w:val="28"/>
        </w:rPr>
        <w:t>nhân</w:t>
      </w:r>
      <w:proofErr w:type="spellEnd"/>
      <w:r w:rsidRPr="00B068AE">
        <w:rPr>
          <w:sz w:val="28"/>
          <w:szCs w:val="28"/>
        </w:rPr>
        <w:t xml:space="preserve"> </w:t>
      </w:r>
      <w:proofErr w:type="spellStart"/>
      <w:r w:rsidRPr="00B068AE">
        <w:rPr>
          <w:sz w:val="28"/>
          <w:szCs w:val="28"/>
        </w:rPr>
        <w:t>dân</w:t>
      </w:r>
      <w:proofErr w:type="spellEnd"/>
      <w:r w:rsidRPr="00B068AE">
        <w:rPr>
          <w:sz w:val="28"/>
          <w:szCs w:val="28"/>
        </w:rPr>
        <w:t xml:space="preserve"> </w:t>
      </w:r>
      <w:proofErr w:type="spellStart"/>
      <w:r w:rsidRPr="00B068AE">
        <w:rPr>
          <w:sz w:val="28"/>
          <w:szCs w:val="28"/>
        </w:rPr>
        <w:t>tỉnh</w:t>
      </w:r>
      <w:proofErr w:type="spellEnd"/>
      <w:r w:rsidRPr="00B068AE">
        <w:rPr>
          <w:sz w:val="28"/>
          <w:szCs w:val="28"/>
        </w:rPr>
        <w:t xml:space="preserve"> </w:t>
      </w:r>
      <w:proofErr w:type="spellStart"/>
      <w:r w:rsidRPr="00B068AE">
        <w:rPr>
          <w:sz w:val="28"/>
          <w:szCs w:val="28"/>
        </w:rPr>
        <w:t>đã</w:t>
      </w:r>
      <w:proofErr w:type="spellEnd"/>
      <w:r w:rsidRPr="00B068AE">
        <w:rPr>
          <w:sz w:val="28"/>
          <w:szCs w:val="28"/>
        </w:rPr>
        <w:t xml:space="preserve"> </w:t>
      </w:r>
      <w:proofErr w:type="spellStart"/>
      <w:r w:rsidRPr="00B068AE">
        <w:rPr>
          <w:sz w:val="28"/>
          <w:szCs w:val="28"/>
        </w:rPr>
        <w:t>xem</w:t>
      </w:r>
      <w:proofErr w:type="spellEnd"/>
      <w:r w:rsidRPr="00B068AE">
        <w:rPr>
          <w:sz w:val="28"/>
          <w:szCs w:val="28"/>
        </w:rPr>
        <w:t xml:space="preserve"> </w:t>
      </w:r>
      <w:proofErr w:type="spellStart"/>
      <w:r w:rsidRPr="00B068AE">
        <w:rPr>
          <w:sz w:val="28"/>
          <w:szCs w:val="28"/>
        </w:rPr>
        <w:t>xét</w:t>
      </w:r>
      <w:proofErr w:type="spellEnd"/>
      <w:r w:rsidRPr="00B068AE">
        <w:rPr>
          <w:sz w:val="28"/>
          <w:szCs w:val="28"/>
        </w:rPr>
        <w:t xml:space="preserve">, </w:t>
      </w:r>
      <w:proofErr w:type="spellStart"/>
      <w:r w:rsidRPr="00B068AE">
        <w:rPr>
          <w:sz w:val="28"/>
          <w:szCs w:val="28"/>
        </w:rPr>
        <w:t>biểu</w:t>
      </w:r>
      <w:proofErr w:type="spellEnd"/>
      <w:r w:rsidRPr="00B068AE">
        <w:rPr>
          <w:sz w:val="28"/>
          <w:szCs w:val="28"/>
        </w:rPr>
        <w:t xml:space="preserve"> </w:t>
      </w:r>
      <w:proofErr w:type="spellStart"/>
      <w:r w:rsidRPr="00B068AE">
        <w:rPr>
          <w:sz w:val="28"/>
          <w:szCs w:val="28"/>
        </w:rPr>
        <w:t>quyết</w:t>
      </w:r>
      <w:proofErr w:type="spellEnd"/>
      <w:r w:rsidRPr="00B068AE">
        <w:rPr>
          <w:sz w:val="28"/>
          <w:szCs w:val="28"/>
        </w:rPr>
        <w:t xml:space="preserve"> </w:t>
      </w:r>
      <w:proofErr w:type="spellStart"/>
      <w:r w:rsidRPr="00B068AE">
        <w:rPr>
          <w:sz w:val="28"/>
          <w:szCs w:val="28"/>
        </w:rPr>
        <w:t>thông</w:t>
      </w:r>
      <w:proofErr w:type="spellEnd"/>
      <w:r w:rsidRPr="00B068AE">
        <w:rPr>
          <w:sz w:val="28"/>
          <w:szCs w:val="28"/>
        </w:rPr>
        <w:t xml:space="preserve"> qua </w:t>
      </w:r>
      <w:r w:rsidR="006712AF" w:rsidRPr="00B068AE">
        <w:rPr>
          <w:sz w:val="28"/>
          <w:szCs w:val="28"/>
        </w:rPr>
        <w:t>19</w:t>
      </w:r>
      <w:r w:rsidRPr="00B068AE">
        <w:rPr>
          <w:sz w:val="28"/>
          <w:szCs w:val="28"/>
        </w:rPr>
        <w:t xml:space="preserve"> </w:t>
      </w:r>
      <w:proofErr w:type="spellStart"/>
      <w:r w:rsidRPr="00B068AE">
        <w:rPr>
          <w:sz w:val="28"/>
          <w:szCs w:val="28"/>
        </w:rPr>
        <w:t>nghị</w:t>
      </w:r>
      <w:proofErr w:type="spellEnd"/>
      <w:r w:rsidRPr="00B068AE">
        <w:rPr>
          <w:sz w:val="28"/>
          <w:szCs w:val="28"/>
        </w:rPr>
        <w:t xml:space="preserve"> </w:t>
      </w:r>
      <w:proofErr w:type="spellStart"/>
      <w:r w:rsidRPr="00B068AE">
        <w:rPr>
          <w:sz w:val="28"/>
          <w:szCs w:val="28"/>
        </w:rPr>
        <w:t>quyết</w:t>
      </w:r>
      <w:proofErr w:type="spellEnd"/>
      <w:r w:rsidRPr="00B068AE">
        <w:rPr>
          <w:sz w:val="28"/>
          <w:szCs w:val="28"/>
        </w:rPr>
        <w:t xml:space="preserve">, </w:t>
      </w:r>
      <w:proofErr w:type="spellStart"/>
      <w:r w:rsidRPr="00B068AE">
        <w:rPr>
          <w:sz w:val="28"/>
          <w:szCs w:val="28"/>
        </w:rPr>
        <w:t>gồm</w:t>
      </w:r>
      <w:proofErr w:type="spellEnd"/>
      <w:r w:rsidRPr="00B068AE">
        <w:rPr>
          <w:sz w:val="28"/>
          <w:szCs w:val="28"/>
        </w:rPr>
        <w:t>:</w:t>
      </w:r>
    </w:p>
    <w:p w14:paraId="3AFBCB3D" w14:textId="0934FA8D" w:rsidR="00343ABC" w:rsidRPr="00B068AE" w:rsidRDefault="002A5305" w:rsidP="00B068AE">
      <w:pPr>
        <w:widowControl w:val="0"/>
        <w:spacing w:before="120" w:after="0"/>
        <w:ind w:firstLine="720"/>
        <w:jc w:val="both"/>
        <w:rPr>
          <w:sz w:val="28"/>
          <w:szCs w:val="28"/>
          <w:lang w:val="vi-VN"/>
        </w:rPr>
      </w:pPr>
      <w:r w:rsidRPr="00B068AE">
        <w:rPr>
          <w:bCs/>
          <w:sz w:val="28"/>
          <w:szCs w:val="28"/>
        </w:rPr>
        <w:t>a)</w:t>
      </w:r>
      <w:r w:rsidRPr="00B068AE">
        <w:rPr>
          <w:b/>
          <w:sz w:val="28"/>
          <w:szCs w:val="28"/>
          <w:lang w:val="vi-VN"/>
        </w:rPr>
        <w:t xml:space="preserve"> </w:t>
      </w:r>
      <w:r w:rsidRPr="00B068AE">
        <w:rPr>
          <w:sz w:val="28"/>
          <w:szCs w:val="28"/>
        </w:rPr>
        <w:t xml:space="preserve">Giao </w:t>
      </w:r>
      <w:proofErr w:type="spellStart"/>
      <w:r w:rsidRPr="00B068AE">
        <w:rPr>
          <w:sz w:val="28"/>
          <w:szCs w:val="28"/>
        </w:rPr>
        <w:t>biên</w:t>
      </w:r>
      <w:proofErr w:type="spellEnd"/>
      <w:r w:rsidRPr="00B068AE">
        <w:rPr>
          <w:sz w:val="28"/>
          <w:szCs w:val="28"/>
        </w:rPr>
        <w:t xml:space="preserve"> </w:t>
      </w:r>
      <w:proofErr w:type="spellStart"/>
      <w:r w:rsidRPr="00B068AE">
        <w:rPr>
          <w:sz w:val="28"/>
          <w:szCs w:val="28"/>
        </w:rPr>
        <w:t>chế</w:t>
      </w:r>
      <w:proofErr w:type="spellEnd"/>
      <w:r w:rsidRPr="00B068AE">
        <w:rPr>
          <w:sz w:val="28"/>
          <w:szCs w:val="28"/>
        </w:rPr>
        <w:t xml:space="preserve"> </w:t>
      </w:r>
      <w:proofErr w:type="spellStart"/>
      <w:r w:rsidRPr="00B068AE">
        <w:rPr>
          <w:sz w:val="28"/>
          <w:szCs w:val="28"/>
        </w:rPr>
        <w:t>cán</w:t>
      </w:r>
      <w:proofErr w:type="spellEnd"/>
      <w:r w:rsidRPr="00B068AE">
        <w:rPr>
          <w:sz w:val="28"/>
          <w:szCs w:val="28"/>
        </w:rPr>
        <w:t xml:space="preserve"> </w:t>
      </w:r>
      <w:proofErr w:type="spellStart"/>
      <w:r w:rsidRPr="00B068AE">
        <w:rPr>
          <w:sz w:val="28"/>
          <w:szCs w:val="28"/>
        </w:rPr>
        <w:t>bộ</w:t>
      </w:r>
      <w:proofErr w:type="spellEnd"/>
      <w:r w:rsidRPr="00B068AE">
        <w:rPr>
          <w:sz w:val="28"/>
          <w:szCs w:val="28"/>
        </w:rPr>
        <w:t xml:space="preserve">, </w:t>
      </w:r>
      <w:proofErr w:type="spellStart"/>
      <w:r w:rsidRPr="00B068AE">
        <w:rPr>
          <w:sz w:val="28"/>
          <w:szCs w:val="28"/>
        </w:rPr>
        <w:t>công</w:t>
      </w:r>
      <w:proofErr w:type="spellEnd"/>
      <w:r w:rsidRPr="00B068AE">
        <w:rPr>
          <w:sz w:val="28"/>
          <w:szCs w:val="28"/>
        </w:rPr>
        <w:t xml:space="preserve"> </w:t>
      </w:r>
      <w:proofErr w:type="spellStart"/>
      <w:r w:rsidRPr="00B068AE">
        <w:rPr>
          <w:sz w:val="28"/>
          <w:szCs w:val="28"/>
        </w:rPr>
        <w:t>chức</w:t>
      </w:r>
      <w:proofErr w:type="spellEnd"/>
      <w:r w:rsidRPr="00B068AE">
        <w:rPr>
          <w:sz w:val="28"/>
          <w:szCs w:val="28"/>
        </w:rPr>
        <w:t xml:space="preserve"> </w:t>
      </w:r>
      <w:proofErr w:type="spellStart"/>
      <w:r w:rsidRPr="00B068AE">
        <w:rPr>
          <w:sz w:val="28"/>
          <w:szCs w:val="28"/>
        </w:rPr>
        <w:t>trong</w:t>
      </w:r>
      <w:proofErr w:type="spellEnd"/>
      <w:r w:rsidRPr="00B068AE">
        <w:rPr>
          <w:sz w:val="28"/>
          <w:szCs w:val="28"/>
        </w:rPr>
        <w:t xml:space="preserve"> </w:t>
      </w:r>
      <w:proofErr w:type="spellStart"/>
      <w:r w:rsidRPr="00B068AE">
        <w:rPr>
          <w:sz w:val="28"/>
          <w:szCs w:val="28"/>
        </w:rPr>
        <w:t>các</w:t>
      </w:r>
      <w:proofErr w:type="spellEnd"/>
      <w:r w:rsidRPr="00B068AE">
        <w:rPr>
          <w:sz w:val="28"/>
          <w:szCs w:val="28"/>
        </w:rPr>
        <w:t xml:space="preserve"> </w:t>
      </w:r>
      <w:proofErr w:type="spellStart"/>
      <w:r w:rsidRPr="00B068AE">
        <w:rPr>
          <w:sz w:val="28"/>
          <w:szCs w:val="28"/>
        </w:rPr>
        <w:t>cơ</w:t>
      </w:r>
      <w:proofErr w:type="spellEnd"/>
      <w:r w:rsidRPr="00B068AE">
        <w:rPr>
          <w:sz w:val="28"/>
          <w:szCs w:val="28"/>
        </w:rPr>
        <w:t xml:space="preserve"> </w:t>
      </w:r>
      <w:proofErr w:type="spellStart"/>
      <w:r w:rsidRPr="00B068AE">
        <w:rPr>
          <w:sz w:val="28"/>
          <w:szCs w:val="28"/>
        </w:rPr>
        <w:t>quan</w:t>
      </w:r>
      <w:proofErr w:type="spellEnd"/>
      <w:r w:rsidRPr="00B068AE">
        <w:rPr>
          <w:sz w:val="28"/>
          <w:szCs w:val="28"/>
        </w:rPr>
        <w:t xml:space="preserve"> </w:t>
      </w:r>
      <w:proofErr w:type="spellStart"/>
      <w:r w:rsidRPr="00B068AE">
        <w:rPr>
          <w:sz w:val="28"/>
          <w:szCs w:val="28"/>
        </w:rPr>
        <w:t>chính</w:t>
      </w:r>
      <w:proofErr w:type="spellEnd"/>
      <w:r w:rsidRPr="00B068AE">
        <w:rPr>
          <w:sz w:val="28"/>
          <w:szCs w:val="28"/>
        </w:rPr>
        <w:t xml:space="preserve"> </w:t>
      </w:r>
      <w:proofErr w:type="spellStart"/>
      <w:r w:rsidRPr="00B068AE">
        <w:rPr>
          <w:sz w:val="28"/>
          <w:szCs w:val="28"/>
        </w:rPr>
        <w:t>quyền</w:t>
      </w:r>
      <w:proofErr w:type="spellEnd"/>
      <w:r w:rsidRPr="00B068AE">
        <w:rPr>
          <w:sz w:val="28"/>
          <w:szCs w:val="28"/>
        </w:rPr>
        <w:t xml:space="preserve"> </w:t>
      </w:r>
      <w:proofErr w:type="spellStart"/>
      <w:r w:rsidRPr="00B068AE">
        <w:rPr>
          <w:sz w:val="28"/>
          <w:szCs w:val="28"/>
        </w:rPr>
        <w:t>địa</w:t>
      </w:r>
      <w:proofErr w:type="spellEnd"/>
      <w:r w:rsidRPr="00B068AE">
        <w:rPr>
          <w:sz w:val="28"/>
          <w:szCs w:val="28"/>
        </w:rPr>
        <w:t xml:space="preserve"> </w:t>
      </w:r>
      <w:proofErr w:type="spellStart"/>
      <w:r w:rsidRPr="00B068AE">
        <w:rPr>
          <w:sz w:val="28"/>
          <w:szCs w:val="28"/>
        </w:rPr>
        <w:t>phương</w:t>
      </w:r>
      <w:proofErr w:type="spellEnd"/>
      <w:r w:rsidRPr="00B068AE">
        <w:rPr>
          <w:sz w:val="28"/>
          <w:szCs w:val="28"/>
        </w:rPr>
        <w:t xml:space="preserve"> </w:t>
      </w:r>
      <w:proofErr w:type="spellStart"/>
      <w:r w:rsidRPr="00B068AE">
        <w:rPr>
          <w:sz w:val="28"/>
          <w:szCs w:val="28"/>
        </w:rPr>
        <w:t>cấp</w:t>
      </w:r>
      <w:proofErr w:type="spellEnd"/>
      <w:r w:rsidRPr="00B068AE">
        <w:rPr>
          <w:sz w:val="28"/>
          <w:szCs w:val="28"/>
        </w:rPr>
        <w:t xml:space="preserve"> </w:t>
      </w:r>
      <w:proofErr w:type="spellStart"/>
      <w:r w:rsidRPr="00B068AE">
        <w:rPr>
          <w:sz w:val="28"/>
          <w:szCs w:val="28"/>
        </w:rPr>
        <w:t>tỉnh</w:t>
      </w:r>
      <w:proofErr w:type="spellEnd"/>
      <w:r w:rsidRPr="00B068AE">
        <w:rPr>
          <w:sz w:val="28"/>
          <w:szCs w:val="28"/>
        </w:rPr>
        <w:t xml:space="preserve"> </w:t>
      </w:r>
      <w:proofErr w:type="spellStart"/>
      <w:r w:rsidRPr="00B068AE">
        <w:rPr>
          <w:sz w:val="28"/>
          <w:szCs w:val="28"/>
        </w:rPr>
        <w:t>và</w:t>
      </w:r>
      <w:proofErr w:type="spellEnd"/>
      <w:r w:rsidRPr="00B068AE">
        <w:rPr>
          <w:sz w:val="28"/>
          <w:szCs w:val="28"/>
        </w:rPr>
        <w:t xml:space="preserve"> </w:t>
      </w:r>
      <w:proofErr w:type="spellStart"/>
      <w:r w:rsidRPr="00B068AE">
        <w:rPr>
          <w:sz w:val="28"/>
          <w:szCs w:val="28"/>
        </w:rPr>
        <w:t>tổng</w:t>
      </w:r>
      <w:proofErr w:type="spellEnd"/>
      <w:r w:rsidRPr="00B068AE">
        <w:rPr>
          <w:sz w:val="28"/>
          <w:szCs w:val="28"/>
        </w:rPr>
        <w:t xml:space="preserve"> </w:t>
      </w:r>
      <w:proofErr w:type="spellStart"/>
      <w:r w:rsidRPr="00B068AE">
        <w:rPr>
          <w:sz w:val="28"/>
          <w:szCs w:val="28"/>
        </w:rPr>
        <w:t>biên</w:t>
      </w:r>
      <w:proofErr w:type="spellEnd"/>
      <w:r w:rsidRPr="00B068AE">
        <w:rPr>
          <w:sz w:val="28"/>
          <w:szCs w:val="28"/>
        </w:rPr>
        <w:t xml:space="preserve"> </w:t>
      </w:r>
      <w:proofErr w:type="spellStart"/>
      <w:r w:rsidRPr="00B068AE">
        <w:rPr>
          <w:sz w:val="28"/>
          <w:szCs w:val="28"/>
        </w:rPr>
        <w:t>chế</w:t>
      </w:r>
      <w:proofErr w:type="spellEnd"/>
      <w:r w:rsidRPr="00B068AE">
        <w:rPr>
          <w:sz w:val="28"/>
          <w:szCs w:val="28"/>
        </w:rPr>
        <w:t xml:space="preserve"> </w:t>
      </w:r>
      <w:proofErr w:type="spellStart"/>
      <w:r w:rsidRPr="00B068AE">
        <w:rPr>
          <w:sz w:val="28"/>
          <w:szCs w:val="28"/>
        </w:rPr>
        <w:t>cán</w:t>
      </w:r>
      <w:proofErr w:type="spellEnd"/>
      <w:r w:rsidRPr="00B068AE">
        <w:rPr>
          <w:sz w:val="28"/>
          <w:szCs w:val="28"/>
        </w:rPr>
        <w:t xml:space="preserve"> </w:t>
      </w:r>
      <w:proofErr w:type="spellStart"/>
      <w:r w:rsidRPr="00B068AE">
        <w:rPr>
          <w:sz w:val="28"/>
          <w:szCs w:val="28"/>
        </w:rPr>
        <w:t>bộ</w:t>
      </w:r>
      <w:proofErr w:type="spellEnd"/>
      <w:r w:rsidRPr="00B068AE">
        <w:rPr>
          <w:sz w:val="28"/>
          <w:szCs w:val="28"/>
        </w:rPr>
        <w:t xml:space="preserve">, </w:t>
      </w:r>
      <w:proofErr w:type="spellStart"/>
      <w:r w:rsidRPr="00B068AE">
        <w:rPr>
          <w:sz w:val="28"/>
          <w:szCs w:val="28"/>
        </w:rPr>
        <w:t>công</w:t>
      </w:r>
      <w:proofErr w:type="spellEnd"/>
      <w:r w:rsidRPr="00B068AE">
        <w:rPr>
          <w:sz w:val="28"/>
          <w:szCs w:val="28"/>
        </w:rPr>
        <w:t xml:space="preserve"> </w:t>
      </w:r>
      <w:proofErr w:type="spellStart"/>
      <w:r w:rsidRPr="00B068AE">
        <w:rPr>
          <w:sz w:val="28"/>
          <w:szCs w:val="28"/>
        </w:rPr>
        <w:t>chức</w:t>
      </w:r>
      <w:proofErr w:type="spellEnd"/>
      <w:r w:rsidRPr="00B068AE">
        <w:rPr>
          <w:sz w:val="28"/>
          <w:szCs w:val="28"/>
        </w:rPr>
        <w:t xml:space="preserve"> </w:t>
      </w:r>
      <w:proofErr w:type="spellStart"/>
      <w:r w:rsidRPr="00B068AE">
        <w:rPr>
          <w:sz w:val="28"/>
          <w:szCs w:val="28"/>
        </w:rPr>
        <w:t>của</w:t>
      </w:r>
      <w:proofErr w:type="spellEnd"/>
      <w:r w:rsidRPr="00B068AE">
        <w:rPr>
          <w:sz w:val="28"/>
          <w:szCs w:val="28"/>
        </w:rPr>
        <w:t xml:space="preserve"> </w:t>
      </w:r>
      <w:proofErr w:type="spellStart"/>
      <w:r w:rsidRPr="00B068AE">
        <w:rPr>
          <w:sz w:val="28"/>
          <w:szCs w:val="28"/>
        </w:rPr>
        <w:t>chính</w:t>
      </w:r>
      <w:proofErr w:type="spellEnd"/>
      <w:r w:rsidRPr="00B068AE">
        <w:rPr>
          <w:sz w:val="28"/>
          <w:szCs w:val="28"/>
        </w:rPr>
        <w:t xml:space="preserve"> </w:t>
      </w:r>
      <w:proofErr w:type="spellStart"/>
      <w:r w:rsidRPr="00B068AE">
        <w:rPr>
          <w:sz w:val="28"/>
          <w:szCs w:val="28"/>
        </w:rPr>
        <w:t>quyền</w:t>
      </w:r>
      <w:proofErr w:type="spellEnd"/>
      <w:r w:rsidRPr="00B068AE">
        <w:rPr>
          <w:sz w:val="28"/>
          <w:szCs w:val="28"/>
        </w:rPr>
        <w:t xml:space="preserve"> </w:t>
      </w:r>
      <w:proofErr w:type="spellStart"/>
      <w:r w:rsidRPr="00B068AE">
        <w:rPr>
          <w:sz w:val="28"/>
          <w:szCs w:val="28"/>
        </w:rPr>
        <w:t>địa</w:t>
      </w:r>
      <w:proofErr w:type="spellEnd"/>
      <w:r w:rsidRPr="00B068AE">
        <w:rPr>
          <w:sz w:val="28"/>
          <w:szCs w:val="28"/>
        </w:rPr>
        <w:t xml:space="preserve"> </w:t>
      </w:r>
      <w:proofErr w:type="spellStart"/>
      <w:r w:rsidRPr="00B068AE">
        <w:rPr>
          <w:sz w:val="28"/>
          <w:szCs w:val="28"/>
        </w:rPr>
        <w:t>phương</w:t>
      </w:r>
      <w:proofErr w:type="spellEnd"/>
      <w:r w:rsidRPr="00B068AE">
        <w:rPr>
          <w:sz w:val="28"/>
          <w:szCs w:val="28"/>
        </w:rPr>
        <w:t xml:space="preserve"> </w:t>
      </w:r>
      <w:proofErr w:type="spellStart"/>
      <w:r w:rsidRPr="00B068AE">
        <w:rPr>
          <w:sz w:val="28"/>
          <w:szCs w:val="28"/>
        </w:rPr>
        <w:t>cấp</w:t>
      </w:r>
      <w:proofErr w:type="spellEnd"/>
      <w:r w:rsidRPr="00B068AE">
        <w:rPr>
          <w:sz w:val="28"/>
          <w:szCs w:val="28"/>
        </w:rPr>
        <w:t xml:space="preserve"> </w:t>
      </w:r>
      <w:proofErr w:type="spellStart"/>
      <w:r w:rsidRPr="00B068AE">
        <w:rPr>
          <w:sz w:val="28"/>
          <w:szCs w:val="28"/>
        </w:rPr>
        <w:t>xã</w:t>
      </w:r>
      <w:proofErr w:type="spellEnd"/>
      <w:r w:rsidRPr="00B068AE">
        <w:rPr>
          <w:sz w:val="28"/>
          <w:szCs w:val="28"/>
        </w:rPr>
        <w:t xml:space="preserve"> </w:t>
      </w:r>
      <w:proofErr w:type="spellStart"/>
      <w:r w:rsidRPr="00B068AE">
        <w:rPr>
          <w:sz w:val="28"/>
          <w:szCs w:val="28"/>
        </w:rPr>
        <w:t>trên</w:t>
      </w:r>
      <w:proofErr w:type="spellEnd"/>
      <w:r w:rsidRPr="00B068AE">
        <w:rPr>
          <w:sz w:val="28"/>
          <w:szCs w:val="28"/>
        </w:rPr>
        <w:t xml:space="preserve"> </w:t>
      </w:r>
      <w:proofErr w:type="spellStart"/>
      <w:r w:rsidRPr="00B068AE">
        <w:rPr>
          <w:sz w:val="28"/>
          <w:szCs w:val="28"/>
        </w:rPr>
        <w:t>địa</w:t>
      </w:r>
      <w:proofErr w:type="spellEnd"/>
      <w:r w:rsidRPr="00B068AE">
        <w:rPr>
          <w:sz w:val="28"/>
          <w:szCs w:val="28"/>
        </w:rPr>
        <w:t xml:space="preserve"> </w:t>
      </w:r>
      <w:proofErr w:type="spellStart"/>
      <w:r w:rsidRPr="00B068AE">
        <w:rPr>
          <w:sz w:val="28"/>
          <w:szCs w:val="28"/>
        </w:rPr>
        <w:t>bàn</w:t>
      </w:r>
      <w:proofErr w:type="spellEnd"/>
      <w:r w:rsidRPr="00B068AE">
        <w:rPr>
          <w:sz w:val="28"/>
          <w:szCs w:val="28"/>
        </w:rPr>
        <w:t xml:space="preserve"> </w:t>
      </w:r>
      <w:proofErr w:type="spellStart"/>
      <w:r w:rsidRPr="00B068AE">
        <w:rPr>
          <w:sz w:val="28"/>
          <w:szCs w:val="28"/>
        </w:rPr>
        <w:t>tỉnh</w:t>
      </w:r>
      <w:proofErr w:type="spellEnd"/>
      <w:r w:rsidRPr="00B068AE">
        <w:rPr>
          <w:sz w:val="28"/>
          <w:szCs w:val="28"/>
        </w:rPr>
        <w:t xml:space="preserve"> </w:t>
      </w:r>
      <w:proofErr w:type="spellStart"/>
      <w:r w:rsidRPr="00B068AE">
        <w:rPr>
          <w:sz w:val="28"/>
          <w:szCs w:val="28"/>
        </w:rPr>
        <w:t>Quảng</w:t>
      </w:r>
      <w:proofErr w:type="spellEnd"/>
      <w:r w:rsidRPr="00B068AE">
        <w:rPr>
          <w:sz w:val="28"/>
          <w:szCs w:val="28"/>
        </w:rPr>
        <w:t xml:space="preserve"> </w:t>
      </w:r>
      <w:proofErr w:type="spellStart"/>
      <w:r w:rsidRPr="00B068AE">
        <w:rPr>
          <w:sz w:val="28"/>
          <w:szCs w:val="28"/>
        </w:rPr>
        <w:t>Ngãi</w:t>
      </w:r>
      <w:proofErr w:type="spellEnd"/>
      <w:r w:rsidRPr="00B068AE">
        <w:rPr>
          <w:sz w:val="28"/>
          <w:szCs w:val="28"/>
        </w:rPr>
        <w:t xml:space="preserve"> </w:t>
      </w:r>
      <w:proofErr w:type="spellStart"/>
      <w:r w:rsidRPr="00B068AE">
        <w:rPr>
          <w:sz w:val="28"/>
          <w:szCs w:val="28"/>
        </w:rPr>
        <w:t>năm</w:t>
      </w:r>
      <w:proofErr w:type="spellEnd"/>
      <w:r w:rsidRPr="00B068AE">
        <w:rPr>
          <w:sz w:val="28"/>
          <w:szCs w:val="28"/>
        </w:rPr>
        <w:t xml:space="preserve"> 2026</w:t>
      </w:r>
      <w:r w:rsidRPr="00B068AE">
        <w:rPr>
          <w:sz w:val="28"/>
          <w:szCs w:val="28"/>
          <w:lang w:val="vi-VN"/>
        </w:rPr>
        <w:t>;</w:t>
      </w:r>
    </w:p>
    <w:p w14:paraId="68B0A71E" w14:textId="437C914C" w:rsidR="00343ABC" w:rsidRPr="00B068AE" w:rsidRDefault="002A5305" w:rsidP="00B068AE">
      <w:pPr>
        <w:widowControl w:val="0"/>
        <w:spacing w:before="120" w:after="0"/>
        <w:ind w:firstLine="720"/>
        <w:jc w:val="both"/>
        <w:rPr>
          <w:sz w:val="28"/>
          <w:szCs w:val="28"/>
          <w:lang w:val="vi-VN"/>
        </w:rPr>
      </w:pPr>
      <w:r w:rsidRPr="00B068AE">
        <w:rPr>
          <w:bCs/>
          <w:sz w:val="28"/>
          <w:szCs w:val="28"/>
          <w:lang w:val="vi-VN"/>
        </w:rPr>
        <w:t>b)</w:t>
      </w:r>
      <w:r w:rsidRPr="00B068AE">
        <w:rPr>
          <w:b/>
          <w:sz w:val="28"/>
          <w:szCs w:val="28"/>
          <w:lang w:val="vi-VN"/>
        </w:rPr>
        <w:t xml:space="preserve"> </w:t>
      </w:r>
      <w:r w:rsidRPr="00B068AE">
        <w:rPr>
          <w:sz w:val="28"/>
          <w:szCs w:val="28"/>
          <w:lang w:val="vi-VN"/>
        </w:rPr>
        <w:t>Giao số lượng người làm việc hưởng lương từ ngân sách nhà nước trong các đơn vị sự nghiệp công lập của tỉnh Quảng Ngãi năm 2026;</w:t>
      </w:r>
    </w:p>
    <w:p w14:paraId="57B67E44" w14:textId="77777777" w:rsidR="002A5305" w:rsidRPr="00B068AE" w:rsidRDefault="002A5305" w:rsidP="00B068AE">
      <w:pPr>
        <w:widowControl w:val="0"/>
        <w:spacing w:before="120" w:after="0"/>
        <w:ind w:firstLine="720"/>
        <w:jc w:val="both"/>
        <w:rPr>
          <w:sz w:val="28"/>
          <w:szCs w:val="28"/>
          <w:lang w:val="vi-VN"/>
        </w:rPr>
      </w:pPr>
      <w:r w:rsidRPr="00B068AE">
        <w:rPr>
          <w:bCs/>
          <w:sz w:val="28"/>
          <w:szCs w:val="28"/>
          <w:lang w:val="vi-VN"/>
        </w:rPr>
        <w:t>c)</w:t>
      </w:r>
      <w:r w:rsidRPr="00B068AE">
        <w:rPr>
          <w:b/>
          <w:sz w:val="28"/>
          <w:szCs w:val="28"/>
          <w:lang w:val="vi-VN"/>
        </w:rPr>
        <w:t xml:space="preserve"> </w:t>
      </w:r>
      <w:r w:rsidRPr="00B068AE">
        <w:rPr>
          <w:sz w:val="28"/>
          <w:szCs w:val="28"/>
          <w:lang w:val="vi-VN"/>
        </w:rPr>
        <w:t>Quy định mức chi bồi dưỡng đối với người làm nhiệm vụ tiếp công dân, xử lý đơn khiếu nại, tố cáo, kiến nghị, phản ánh trên địa bàn tỉnh Quảng Ngãi;</w:t>
      </w:r>
    </w:p>
    <w:p w14:paraId="219ED318" w14:textId="58C61F9C" w:rsidR="002A5305" w:rsidRPr="00B068AE" w:rsidRDefault="002A5305" w:rsidP="00B068AE">
      <w:pPr>
        <w:widowControl w:val="0"/>
        <w:spacing w:before="120" w:after="0"/>
        <w:ind w:firstLine="720"/>
        <w:jc w:val="both"/>
        <w:rPr>
          <w:sz w:val="28"/>
          <w:szCs w:val="28"/>
          <w:lang w:val="vi-VN"/>
        </w:rPr>
      </w:pPr>
      <w:r w:rsidRPr="00B068AE">
        <w:rPr>
          <w:sz w:val="28"/>
        </w:rPr>
        <w:t xml:space="preserve">d) </w:t>
      </w:r>
      <w:proofErr w:type="spellStart"/>
      <w:r w:rsidRPr="00B068AE">
        <w:rPr>
          <w:sz w:val="28"/>
        </w:rPr>
        <w:t>Sửa</w:t>
      </w:r>
      <w:proofErr w:type="spellEnd"/>
      <w:r w:rsidRPr="00B068AE">
        <w:rPr>
          <w:sz w:val="28"/>
        </w:rPr>
        <w:t xml:space="preserve"> </w:t>
      </w:r>
      <w:proofErr w:type="spellStart"/>
      <w:r w:rsidRPr="00B068AE">
        <w:rPr>
          <w:sz w:val="28"/>
        </w:rPr>
        <w:t>đổi</w:t>
      </w:r>
      <w:proofErr w:type="spellEnd"/>
      <w:r w:rsidRPr="00B068AE">
        <w:rPr>
          <w:sz w:val="28"/>
        </w:rPr>
        <w:t xml:space="preserve"> </w:t>
      </w:r>
      <w:proofErr w:type="spellStart"/>
      <w:r w:rsidRPr="00B068AE">
        <w:rPr>
          <w:sz w:val="28"/>
        </w:rPr>
        <w:t>khoản</w:t>
      </w:r>
      <w:proofErr w:type="spellEnd"/>
      <w:r w:rsidRPr="00B068AE">
        <w:rPr>
          <w:sz w:val="28"/>
        </w:rPr>
        <w:t xml:space="preserve"> 1 </w:t>
      </w:r>
      <w:proofErr w:type="spellStart"/>
      <w:r w:rsidRPr="00B068AE">
        <w:rPr>
          <w:sz w:val="28"/>
        </w:rPr>
        <w:t>Điều</w:t>
      </w:r>
      <w:proofErr w:type="spellEnd"/>
      <w:r w:rsidRPr="00B068AE">
        <w:rPr>
          <w:sz w:val="28"/>
        </w:rPr>
        <w:t xml:space="preserve"> 3 </w:t>
      </w:r>
      <w:proofErr w:type="spellStart"/>
      <w:r w:rsidRPr="00B068AE">
        <w:rPr>
          <w:sz w:val="28"/>
        </w:rPr>
        <w:t>Nghị</w:t>
      </w:r>
      <w:proofErr w:type="spellEnd"/>
      <w:r w:rsidRPr="00B068AE">
        <w:rPr>
          <w:sz w:val="28"/>
        </w:rPr>
        <w:t xml:space="preserve"> </w:t>
      </w:r>
      <w:proofErr w:type="spellStart"/>
      <w:r w:rsidRPr="00B068AE">
        <w:rPr>
          <w:sz w:val="28"/>
        </w:rPr>
        <w:t>quyết</w:t>
      </w:r>
      <w:proofErr w:type="spellEnd"/>
      <w:r w:rsidRPr="00B068AE">
        <w:rPr>
          <w:sz w:val="28"/>
        </w:rPr>
        <w:t xml:space="preserve"> </w:t>
      </w:r>
      <w:proofErr w:type="spellStart"/>
      <w:r w:rsidRPr="00B068AE">
        <w:rPr>
          <w:sz w:val="28"/>
        </w:rPr>
        <w:t>số</w:t>
      </w:r>
      <w:proofErr w:type="spellEnd"/>
      <w:r w:rsidRPr="00B068AE">
        <w:rPr>
          <w:sz w:val="28"/>
        </w:rPr>
        <w:t xml:space="preserve"> 41/2026/NQ-HĐND </w:t>
      </w:r>
      <w:proofErr w:type="spellStart"/>
      <w:r w:rsidRPr="00B068AE">
        <w:rPr>
          <w:sz w:val="28"/>
        </w:rPr>
        <w:t>ngày</w:t>
      </w:r>
      <w:proofErr w:type="spellEnd"/>
      <w:r w:rsidRPr="00B068AE">
        <w:rPr>
          <w:sz w:val="28"/>
        </w:rPr>
        <w:t xml:space="preserve"> 30 </w:t>
      </w:r>
      <w:proofErr w:type="spellStart"/>
      <w:r w:rsidRPr="00B068AE">
        <w:rPr>
          <w:sz w:val="28"/>
        </w:rPr>
        <w:t>tháng</w:t>
      </w:r>
      <w:proofErr w:type="spellEnd"/>
      <w:r w:rsidRPr="00B068AE">
        <w:rPr>
          <w:sz w:val="28"/>
        </w:rPr>
        <w:t xml:space="preserve"> 5 </w:t>
      </w:r>
      <w:proofErr w:type="spellStart"/>
      <w:r w:rsidRPr="00B068AE">
        <w:rPr>
          <w:sz w:val="28"/>
        </w:rPr>
        <w:t>năm</w:t>
      </w:r>
      <w:proofErr w:type="spellEnd"/>
      <w:r w:rsidRPr="00B068AE">
        <w:rPr>
          <w:sz w:val="28"/>
        </w:rPr>
        <w:t xml:space="preserve"> 2026 </w:t>
      </w:r>
      <w:proofErr w:type="spellStart"/>
      <w:r w:rsidRPr="00B068AE">
        <w:rPr>
          <w:sz w:val="28"/>
        </w:rPr>
        <w:t>của</w:t>
      </w:r>
      <w:proofErr w:type="spellEnd"/>
      <w:r w:rsidRPr="00B068AE">
        <w:rPr>
          <w:sz w:val="28"/>
        </w:rPr>
        <w:t xml:space="preserve"> </w:t>
      </w:r>
      <w:proofErr w:type="spellStart"/>
      <w:r w:rsidRPr="00B068AE">
        <w:rPr>
          <w:sz w:val="28"/>
        </w:rPr>
        <w:t>Hội</w:t>
      </w:r>
      <w:proofErr w:type="spellEnd"/>
      <w:r w:rsidRPr="00B068AE">
        <w:rPr>
          <w:sz w:val="28"/>
        </w:rPr>
        <w:t xml:space="preserve"> </w:t>
      </w:r>
      <w:proofErr w:type="spellStart"/>
      <w:r w:rsidRPr="00B068AE">
        <w:rPr>
          <w:sz w:val="28"/>
        </w:rPr>
        <w:t>đồng</w:t>
      </w:r>
      <w:proofErr w:type="spellEnd"/>
      <w:r w:rsidRPr="00B068AE">
        <w:rPr>
          <w:sz w:val="28"/>
        </w:rPr>
        <w:t xml:space="preserve"> </w:t>
      </w:r>
      <w:proofErr w:type="spellStart"/>
      <w:r w:rsidRPr="00B068AE">
        <w:rPr>
          <w:sz w:val="28"/>
        </w:rPr>
        <w:t>nhân</w:t>
      </w:r>
      <w:proofErr w:type="spellEnd"/>
      <w:r w:rsidRPr="00B068AE">
        <w:rPr>
          <w:sz w:val="28"/>
        </w:rPr>
        <w:t xml:space="preserve"> </w:t>
      </w:r>
      <w:proofErr w:type="spellStart"/>
      <w:r w:rsidRPr="00B068AE">
        <w:rPr>
          <w:sz w:val="28"/>
        </w:rPr>
        <w:t>dân</w:t>
      </w:r>
      <w:proofErr w:type="spellEnd"/>
      <w:r w:rsidRPr="00B068AE">
        <w:rPr>
          <w:sz w:val="28"/>
        </w:rPr>
        <w:t xml:space="preserve"> </w:t>
      </w:r>
      <w:proofErr w:type="spellStart"/>
      <w:r w:rsidRPr="00B068AE">
        <w:rPr>
          <w:sz w:val="28"/>
        </w:rPr>
        <w:t>tỉnh</w:t>
      </w:r>
      <w:proofErr w:type="spellEnd"/>
      <w:r w:rsidRPr="00B068AE">
        <w:rPr>
          <w:sz w:val="28"/>
        </w:rPr>
        <w:t xml:space="preserve"> </w:t>
      </w:r>
      <w:r w:rsidR="00796D82" w:rsidRPr="00B068AE">
        <w:rPr>
          <w:sz w:val="28"/>
        </w:rPr>
        <w:t>Q</w:t>
      </w:r>
      <w:r w:rsidRPr="00B068AE">
        <w:rPr>
          <w:sz w:val="28"/>
        </w:rPr>
        <w:t xml:space="preserve">uy </w:t>
      </w:r>
      <w:proofErr w:type="spellStart"/>
      <w:r w:rsidRPr="00B068AE">
        <w:rPr>
          <w:sz w:val="28"/>
        </w:rPr>
        <w:t>định</w:t>
      </w:r>
      <w:proofErr w:type="spellEnd"/>
      <w:r w:rsidRPr="00B068AE">
        <w:rPr>
          <w:sz w:val="28"/>
        </w:rPr>
        <w:t xml:space="preserve"> </w:t>
      </w:r>
      <w:proofErr w:type="spellStart"/>
      <w:r w:rsidRPr="00B068AE">
        <w:rPr>
          <w:sz w:val="28"/>
        </w:rPr>
        <w:t>mức</w:t>
      </w:r>
      <w:proofErr w:type="spellEnd"/>
      <w:r w:rsidRPr="00B068AE">
        <w:rPr>
          <w:sz w:val="28"/>
        </w:rPr>
        <w:t xml:space="preserve"> </w:t>
      </w:r>
      <w:proofErr w:type="spellStart"/>
      <w:r w:rsidRPr="00B068AE">
        <w:rPr>
          <w:sz w:val="28"/>
        </w:rPr>
        <w:t>khoán</w:t>
      </w:r>
      <w:proofErr w:type="spellEnd"/>
      <w:r w:rsidRPr="00B068AE">
        <w:rPr>
          <w:sz w:val="28"/>
        </w:rPr>
        <w:t xml:space="preserve"> chi </w:t>
      </w:r>
      <w:proofErr w:type="spellStart"/>
      <w:r w:rsidRPr="00B068AE">
        <w:rPr>
          <w:sz w:val="28"/>
        </w:rPr>
        <w:t>cho</w:t>
      </w:r>
      <w:proofErr w:type="spellEnd"/>
      <w:r w:rsidRPr="00B068AE">
        <w:rPr>
          <w:sz w:val="28"/>
        </w:rPr>
        <w:t xml:space="preserve"> </w:t>
      </w:r>
      <w:proofErr w:type="spellStart"/>
      <w:r w:rsidRPr="00B068AE">
        <w:rPr>
          <w:sz w:val="28"/>
        </w:rPr>
        <w:t>từng</w:t>
      </w:r>
      <w:proofErr w:type="spellEnd"/>
      <w:r w:rsidRPr="00B068AE">
        <w:rPr>
          <w:sz w:val="28"/>
        </w:rPr>
        <w:t xml:space="preserve"> </w:t>
      </w:r>
      <w:proofErr w:type="spellStart"/>
      <w:r w:rsidRPr="00B068AE">
        <w:rPr>
          <w:sz w:val="28"/>
        </w:rPr>
        <w:t>nhiệm</w:t>
      </w:r>
      <w:proofErr w:type="spellEnd"/>
      <w:r w:rsidRPr="00B068AE">
        <w:rPr>
          <w:sz w:val="28"/>
        </w:rPr>
        <w:t xml:space="preserve"> </w:t>
      </w:r>
      <w:proofErr w:type="spellStart"/>
      <w:r w:rsidRPr="00B068AE">
        <w:rPr>
          <w:sz w:val="28"/>
        </w:rPr>
        <w:t>vụ</w:t>
      </w:r>
      <w:proofErr w:type="spellEnd"/>
      <w:r w:rsidRPr="00B068AE">
        <w:rPr>
          <w:sz w:val="28"/>
        </w:rPr>
        <w:t xml:space="preserve">, </w:t>
      </w:r>
      <w:proofErr w:type="spellStart"/>
      <w:r w:rsidRPr="00B068AE">
        <w:rPr>
          <w:sz w:val="28"/>
        </w:rPr>
        <w:t>hoạt</w:t>
      </w:r>
      <w:proofErr w:type="spellEnd"/>
      <w:r w:rsidRPr="00B068AE">
        <w:rPr>
          <w:sz w:val="28"/>
        </w:rPr>
        <w:t xml:space="preserve"> </w:t>
      </w:r>
      <w:proofErr w:type="spellStart"/>
      <w:r w:rsidRPr="00B068AE">
        <w:rPr>
          <w:sz w:val="28"/>
        </w:rPr>
        <w:t>động</w:t>
      </w:r>
      <w:proofErr w:type="spellEnd"/>
      <w:r w:rsidRPr="00B068AE">
        <w:rPr>
          <w:sz w:val="28"/>
        </w:rPr>
        <w:t xml:space="preserve"> </w:t>
      </w:r>
      <w:proofErr w:type="spellStart"/>
      <w:r w:rsidRPr="00B068AE">
        <w:rPr>
          <w:sz w:val="28"/>
        </w:rPr>
        <w:t>trong</w:t>
      </w:r>
      <w:proofErr w:type="spellEnd"/>
      <w:r w:rsidRPr="00B068AE">
        <w:rPr>
          <w:sz w:val="28"/>
        </w:rPr>
        <w:t xml:space="preserve"> </w:t>
      </w:r>
      <w:proofErr w:type="spellStart"/>
      <w:r w:rsidRPr="00B068AE">
        <w:rPr>
          <w:sz w:val="28"/>
        </w:rPr>
        <w:t>xây</w:t>
      </w:r>
      <w:proofErr w:type="spellEnd"/>
      <w:r w:rsidRPr="00B068AE">
        <w:rPr>
          <w:sz w:val="28"/>
        </w:rPr>
        <w:t xml:space="preserve"> </w:t>
      </w:r>
      <w:proofErr w:type="spellStart"/>
      <w:r w:rsidRPr="00B068AE">
        <w:rPr>
          <w:sz w:val="28"/>
        </w:rPr>
        <w:t>dựng</w:t>
      </w:r>
      <w:proofErr w:type="spellEnd"/>
      <w:r w:rsidRPr="00B068AE">
        <w:rPr>
          <w:sz w:val="28"/>
        </w:rPr>
        <w:t xml:space="preserve"> </w:t>
      </w:r>
      <w:proofErr w:type="spellStart"/>
      <w:r w:rsidRPr="00B068AE">
        <w:rPr>
          <w:sz w:val="28"/>
        </w:rPr>
        <w:t>nghị</w:t>
      </w:r>
      <w:proofErr w:type="spellEnd"/>
      <w:r w:rsidRPr="00B068AE">
        <w:rPr>
          <w:sz w:val="28"/>
        </w:rPr>
        <w:t xml:space="preserve"> </w:t>
      </w:r>
      <w:proofErr w:type="spellStart"/>
      <w:r w:rsidRPr="00B068AE">
        <w:rPr>
          <w:sz w:val="28"/>
        </w:rPr>
        <w:t>quyết</w:t>
      </w:r>
      <w:proofErr w:type="spellEnd"/>
      <w:r w:rsidRPr="00B068AE">
        <w:rPr>
          <w:sz w:val="28"/>
        </w:rPr>
        <w:t xml:space="preserve"> </w:t>
      </w:r>
      <w:proofErr w:type="spellStart"/>
      <w:r w:rsidRPr="00B068AE">
        <w:rPr>
          <w:sz w:val="28"/>
        </w:rPr>
        <w:t>quy</w:t>
      </w:r>
      <w:proofErr w:type="spellEnd"/>
      <w:r w:rsidRPr="00B068AE">
        <w:rPr>
          <w:sz w:val="28"/>
        </w:rPr>
        <w:t xml:space="preserve"> </w:t>
      </w:r>
      <w:proofErr w:type="spellStart"/>
      <w:r w:rsidRPr="00B068AE">
        <w:rPr>
          <w:sz w:val="28"/>
        </w:rPr>
        <w:t>phạm</w:t>
      </w:r>
      <w:proofErr w:type="spellEnd"/>
      <w:r w:rsidRPr="00B068AE">
        <w:rPr>
          <w:sz w:val="28"/>
        </w:rPr>
        <w:t xml:space="preserve"> </w:t>
      </w:r>
      <w:proofErr w:type="spellStart"/>
      <w:r w:rsidRPr="00B068AE">
        <w:rPr>
          <w:sz w:val="28"/>
        </w:rPr>
        <w:t>pháp</w:t>
      </w:r>
      <w:proofErr w:type="spellEnd"/>
      <w:r w:rsidRPr="00B068AE">
        <w:rPr>
          <w:sz w:val="28"/>
        </w:rPr>
        <w:t xml:space="preserve"> </w:t>
      </w:r>
      <w:proofErr w:type="spellStart"/>
      <w:r w:rsidRPr="00B068AE">
        <w:rPr>
          <w:sz w:val="28"/>
        </w:rPr>
        <w:t>luật</w:t>
      </w:r>
      <w:proofErr w:type="spellEnd"/>
      <w:r w:rsidRPr="00B068AE">
        <w:rPr>
          <w:sz w:val="28"/>
        </w:rPr>
        <w:t xml:space="preserve"> </w:t>
      </w:r>
      <w:proofErr w:type="spellStart"/>
      <w:r w:rsidRPr="00B068AE">
        <w:rPr>
          <w:sz w:val="28"/>
        </w:rPr>
        <w:t>của</w:t>
      </w:r>
      <w:proofErr w:type="spellEnd"/>
      <w:r w:rsidRPr="00B068AE">
        <w:rPr>
          <w:sz w:val="28"/>
        </w:rPr>
        <w:t xml:space="preserve"> </w:t>
      </w:r>
      <w:proofErr w:type="spellStart"/>
      <w:r w:rsidRPr="00B068AE">
        <w:rPr>
          <w:sz w:val="28"/>
        </w:rPr>
        <w:t>Hội</w:t>
      </w:r>
      <w:proofErr w:type="spellEnd"/>
      <w:r w:rsidRPr="00B068AE">
        <w:rPr>
          <w:sz w:val="28"/>
        </w:rPr>
        <w:t xml:space="preserve"> </w:t>
      </w:r>
      <w:proofErr w:type="spellStart"/>
      <w:r w:rsidRPr="00B068AE">
        <w:rPr>
          <w:sz w:val="28"/>
        </w:rPr>
        <w:t>đồng</w:t>
      </w:r>
      <w:proofErr w:type="spellEnd"/>
      <w:r w:rsidRPr="00B068AE">
        <w:rPr>
          <w:sz w:val="28"/>
        </w:rPr>
        <w:t xml:space="preserve"> </w:t>
      </w:r>
      <w:proofErr w:type="spellStart"/>
      <w:r w:rsidRPr="00B068AE">
        <w:rPr>
          <w:sz w:val="28"/>
        </w:rPr>
        <w:t>nhân</w:t>
      </w:r>
      <w:proofErr w:type="spellEnd"/>
      <w:r w:rsidRPr="00B068AE">
        <w:rPr>
          <w:sz w:val="28"/>
        </w:rPr>
        <w:t xml:space="preserve"> </w:t>
      </w:r>
      <w:proofErr w:type="spellStart"/>
      <w:r w:rsidRPr="00B068AE">
        <w:rPr>
          <w:sz w:val="28"/>
        </w:rPr>
        <w:t>dân</w:t>
      </w:r>
      <w:proofErr w:type="spellEnd"/>
      <w:r w:rsidRPr="00B068AE">
        <w:rPr>
          <w:sz w:val="28"/>
        </w:rPr>
        <w:t xml:space="preserve"> </w:t>
      </w:r>
      <w:proofErr w:type="spellStart"/>
      <w:r w:rsidRPr="00B068AE">
        <w:rPr>
          <w:sz w:val="28"/>
        </w:rPr>
        <w:t>tỉnh</w:t>
      </w:r>
      <w:proofErr w:type="spellEnd"/>
      <w:r w:rsidRPr="00B068AE">
        <w:rPr>
          <w:sz w:val="28"/>
        </w:rPr>
        <w:t xml:space="preserve">; </w:t>
      </w:r>
      <w:proofErr w:type="spellStart"/>
      <w:r w:rsidRPr="00B068AE">
        <w:rPr>
          <w:sz w:val="28"/>
        </w:rPr>
        <w:t>tổng</w:t>
      </w:r>
      <w:proofErr w:type="spellEnd"/>
      <w:r w:rsidRPr="00B068AE">
        <w:rPr>
          <w:sz w:val="28"/>
        </w:rPr>
        <w:t xml:space="preserve"> </w:t>
      </w:r>
      <w:proofErr w:type="spellStart"/>
      <w:r w:rsidRPr="00B068AE">
        <w:rPr>
          <w:sz w:val="28"/>
        </w:rPr>
        <w:t>mức</w:t>
      </w:r>
      <w:proofErr w:type="spellEnd"/>
      <w:r w:rsidRPr="00B068AE">
        <w:rPr>
          <w:sz w:val="28"/>
        </w:rPr>
        <w:t xml:space="preserve"> chi </w:t>
      </w:r>
      <w:proofErr w:type="spellStart"/>
      <w:r w:rsidRPr="00B068AE">
        <w:rPr>
          <w:sz w:val="28"/>
        </w:rPr>
        <w:t>trong</w:t>
      </w:r>
      <w:proofErr w:type="spellEnd"/>
      <w:r w:rsidRPr="00B068AE">
        <w:rPr>
          <w:sz w:val="28"/>
        </w:rPr>
        <w:t xml:space="preserve"> </w:t>
      </w:r>
      <w:proofErr w:type="spellStart"/>
      <w:r w:rsidRPr="00B068AE">
        <w:rPr>
          <w:sz w:val="28"/>
        </w:rPr>
        <w:t>xây</w:t>
      </w:r>
      <w:proofErr w:type="spellEnd"/>
      <w:r w:rsidRPr="00B068AE">
        <w:rPr>
          <w:sz w:val="28"/>
        </w:rPr>
        <w:t xml:space="preserve"> </w:t>
      </w:r>
      <w:proofErr w:type="spellStart"/>
      <w:r w:rsidRPr="00B068AE">
        <w:rPr>
          <w:sz w:val="28"/>
        </w:rPr>
        <w:t>dựng</w:t>
      </w:r>
      <w:proofErr w:type="spellEnd"/>
      <w:r w:rsidRPr="00B068AE">
        <w:rPr>
          <w:sz w:val="28"/>
        </w:rPr>
        <w:t xml:space="preserve"> </w:t>
      </w:r>
      <w:proofErr w:type="spellStart"/>
      <w:r w:rsidRPr="00B068AE">
        <w:rPr>
          <w:sz w:val="28"/>
        </w:rPr>
        <w:t>quyết</w:t>
      </w:r>
      <w:proofErr w:type="spellEnd"/>
      <w:r w:rsidRPr="00B068AE">
        <w:rPr>
          <w:sz w:val="28"/>
        </w:rPr>
        <w:t xml:space="preserve"> </w:t>
      </w:r>
      <w:proofErr w:type="spellStart"/>
      <w:r w:rsidRPr="00B068AE">
        <w:rPr>
          <w:sz w:val="28"/>
        </w:rPr>
        <w:t>định</w:t>
      </w:r>
      <w:proofErr w:type="spellEnd"/>
      <w:r w:rsidRPr="00B068AE">
        <w:rPr>
          <w:sz w:val="28"/>
        </w:rPr>
        <w:t xml:space="preserve"> </w:t>
      </w:r>
      <w:proofErr w:type="spellStart"/>
      <w:r w:rsidRPr="00B068AE">
        <w:rPr>
          <w:sz w:val="28"/>
        </w:rPr>
        <w:t>quy</w:t>
      </w:r>
      <w:proofErr w:type="spellEnd"/>
      <w:r w:rsidRPr="00B068AE">
        <w:rPr>
          <w:sz w:val="28"/>
        </w:rPr>
        <w:t xml:space="preserve"> </w:t>
      </w:r>
      <w:proofErr w:type="spellStart"/>
      <w:r w:rsidRPr="00B068AE">
        <w:rPr>
          <w:sz w:val="28"/>
        </w:rPr>
        <w:t>phạm</w:t>
      </w:r>
      <w:proofErr w:type="spellEnd"/>
      <w:r w:rsidRPr="00B068AE">
        <w:rPr>
          <w:sz w:val="28"/>
        </w:rPr>
        <w:t xml:space="preserve"> </w:t>
      </w:r>
      <w:proofErr w:type="spellStart"/>
      <w:r w:rsidRPr="00B068AE">
        <w:rPr>
          <w:sz w:val="28"/>
        </w:rPr>
        <w:t>pháp</w:t>
      </w:r>
      <w:proofErr w:type="spellEnd"/>
      <w:r w:rsidRPr="00B068AE">
        <w:rPr>
          <w:sz w:val="28"/>
        </w:rPr>
        <w:t xml:space="preserve"> </w:t>
      </w:r>
      <w:proofErr w:type="spellStart"/>
      <w:r w:rsidRPr="00B068AE">
        <w:rPr>
          <w:sz w:val="28"/>
        </w:rPr>
        <w:t>luật</w:t>
      </w:r>
      <w:proofErr w:type="spellEnd"/>
      <w:r w:rsidRPr="00B068AE">
        <w:rPr>
          <w:sz w:val="28"/>
        </w:rPr>
        <w:t xml:space="preserve"> </w:t>
      </w:r>
      <w:proofErr w:type="spellStart"/>
      <w:r w:rsidRPr="00B068AE">
        <w:rPr>
          <w:sz w:val="28"/>
        </w:rPr>
        <w:t>của</w:t>
      </w:r>
      <w:proofErr w:type="spellEnd"/>
      <w:r w:rsidRPr="00B068AE">
        <w:rPr>
          <w:sz w:val="28"/>
        </w:rPr>
        <w:t xml:space="preserve"> </w:t>
      </w:r>
      <w:proofErr w:type="spellStart"/>
      <w:r w:rsidRPr="00B068AE">
        <w:rPr>
          <w:sz w:val="28"/>
        </w:rPr>
        <w:t>Chủ</w:t>
      </w:r>
      <w:proofErr w:type="spellEnd"/>
      <w:r w:rsidRPr="00B068AE">
        <w:rPr>
          <w:sz w:val="28"/>
        </w:rPr>
        <w:t xml:space="preserve"> </w:t>
      </w:r>
      <w:proofErr w:type="spellStart"/>
      <w:r w:rsidRPr="00B068AE">
        <w:rPr>
          <w:sz w:val="28"/>
        </w:rPr>
        <w:t>tịch</w:t>
      </w:r>
      <w:proofErr w:type="spellEnd"/>
      <w:r w:rsidRPr="00B068AE">
        <w:rPr>
          <w:sz w:val="28"/>
        </w:rPr>
        <w:t xml:space="preserve"> </w:t>
      </w:r>
      <w:proofErr w:type="spellStart"/>
      <w:r w:rsidRPr="00B068AE">
        <w:rPr>
          <w:sz w:val="28"/>
        </w:rPr>
        <w:t>Ủy</w:t>
      </w:r>
      <w:proofErr w:type="spellEnd"/>
      <w:r w:rsidRPr="00B068AE">
        <w:rPr>
          <w:sz w:val="28"/>
        </w:rPr>
        <w:t xml:space="preserve"> ban </w:t>
      </w:r>
      <w:proofErr w:type="spellStart"/>
      <w:r w:rsidRPr="00B068AE">
        <w:rPr>
          <w:sz w:val="28"/>
        </w:rPr>
        <w:t>nhân</w:t>
      </w:r>
      <w:proofErr w:type="spellEnd"/>
      <w:r w:rsidRPr="00B068AE">
        <w:rPr>
          <w:sz w:val="28"/>
        </w:rPr>
        <w:t xml:space="preserve"> </w:t>
      </w:r>
      <w:proofErr w:type="spellStart"/>
      <w:r w:rsidRPr="00B068AE">
        <w:rPr>
          <w:sz w:val="28"/>
        </w:rPr>
        <w:t>dân</w:t>
      </w:r>
      <w:proofErr w:type="spellEnd"/>
      <w:r w:rsidRPr="00B068AE">
        <w:rPr>
          <w:sz w:val="28"/>
        </w:rPr>
        <w:t xml:space="preserve"> </w:t>
      </w:r>
      <w:proofErr w:type="spellStart"/>
      <w:r w:rsidRPr="00B068AE">
        <w:rPr>
          <w:sz w:val="28"/>
        </w:rPr>
        <w:t>tỉnh</w:t>
      </w:r>
      <w:proofErr w:type="spellEnd"/>
      <w:r w:rsidRPr="00B068AE">
        <w:rPr>
          <w:sz w:val="28"/>
        </w:rPr>
        <w:t xml:space="preserve"> </w:t>
      </w:r>
      <w:proofErr w:type="spellStart"/>
      <w:r w:rsidRPr="00B068AE">
        <w:rPr>
          <w:sz w:val="28"/>
        </w:rPr>
        <w:t>Quảng</w:t>
      </w:r>
      <w:proofErr w:type="spellEnd"/>
      <w:r w:rsidRPr="00B068AE">
        <w:rPr>
          <w:sz w:val="28"/>
        </w:rPr>
        <w:t xml:space="preserve"> </w:t>
      </w:r>
      <w:proofErr w:type="spellStart"/>
      <w:r w:rsidRPr="00B068AE">
        <w:rPr>
          <w:sz w:val="28"/>
        </w:rPr>
        <w:t>Ngãi</w:t>
      </w:r>
      <w:proofErr w:type="spellEnd"/>
      <w:r w:rsidRPr="00B068AE">
        <w:rPr>
          <w:sz w:val="28"/>
        </w:rPr>
        <w:t>;</w:t>
      </w:r>
    </w:p>
    <w:p w14:paraId="793D7164" w14:textId="53CC8EEB" w:rsidR="00343ABC" w:rsidRPr="00B068AE" w:rsidRDefault="002A5305" w:rsidP="00B068AE">
      <w:pPr>
        <w:widowControl w:val="0"/>
        <w:spacing w:before="120" w:after="0"/>
        <w:ind w:firstLine="720"/>
        <w:jc w:val="both"/>
        <w:rPr>
          <w:sz w:val="28"/>
          <w:szCs w:val="28"/>
          <w:lang w:val="vi-VN"/>
        </w:rPr>
      </w:pPr>
      <w:r w:rsidRPr="00B068AE">
        <w:rPr>
          <w:bCs/>
          <w:sz w:val="28"/>
          <w:szCs w:val="28"/>
          <w:lang w:val="vi-VN"/>
        </w:rPr>
        <w:t>đ)</w:t>
      </w:r>
      <w:r w:rsidRPr="00B068AE">
        <w:rPr>
          <w:b/>
          <w:sz w:val="28"/>
          <w:szCs w:val="28"/>
          <w:lang w:val="vi-VN"/>
        </w:rPr>
        <w:t xml:space="preserve"> </w:t>
      </w:r>
      <w:r w:rsidRPr="00B068AE">
        <w:rPr>
          <w:sz w:val="28"/>
          <w:szCs w:val="28"/>
          <w:lang w:val="vi-VN"/>
        </w:rPr>
        <w:t>Phân bổ vốn sự nghiệp năm 2026 thực hiện Chương trình mục tiêu quốc gia phòng, chống ma túy đến năm 2030 trên địa bàn tỉnh Quảng Ngãi từ nguồn vốn ngân sách trung ương;</w:t>
      </w:r>
    </w:p>
    <w:p w14:paraId="42A46D2F" w14:textId="29FF23A9" w:rsidR="006314F3" w:rsidRPr="00320309" w:rsidRDefault="006314F3" w:rsidP="00D17A34">
      <w:pPr>
        <w:widowControl w:val="0"/>
        <w:spacing w:before="120" w:after="0"/>
        <w:ind w:firstLine="720"/>
        <w:jc w:val="both"/>
        <w:rPr>
          <w:bCs/>
          <w:sz w:val="28"/>
          <w:szCs w:val="28"/>
          <w:lang w:val="vi-VN"/>
        </w:rPr>
      </w:pPr>
      <w:r w:rsidRPr="00320309">
        <w:rPr>
          <w:bCs/>
          <w:sz w:val="28"/>
          <w:szCs w:val="28"/>
          <w:lang w:val="vi-VN"/>
        </w:rPr>
        <w:t xml:space="preserve">e) </w:t>
      </w:r>
      <w:r w:rsidR="00D17A34" w:rsidRPr="00320309">
        <w:rPr>
          <w:bCs/>
          <w:sz w:val="28"/>
          <w:szCs w:val="28"/>
          <w:lang w:val="vi-VN"/>
        </w:rPr>
        <w:t>Phân cấp thẩm quyền quyết định phân bổ kế hoạch đầu tư công trung hạn,</w:t>
      </w:r>
      <w:r w:rsidR="00D17A34" w:rsidRPr="00320309">
        <w:rPr>
          <w:bCs/>
          <w:sz w:val="28"/>
          <w:szCs w:val="28"/>
        </w:rPr>
        <w:t xml:space="preserve"> </w:t>
      </w:r>
      <w:r w:rsidR="00D17A34" w:rsidRPr="00320309">
        <w:rPr>
          <w:bCs/>
          <w:sz w:val="28"/>
          <w:szCs w:val="28"/>
          <w:lang w:val="vi-VN"/>
        </w:rPr>
        <w:t>hằng năm nguồn ngân sách nhà nước (bao gồm ngân sách trung ương và</w:t>
      </w:r>
      <w:r w:rsidR="00D17A34" w:rsidRPr="00320309">
        <w:rPr>
          <w:bCs/>
          <w:sz w:val="28"/>
          <w:szCs w:val="28"/>
        </w:rPr>
        <w:t xml:space="preserve"> </w:t>
      </w:r>
      <w:r w:rsidR="00D17A34" w:rsidRPr="00320309">
        <w:rPr>
          <w:bCs/>
          <w:sz w:val="28"/>
          <w:szCs w:val="28"/>
          <w:lang w:val="vi-VN"/>
        </w:rPr>
        <w:t>ngân sách tỉnh) và điều chỉnh kế hoạch đầu tư công trung hạn, hằng năm</w:t>
      </w:r>
      <w:r w:rsidR="00D17A34" w:rsidRPr="00320309">
        <w:rPr>
          <w:bCs/>
          <w:sz w:val="28"/>
          <w:szCs w:val="28"/>
        </w:rPr>
        <w:t xml:space="preserve"> </w:t>
      </w:r>
      <w:r w:rsidR="00D17A34" w:rsidRPr="00320309">
        <w:rPr>
          <w:bCs/>
          <w:sz w:val="28"/>
          <w:szCs w:val="28"/>
          <w:lang w:val="vi-VN"/>
        </w:rPr>
        <w:t>nguồn ngân sách trung ương thực hiện các chương trình mục tiêu quốc gia</w:t>
      </w:r>
      <w:r w:rsidR="00D17A34" w:rsidRPr="00320309">
        <w:rPr>
          <w:bCs/>
          <w:sz w:val="28"/>
          <w:szCs w:val="28"/>
        </w:rPr>
        <w:t xml:space="preserve"> </w:t>
      </w:r>
      <w:r w:rsidR="00D17A34" w:rsidRPr="00320309">
        <w:rPr>
          <w:bCs/>
          <w:sz w:val="28"/>
          <w:szCs w:val="28"/>
          <w:lang w:val="vi-VN"/>
        </w:rPr>
        <w:t>trên địa bàn tỉnh Quảng Ngãi, giai đoạn 2026 - 2030</w:t>
      </w:r>
      <w:r w:rsidRPr="00320309">
        <w:rPr>
          <w:bCs/>
          <w:sz w:val="28"/>
          <w:szCs w:val="28"/>
          <w:lang w:val="vi-VN"/>
        </w:rPr>
        <w:t>;</w:t>
      </w:r>
    </w:p>
    <w:p w14:paraId="38FD8375" w14:textId="77777777" w:rsidR="006314F3" w:rsidRPr="00320309" w:rsidRDefault="006314F3" w:rsidP="00B068AE">
      <w:pPr>
        <w:widowControl w:val="0"/>
        <w:spacing w:before="120" w:after="0"/>
        <w:ind w:firstLine="720"/>
        <w:jc w:val="both"/>
        <w:rPr>
          <w:bCs/>
          <w:sz w:val="28"/>
          <w:szCs w:val="28"/>
          <w:lang w:val="vi-VN"/>
        </w:rPr>
      </w:pPr>
      <w:r w:rsidRPr="00320309">
        <w:rPr>
          <w:bCs/>
          <w:sz w:val="28"/>
          <w:szCs w:val="28"/>
          <w:lang w:val="vi-VN"/>
        </w:rPr>
        <w:t>g) Quy định mức hỗ trợ 01 dự án, định mức hỗ trợ các đối tượng tham gia dự án phát triển sản xuất trên địa bàn tỉnh Quảng Ngãi;</w:t>
      </w:r>
    </w:p>
    <w:p w14:paraId="70A9021B" w14:textId="5405A3A3" w:rsidR="006314F3" w:rsidRPr="00320309" w:rsidRDefault="006314F3" w:rsidP="00B068AE">
      <w:pPr>
        <w:widowControl w:val="0"/>
        <w:spacing w:before="120" w:after="0"/>
        <w:ind w:firstLine="720"/>
        <w:jc w:val="both"/>
        <w:rPr>
          <w:bCs/>
          <w:sz w:val="28"/>
          <w:szCs w:val="28"/>
          <w:lang w:val="vi-VN"/>
        </w:rPr>
      </w:pPr>
      <w:r w:rsidRPr="00320309">
        <w:rPr>
          <w:bCs/>
          <w:sz w:val="28"/>
          <w:szCs w:val="28"/>
          <w:lang w:val="vi-VN"/>
        </w:rPr>
        <w:t>h) Quy định tỷ lệ chi phí quản lý, mức chi trả thù lao cho người trực tiếp chi trả và mức chi phí chi trả cho tổ chức dịch vụ chi trả trợ cấp cho người có công với cách mạng, thân nhân của người có công với cách mạng và người trực tiếp tham gia kháng chiến trên địa bàn tỉnh Quảng Ngãi;</w:t>
      </w:r>
    </w:p>
    <w:p w14:paraId="60CAE67D" w14:textId="77777777" w:rsidR="006314F3" w:rsidRPr="00320309" w:rsidRDefault="006314F3" w:rsidP="00B068AE">
      <w:pPr>
        <w:widowControl w:val="0"/>
        <w:spacing w:before="120" w:after="0"/>
        <w:ind w:firstLine="720"/>
        <w:jc w:val="both"/>
        <w:rPr>
          <w:bCs/>
          <w:sz w:val="28"/>
          <w:szCs w:val="28"/>
          <w:lang w:val="vi-VN"/>
        </w:rPr>
      </w:pPr>
      <w:r w:rsidRPr="00320309">
        <w:rPr>
          <w:bCs/>
          <w:sz w:val="28"/>
          <w:szCs w:val="28"/>
          <w:lang w:val="vi-VN"/>
        </w:rPr>
        <w:t>i) Quy định nguyên tắc, tiêu chí, định mức phân bổ vốn ngân sách nhà nước và tỷ lệ vốn đối ứng của ngân sách địa phương thực hiện Chương trình mục tiêu quốc gia về phát triển văn hóa giai đoạn 2025 - 2035 trên địa bàn tỉnh Quảng Ngãi;</w:t>
      </w:r>
    </w:p>
    <w:p w14:paraId="66F6847F" w14:textId="0A11EC5F" w:rsidR="006314F3" w:rsidRPr="00320309" w:rsidRDefault="006314F3" w:rsidP="00B068AE">
      <w:pPr>
        <w:widowControl w:val="0"/>
        <w:spacing w:before="120" w:after="0"/>
        <w:ind w:firstLine="720"/>
        <w:jc w:val="both"/>
        <w:rPr>
          <w:bCs/>
          <w:sz w:val="28"/>
          <w:szCs w:val="28"/>
          <w:lang w:val="vi-VN"/>
        </w:rPr>
      </w:pPr>
      <w:r w:rsidRPr="00320309">
        <w:rPr>
          <w:bCs/>
          <w:sz w:val="28"/>
          <w:szCs w:val="28"/>
          <w:lang w:val="vi-VN"/>
        </w:rPr>
        <w:t xml:space="preserve">k) </w:t>
      </w:r>
      <w:r w:rsidR="00CE08A9" w:rsidRPr="00320309">
        <w:rPr>
          <w:bCs/>
          <w:sz w:val="28"/>
          <w:szCs w:val="28"/>
          <w:lang w:val="vi-VN"/>
        </w:rPr>
        <w:t xml:space="preserve">Quy định mức thưởng đối với huấn luyện viên, vận động viên đạt thành </w:t>
      </w:r>
      <w:r w:rsidR="00CE08A9" w:rsidRPr="00320309">
        <w:rPr>
          <w:bCs/>
          <w:sz w:val="28"/>
          <w:szCs w:val="28"/>
          <w:lang w:val="vi-VN"/>
        </w:rPr>
        <w:lastRenderedPageBreak/>
        <w:t>tích tại các giải thi đấu thể thao quốc gia và các giải thi đấu thể thao trên địa bàn tỉnh Quảng Ngãi</w:t>
      </w:r>
      <w:r w:rsidRPr="00320309">
        <w:rPr>
          <w:bCs/>
          <w:sz w:val="28"/>
          <w:szCs w:val="28"/>
          <w:lang w:val="vi-VN"/>
        </w:rPr>
        <w:t>;</w:t>
      </w:r>
    </w:p>
    <w:p w14:paraId="00C6DEEE" w14:textId="77777777" w:rsidR="006314F3" w:rsidRPr="00B068AE" w:rsidRDefault="006314F3" w:rsidP="00B068AE">
      <w:pPr>
        <w:widowControl w:val="0"/>
        <w:spacing w:before="120" w:after="0"/>
        <w:ind w:firstLine="720"/>
        <w:jc w:val="both"/>
        <w:rPr>
          <w:bCs/>
          <w:sz w:val="28"/>
          <w:szCs w:val="28"/>
          <w:lang w:val="vi-VN"/>
        </w:rPr>
      </w:pPr>
      <w:r w:rsidRPr="00B068AE">
        <w:rPr>
          <w:bCs/>
          <w:sz w:val="28"/>
          <w:szCs w:val="28"/>
          <w:lang w:val="vi-VN"/>
        </w:rPr>
        <w:t>l) Quyết định chủ trương đầu tư Dự án Đường ven biển Dung Quất - Sa Huỳnh, giai đoạn III;</w:t>
      </w:r>
    </w:p>
    <w:p w14:paraId="5C822478" w14:textId="723CD1EA" w:rsidR="006314F3" w:rsidRPr="00B068AE" w:rsidRDefault="006314F3" w:rsidP="00B068AE">
      <w:pPr>
        <w:widowControl w:val="0"/>
        <w:spacing w:before="120" w:after="0"/>
        <w:ind w:firstLine="720"/>
        <w:jc w:val="both"/>
        <w:rPr>
          <w:bCs/>
          <w:sz w:val="28"/>
          <w:szCs w:val="28"/>
          <w:lang w:val="vi-VN"/>
        </w:rPr>
      </w:pPr>
      <w:r w:rsidRPr="00B068AE">
        <w:rPr>
          <w:sz w:val="28"/>
        </w:rPr>
        <w:t xml:space="preserve">m) </w:t>
      </w:r>
      <w:proofErr w:type="spellStart"/>
      <w:r w:rsidRPr="00B068AE">
        <w:rPr>
          <w:sz w:val="28"/>
        </w:rPr>
        <w:t>Sửa</w:t>
      </w:r>
      <w:proofErr w:type="spellEnd"/>
      <w:r w:rsidRPr="00B068AE">
        <w:rPr>
          <w:sz w:val="28"/>
        </w:rPr>
        <w:t xml:space="preserve"> </w:t>
      </w:r>
      <w:proofErr w:type="spellStart"/>
      <w:r w:rsidRPr="00B068AE">
        <w:rPr>
          <w:sz w:val="28"/>
        </w:rPr>
        <w:t>đổi</w:t>
      </w:r>
      <w:proofErr w:type="spellEnd"/>
      <w:r w:rsidRPr="00B068AE">
        <w:rPr>
          <w:sz w:val="28"/>
        </w:rPr>
        <w:t xml:space="preserve">, </w:t>
      </w:r>
      <w:proofErr w:type="spellStart"/>
      <w:r w:rsidRPr="00B068AE">
        <w:rPr>
          <w:sz w:val="28"/>
        </w:rPr>
        <w:t>bổ</w:t>
      </w:r>
      <w:proofErr w:type="spellEnd"/>
      <w:r w:rsidRPr="00B068AE">
        <w:rPr>
          <w:sz w:val="28"/>
        </w:rPr>
        <w:t xml:space="preserve"> sung </w:t>
      </w:r>
      <w:proofErr w:type="spellStart"/>
      <w:r w:rsidRPr="00B068AE">
        <w:rPr>
          <w:sz w:val="28"/>
        </w:rPr>
        <w:t>giá</w:t>
      </w:r>
      <w:proofErr w:type="spellEnd"/>
      <w:r w:rsidRPr="00B068AE">
        <w:rPr>
          <w:sz w:val="28"/>
        </w:rPr>
        <w:t xml:space="preserve"> </w:t>
      </w:r>
      <w:proofErr w:type="spellStart"/>
      <w:r w:rsidRPr="00B068AE">
        <w:rPr>
          <w:sz w:val="28"/>
        </w:rPr>
        <w:t>đất</w:t>
      </w:r>
      <w:proofErr w:type="spellEnd"/>
      <w:r w:rsidRPr="00B068AE">
        <w:rPr>
          <w:sz w:val="28"/>
        </w:rPr>
        <w:t xml:space="preserve"> </w:t>
      </w:r>
      <w:proofErr w:type="spellStart"/>
      <w:r w:rsidRPr="00B068AE">
        <w:rPr>
          <w:sz w:val="28"/>
        </w:rPr>
        <w:t>trong</w:t>
      </w:r>
      <w:proofErr w:type="spellEnd"/>
      <w:r w:rsidRPr="00B068AE">
        <w:rPr>
          <w:sz w:val="28"/>
        </w:rPr>
        <w:t xml:space="preserve"> </w:t>
      </w:r>
      <w:proofErr w:type="spellStart"/>
      <w:r w:rsidRPr="00B068AE">
        <w:rPr>
          <w:sz w:val="28"/>
        </w:rPr>
        <w:t>Bảng</w:t>
      </w:r>
      <w:proofErr w:type="spellEnd"/>
      <w:r w:rsidRPr="00B068AE">
        <w:rPr>
          <w:sz w:val="28"/>
        </w:rPr>
        <w:t xml:space="preserve"> </w:t>
      </w:r>
      <w:proofErr w:type="spellStart"/>
      <w:r w:rsidRPr="00B068AE">
        <w:rPr>
          <w:sz w:val="28"/>
        </w:rPr>
        <w:t>giá</w:t>
      </w:r>
      <w:proofErr w:type="spellEnd"/>
      <w:r w:rsidRPr="00B068AE">
        <w:rPr>
          <w:sz w:val="28"/>
        </w:rPr>
        <w:t xml:space="preserve"> </w:t>
      </w:r>
      <w:proofErr w:type="spellStart"/>
      <w:r w:rsidRPr="00B068AE">
        <w:rPr>
          <w:sz w:val="28"/>
        </w:rPr>
        <w:t>đất</w:t>
      </w:r>
      <w:proofErr w:type="spellEnd"/>
      <w:r w:rsidRPr="00B068AE">
        <w:rPr>
          <w:sz w:val="28"/>
        </w:rPr>
        <w:t xml:space="preserve"> </w:t>
      </w:r>
      <w:proofErr w:type="spellStart"/>
      <w:r w:rsidRPr="00B068AE">
        <w:rPr>
          <w:sz w:val="28"/>
        </w:rPr>
        <w:t>tại</w:t>
      </w:r>
      <w:proofErr w:type="spellEnd"/>
      <w:r w:rsidRPr="00B068AE">
        <w:rPr>
          <w:sz w:val="28"/>
        </w:rPr>
        <w:t xml:space="preserve"> </w:t>
      </w:r>
      <w:proofErr w:type="spellStart"/>
      <w:r w:rsidRPr="00B068AE">
        <w:rPr>
          <w:sz w:val="28"/>
        </w:rPr>
        <w:t>Phụ</w:t>
      </w:r>
      <w:proofErr w:type="spellEnd"/>
      <w:r w:rsidRPr="00B068AE">
        <w:rPr>
          <w:sz w:val="28"/>
        </w:rPr>
        <w:t xml:space="preserve"> </w:t>
      </w:r>
      <w:proofErr w:type="spellStart"/>
      <w:r w:rsidRPr="00B068AE">
        <w:rPr>
          <w:sz w:val="28"/>
        </w:rPr>
        <w:t>lục</w:t>
      </w:r>
      <w:proofErr w:type="spellEnd"/>
      <w:r w:rsidRPr="00B068AE">
        <w:rPr>
          <w:sz w:val="28"/>
        </w:rPr>
        <w:t xml:space="preserve"> </w:t>
      </w:r>
      <w:proofErr w:type="spellStart"/>
      <w:r w:rsidRPr="00B068AE">
        <w:rPr>
          <w:sz w:val="28"/>
        </w:rPr>
        <w:t>kèm</w:t>
      </w:r>
      <w:proofErr w:type="spellEnd"/>
      <w:r w:rsidRPr="00B068AE">
        <w:rPr>
          <w:sz w:val="28"/>
        </w:rPr>
        <w:t xml:space="preserve"> </w:t>
      </w:r>
      <w:proofErr w:type="spellStart"/>
      <w:r w:rsidRPr="00B068AE">
        <w:rPr>
          <w:sz w:val="28"/>
        </w:rPr>
        <w:t>theo</w:t>
      </w:r>
      <w:proofErr w:type="spellEnd"/>
      <w:r w:rsidRPr="00B068AE">
        <w:rPr>
          <w:sz w:val="28"/>
        </w:rPr>
        <w:t xml:space="preserve"> </w:t>
      </w:r>
      <w:proofErr w:type="spellStart"/>
      <w:r w:rsidRPr="00B068AE">
        <w:rPr>
          <w:sz w:val="28"/>
        </w:rPr>
        <w:t>Nghị</w:t>
      </w:r>
      <w:proofErr w:type="spellEnd"/>
      <w:r w:rsidRPr="00B068AE">
        <w:rPr>
          <w:sz w:val="28"/>
        </w:rPr>
        <w:t xml:space="preserve"> </w:t>
      </w:r>
      <w:proofErr w:type="spellStart"/>
      <w:r w:rsidRPr="00B068AE">
        <w:rPr>
          <w:sz w:val="28"/>
        </w:rPr>
        <w:t>quyết</w:t>
      </w:r>
      <w:proofErr w:type="spellEnd"/>
      <w:r w:rsidRPr="00B068AE">
        <w:rPr>
          <w:sz w:val="28"/>
        </w:rPr>
        <w:t xml:space="preserve"> </w:t>
      </w:r>
      <w:proofErr w:type="spellStart"/>
      <w:r w:rsidRPr="00B068AE">
        <w:rPr>
          <w:sz w:val="28"/>
        </w:rPr>
        <w:t>số</w:t>
      </w:r>
      <w:proofErr w:type="spellEnd"/>
      <w:r w:rsidRPr="00B068AE">
        <w:rPr>
          <w:sz w:val="28"/>
        </w:rPr>
        <w:t xml:space="preserve"> 40/2025/NQ-HĐND </w:t>
      </w:r>
      <w:proofErr w:type="spellStart"/>
      <w:r w:rsidRPr="00B068AE">
        <w:rPr>
          <w:sz w:val="28"/>
        </w:rPr>
        <w:t>ngày</w:t>
      </w:r>
      <w:proofErr w:type="spellEnd"/>
      <w:r w:rsidRPr="00B068AE">
        <w:rPr>
          <w:sz w:val="28"/>
        </w:rPr>
        <w:t xml:space="preserve"> 30 </w:t>
      </w:r>
      <w:proofErr w:type="spellStart"/>
      <w:r w:rsidRPr="00B068AE">
        <w:rPr>
          <w:sz w:val="28"/>
        </w:rPr>
        <w:t>tháng</w:t>
      </w:r>
      <w:proofErr w:type="spellEnd"/>
      <w:r w:rsidRPr="00B068AE">
        <w:rPr>
          <w:sz w:val="28"/>
        </w:rPr>
        <w:t xml:space="preserve"> 12 </w:t>
      </w:r>
      <w:proofErr w:type="spellStart"/>
      <w:r w:rsidRPr="00B068AE">
        <w:rPr>
          <w:sz w:val="28"/>
        </w:rPr>
        <w:t>năm</w:t>
      </w:r>
      <w:proofErr w:type="spellEnd"/>
      <w:r w:rsidRPr="00B068AE">
        <w:rPr>
          <w:sz w:val="28"/>
        </w:rPr>
        <w:t xml:space="preserve"> 2025 </w:t>
      </w:r>
      <w:proofErr w:type="spellStart"/>
      <w:r w:rsidRPr="00B068AE">
        <w:rPr>
          <w:sz w:val="28"/>
        </w:rPr>
        <w:t>của</w:t>
      </w:r>
      <w:proofErr w:type="spellEnd"/>
      <w:r w:rsidRPr="00B068AE">
        <w:rPr>
          <w:sz w:val="28"/>
        </w:rPr>
        <w:t xml:space="preserve"> </w:t>
      </w:r>
      <w:proofErr w:type="spellStart"/>
      <w:r w:rsidRPr="00B068AE">
        <w:rPr>
          <w:sz w:val="28"/>
        </w:rPr>
        <w:t>Hội</w:t>
      </w:r>
      <w:proofErr w:type="spellEnd"/>
      <w:r w:rsidRPr="00B068AE">
        <w:rPr>
          <w:sz w:val="28"/>
        </w:rPr>
        <w:t xml:space="preserve"> </w:t>
      </w:r>
      <w:proofErr w:type="spellStart"/>
      <w:r w:rsidRPr="00B068AE">
        <w:rPr>
          <w:sz w:val="28"/>
        </w:rPr>
        <w:t>đồng</w:t>
      </w:r>
      <w:proofErr w:type="spellEnd"/>
      <w:r w:rsidRPr="00B068AE">
        <w:rPr>
          <w:sz w:val="28"/>
        </w:rPr>
        <w:t xml:space="preserve"> </w:t>
      </w:r>
      <w:proofErr w:type="spellStart"/>
      <w:r w:rsidRPr="00B068AE">
        <w:rPr>
          <w:sz w:val="28"/>
        </w:rPr>
        <w:t>nhân</w:t>
      </w:r>
      <w:proofErr w:type="spellEnd"/>
      <w:r w:rsidRPr="00B068AE">
        <w:rPr>
          <w:sz w:val="28"/>
        </w:rPr>
        <w:t xml:space="preserve"> </w:t>
      </w:r>
      <w:proofErr w:type="spellStart"/>
      <w:r w:rsidRPr="00B068AE">
        <w:rPr>
          <w:sz w:val="28"/>
        </w:rPr>
        <w:t>dân</w:t>
      </w:r>
      <w:proofErr w:type="spellEnd"/>
      <w:r w:rsidRPr="00B068AE">
        <w:rPr>
          <w:sz w:val="28"/>
        </w:rPr>
        <w:t xml:space="preserve"> </w:t>
      </w:r>
      <w:proofErr w:type="spellStart"/>
      <w:r w:rsidRPr="00B068AE">
        <w:rPr>
          <w:sz w:val="28"/>
        </w:rPr>
        <w:t>tỉnh</w:t>
      </w:r>
      <w:proofErr w:type="spellEnd"/>
      <w:r w:rsidRPr="00B068AE">
        <w:rPr>
          <w:sz w:val="28"/>
        </w:rPr>
        <w:t xml:space="preserve"> </w:t>
      </w:r>
      <w:r w:rsidR="00796D82" w:rsidRPr="00B068AE">
        <w:rPr>
          <w:sz w:val="28"/>
        </w:rPr>
        <w:t>Q</w:t>
      </w:r>
      <w:r w:rsidRPr="00B068AE">
        <w:rPr>
          <w:sz w:val="28"/>
        </w:rPr>
        <w:t xml:space="preserve">uy </w:t>
      </w:r>
      <w:proofErr w:type="spellStart"/>
      <w:r w:rsidRPr="00B068AE">
        <w:rPr>
          <w:sz w:val="28"/>
        </w:rPr>
        <w:t>định</w:t>
      </w:r>
      <w:proofErr w:type="spellEnd"/>
      <w:r w:rsidRPr="00B068AE">
        <w:rPr>
          <w:sz w:val="28"/>
        </w:rPr>
        <w:t xml:space="preserve"> </w:t>
      </w:r>
      <w:proofErr w:type="spellStart"/>
      <w:r w:rsidRPr="00B068AE">
        <w:rPr>
          <w:sz w:val="28"/>
        </w:rPr>
        <w:t>tiêu</w:t>
      </w:r>
      <w:proofErr w:type="spellEnd"/>
      <w:r w:rsidRPr="00B068AE">
        <w:rPr>
          <w:sz w:val="28"/>
        </w:rPr>
        <w:t xml:space="preserve"> </w:t>
      </w:r>
      <w:proofErr w:type="spellStart"/>
      <w:r w:rsidRPr="00B068AE">
        <w:rPr>
          <w:sz w:val="28"/>
        </w:rPr>
        <w:t>chí</w:t>
      </w:r>
      <w:proofErr w:type="spellEnd"/>
      <w:r w:rsidRPr="00B068AE">
        <w:rPr>
          <w:sz w:val="28"/>
        </w:rPr>
        <w:t xml:space="preserve"> </w:t>
      </w:r>
      <w:proofErr w:type="spellStart"/>
      <w:r w:rsidRPr="00B068AE">
        <w:rPr>
          <w:sz w:val="28"/>
        </w:rPr>
        <w:t>cụ</w:t>
      </w:r>
      <w:proofErr w:type="spellEnd"/>
      <w:r w:rsidRPr="00B068AE">
        <w:rPr>
          <w:sz w:val="28"/>
        </w:rPr>
        <w:t xml:space="preserve"> </w:t>
      </w:r>
      <w:proofErr w:type="spellStart"/>
      <w:r w:rsidRPr="00B068AE">
        <w:rPr>
          <w:sz w:val="28"/>
        </w:rPr>
        <w:t>thể</w:t>
      </w:r>
      <w:proofErr w:type="spellEnd"/>
      <w:r w:rsidRPr="00B068AE">
        <w:rPr>
          <w:sz w:val="28"/>
        </w:rPr>
        <w:t xml:space="preserve"> </w:t>
      </w:r>
      <w:proofErr w:type="spellStart"/>
      <w:r w:rsidRPr="00B068AE">
        <w:rPr>
          <w:sz w:val="28"/>
        </w:rPr>
        <w:t>để</w:t>
      </w:r>
      <w:proofErr w:type="spellEnd"/>
      <w:r w:rsidRPr="00B068AE">
        <w:rPr>
          <w:sz w:val="28"/>
        </w:rPr>
        <w:t xml:space="preserve"> </w:t>
      </w:r>
      <w:proofErr w:type="spellStart"/>
      <w:r w:rsidRPr="00B068AE">
        <w:rPr>
          <w:sz w:val="28"/>
        </w:rPr>
        <w:t>xác</w:t>
      </w:r>
      <w:proofErr w:type="spellEnd"/>
      <w:r w:rsidRPr="00B068AE">
        <w:rPr>
          <w:sz w:val="28"/>
        </w:rPr>
        <w:t xml:space="preserve"> </w:t>
      </w:r>
      <w:proofErr w:type="spellStart"/>
      <w:r w:rsidRPr="00B068AE">
        <w:rPr>
          <w:sz w:val="28"/>
        </w:rPr>
        <w:t>định</w:t>
      </w:r>
      <w:proofErr w:type="spellEnd"/>
      <w:r w:rsidRPr="00B068AE">
        <w:rPr>
          <w:sz w:val="28"/>
        </w:rPr>
        <w:t xml:space="preserve"> </w:t>
      </w:r>
      <w:proofErr w:type="spellStart"/>
      <w:r w:rsidRPr="00B068AE">
        <w:rPr>
          <w:sz w:val="28"/>
        </w:rPr>
        <w:t>vị</w:t>
      </w:r>
      <w:proofErr w:type="spellEnd"/>
      <w:r w:rsidRPr="00B068AE">
        <w:rPr>
          <w:sz w:val="28"/>
        </w:rPr>
        <w:t xml:space="preserve"> </w:t>
      </w:r>
      <w:proofErr w:type="spellStart"/>
      <w:r w:rsidRPr="00B068AE">
        <w:rPr>
          <w:sz w:val="28"/>
        </w:rPr>
        <w:t>trí</w:t>
      </w:r>
      <w:proofErr w:type="spellEnd"/>
      <w:r w:rsidRPr="00B068AE">
        <w:rPr>
          <w:sz w:val="28"/>
        </w:rPr>
        <w:t xml:space="preserve"> </w:t>
      </w:r>
      <w:proofErr w:type="spellStart"/>
      <w:r w:rsidRPr="00B068AE">
        <w:rPr>
          <w:sz w:val="28"/>
        </w:rPr>
        <w:t>từng</w:t>
      </w:r>
      <w:proofErr w:type="spellEnd"/>
      <w:r w:rsidRPr="00B068AE">
        <w:rPr>
          <w:sz w:val="28"/>
        </w:rPr>
        <w:t xml:space="preserve"> </w:t>
      </w:r>
      <w:proofErr w:type="spellStart"/>
      <w:r w:rsidRPr="00B068AE">
        <w:rPr>
          <w:sz w:val="28"/>
        </w:rPr>
        <w:t>loại</w:t>
      </w:r>
      <w:proofErr w:type="spellEnd"/>
      <w:r w:rsidRPr="00B068AE">
        <w:rPr>
          <w:sz w:val="28"/>
        </w:rPr>
        <w:t xml:space="preserve"> </w:t>
      </w:r>
      <w:proofErr w:type="spellStart"/>
      <w:r w:rsidRPr="00B068AE">
        <w:rPr>
          <w:sz w:val="28"/>
        </w:rPr>
        <w:t>đất</w:t>
      </w:r>
      <w:proofErr w:type="spellEnd"/>
      <w:r w:rsidRPr="00B068AE">
        <w:rPr>
          <w:sz w:val="28"/>
        </w:rPr>
        <w:t xml:space="preserve">, </w:t>
      </w:r>
      <w:proofErr w:type="spellStart"/>
      <w:r w:rsidRPr="00B068AE">
        <w:rPr>
          <w:sz w:val="28"/>
        </w:rPr>
        <w:t>số</w:t>
      </w:r>
      <w:proofErr w:type="spellEnd"/>
      <w:r w:rsidRPr="00B068AE">
        <w:rPr>
          <w:sz w:val="28"/>
        </w:rPr>
        <w:t xml:space="preserve"> </w:t>
      </w:r>
      <w:proofErr w:type="spellStart"/>
      <w:r w:rsidRPr="00B068AE">
        <w:rPr>
          <w:sz w:val="28"/>
        </w:rPr>
        <w:t>lượng</w:t>
      </w:r>
      <w:proofErr w:type="spellEnd"/>
      <w:r w:rsidRPr="00B068AE">
        <w:rPr>
          <w:sz w:val="28"/>
        </w:rPr>
        <w:t xml:space="preserve"> </w:t>
      </w:r>
      <w:proofErr w:type="spellStart"/>
      <w:r w:rsidRPr="00B068AE">
        <w:rPr>
          <w:sz w:val="28"/>
        </w:rPr>
        <w:t>vị</w:t>
      </w:r>
      <w:proofErr w:type="spellEnd"/>
      <w:r w:rsidRPr="00B068AE">
        <w:rPr>
          <w:sz w:val="28"/>
        </w:rPr>
        <w:t xml:space="preserve"> </w:t>
      </w:r>
      <w:proofErr w:type="spellStart"/>
      <w:r w:rsidRPr="00B068AE">
        <w:rPr>
          <w:sz w:val="28"/>
        </w:rPr>
        <w:t>trí</w:t>
      </w:r>
      <w:proofErr w:type="spellEnd"/>
      <w:r w:rsidRPr="00B068AE">
        <w:rPr>
          <w:sz w:val="28"/>
        </w:rPr>
        <w:t xml:space="preserve"> </w:t>
      </w:r>
      <w:proofErr w:type="spellStart"/>
      <w:r w:rsidRPr="00B068AE">
        <w:rPr>
          <w:sz w:val="28"/>
        </w:rPr>
        <w:t>trong</w:t>
      </w:r>
      <w:proofErr w:type="spellEnd"/>
      <w:r w:rsidRPr="00B068AE">
        <w:rPr>
          <w:sz w:val="28"/>
        </w:rPr>
        <w:t xml:space="preserve"> </w:t>
      </w:r>
      <w:proofErr w:type="spellStart"/>
      <w:r w:rsidRPr="00B068AE">
        <w:rPr>
          <w:sz w:val="28"/>
        </w:rPr>
        <w:t>bảng</w:t>
      </w:r>
      <w:proofErr w:type="spellEnd"/>
      <w:r w:rsidRPr="00B068AE">
        <w:rPr>
          <w:sz w:val="28"/>
        </w:rPr>
        <w:t xml:space="preserve"> </w:t>
      </w:r>
      <w:proofErr w:type="spellStart"/>
      <w:r w:rsidRPr="00B068AE">
        <w:rPr>
          <w:sz w:val="28"/>
        </w:rPr>
        <w:t>giá</w:t>
      </w:r>
      <w:proofErr w:type="spellEnd"/>
      <w:r w:rsidRPr="00B068AE">
        <w:rPr>
          <w:sz w:val="28"/>
        </w:rPr>
        <w:t xml:space="preserve"> </w:t>
      </w:r>
      <w:proofErr w:type="spellStart"/>
      <w:r w:rsidRPr="00B068AE">
        <w:rPr>
          <w:sz w:val="28"/>
        </w:rPr>
        <w:t>đất</w:t>
      </w:r>
      <w:proofErr w:type="spellEnd"/>
      <w:r w:rsidRPr="00B068AE">
        <w:rPr>
          <w:sz w:val="28"/>
        </w:rPr>
        <w:t xml:space="preserve">; </w:t>
      </w:r>
      <w:proofErr w:type="spellStart"/>
      <w:r w:rsidRPr="00B068AE">
        <w:rPr>
          <w:sz w:val="28"/>
        </w:rPr>
        <w:t>quyết</w:t>
      </w:r>
      <w:proofErr w:type="spellEnd"/>
      <w:r w:rsidRPr="00B068AE">
        <w:rPr>
          <w:sz w:val="28"/>
        </w:rPr>
        <w:t xml:space="preserve"> </w:t>
      </w:r>
      <w:proofErr w:type="spellStart"/>
      <w:r w:rsidRPr="00B068AE">
        <w:rPr>
          <w:sz w:val="28"/>
        </w:rPr>
        <w:t>định</w:t>
      </w:r>
      <w:proofErr w:type="spellEnd"/>
      <w:r w:rsidRPr="00B068AE">
        <w:rPr>
          <w:sz w:val="28"/>
        </w:rPr>
        <w:t xml:space="preserve"> </w:t>
      </w:r>
      <w:proofErr w:type="spellStart"/>
      <w:r w:rsidRPr="00B068AE">
        <w:rPr>
          <w:sz w:val="28"/>
        </w:rPr>
        <w:t>bảng</w:t>
      </w:r>
      <w:proofErr w:type="spellEnd"/>
      <w:r w:rsidRPr="00B068AE">
        <w:rPr>
          <w:sz w:val="28"/>
        </w:rPr>
        <w:t xml:space="preserve"> </w:t>
      </w:r>
      <w:proofErr w:type="spellStart"/>
      <w:r w:rsidRPr="00B068AE">
        <w:rPr>
          <w:sz w:val="28"/>
        </w:rPr>
        <w:t>giá</w:t>
      </w:r>
      <w:proofErr w:type="spellEnd"/>
      <w:r w:rsidRPr="00B068AE">
        <w:rPr>
          <w:sz w:val="28"/>
        </w:rPr>
        <w:t xml:space="preserve"> </w:t>
      </w:r>
      <w:proofErr w:type="spellStart"/>
      <w:r w:rsidRPr="00B068AE">
        <w:rPr>
          <w:sz w:val="28"/>
        </w:rPr>
        <w:t>đất</w:t>
      </w:r>
      <w:proofErr w:type="spellEnd"/>
      <w:r w:rsidRPr="00B068AE">
        <w:rPr>
          <w:sz w:val="28"/>
        </w:rPr>
        <w:t xml:space="preserve"> </w:t>
      </w:r>
      <w:proofErr w:type="spellStart"/>
      <w:r w:rsidRPr="00B068AE">
        <w:rPr>
          <w:sz w:val="28"/>
        </w:rPr>
        <w:t>lần</w:t>
      </w:r>
      <w:proofErr w:type="spellEnd"/>
      <w:r w:rsidRPr="00B068AE">
        <w:rPr>
          <w:sz w:val="28"/>
        </w:rPr>
        <w:t xml:space="preserve"> </w:t>
      </w:r>
      <w:proofErr w:type="spellStart"/>
      <w:r w:rsidRPr="00B068AE">
        <w:rPr>
          <w:sz w:val="28"/>
        </w:rPr>
        <w:t>đầu</w:t>
      </w:r>
      <w:proofErr w:type="spellEnd"/>
      <w:r w:rsidRPr="00B068AE">
        <w:rPr>
          <w:sz w:val="28"/>
        </w:rPr>
        <w:t xml:space="preserve"> </w:t>
      </w:r>
      <w:proofErr w:type="spellStart"/>
      <w:r w:rsidRPr="00B068AE">
        <w:rPr>
          <w:sz w:val="28"/>
        </w:rPr>
        <w:t>trên</w:t>
      </w:r>
      <w:proofErr w:type="spellEnd"/>
      <w:r w:rsidRPr="00B068AE">
        <w:rPr>
          <w:sz w:val="28"/>
        </w:rPr>
        <w:t xml:space="preserve"> </w:t>
      </w:r>
      <w:proofErr w:type="spellStart"/>
      <w:r w:rsidRPr="00B068AE">
        <w:rPr>
          <w:sz w:val="28"/>
        </w:rPr>
        <w:t>địa</w:t>
      </w:r>
      <w:proofErr w:type="spellEnd"/>
      <w:r w:rsidRPr="00B068AE">
        <w:rPr>
          <w:sz w:val="28"/>
        </w:rPr>
        <w:t xml:space="preserve"> </w:t>
      </w:r>
      <w:proofErr w:type="spellStart"/>
      <w:r w:rsidRPr="00B068AE">
        <w:rPr>
          <w:sz w:val="28"/>
        </w:rPr>
        <w:t>bàn</w:t>
      </w:r>
      <w:proofErr w:type="spellEnd"/>
      <w:r w:rsidRPr="00B068AE">
        <w:rPr>
          <w:sz w:val="28"/>
        </w:rPr>
        <w:t xml:space="preserve"> </w:t>
      </w:r>
      <w:proofErr w:type="spellStart"/>
      <w:r w:rsidRPr="00B068AE">
        <w:rPr>
          <w:sz w:val="28"/>
        </w:rPr>
        <w:t>tỉnh</w:t>
      </w:r>
      <w:proofErr w:type="spellEnd"/>
      <w:r w:rsidRPr="00B068AE">
        <w:rPr>
          <w:sz w:val="28"/>
        </w:rPr>
        <w:t xml:space="preserve"> </w:t>
      </w:r>
      <w:proofErr w:type="spellStart"/>
      <w:r w:rsidRPr="00B068AE">
        <w:rPr>
          <w:sz w:val="28"/>
        </w:rPr>
        <w:t>Quảng</w:t>
      </w:r>
      <w:proofErr w:type="spellEnd"/>
      <w:r w:rsidRPr="00B068AE">
        <w:rPr>
          <w:sz w:val="28"/>
        </w:rPr>
        <w:t xml:space="preserve"> </w:t>
      </w:r>
      <w:proofErr w:type="spellStart"/>
      <w:r w:rsidRPr="00B068AE">
        <w:rPr>
          <w:sz w:val="28"/>
        </w:rPr>
        <w:t>Ngãi</w:t>
      </w:r>
      <w:proofErr w:type="spellEnd"/>
      <w:r w:rsidRPr="00B068AE">
        <w:rPr>
          <w:sz w:val="28"/>
        </w:rPr>
        <w:t>;</w:t>
      </w:r>
    </w:p>
    <w:p w14:paraId="71581836" w14:textId="77777777" w:rsidR="006314F3" w:rsidRPr="00B068AE" w:rsidRDefault="006314F3" w:rsidP="00B068AE">
      <w:pPr>
        <w:widowControl w:val="0"/>
        <w:spacing w:before="120" w:after="0"/>
        <w:ind w:firstLine="720"/>
        <w:jc w:val="both"/>
        <w:rPr>
          <w:bCs/>
          <w:sz w:val="28"/>
          <w:szCs w:val="28"/>
          <w:lang w:val="vi-VN"/>
        </w:rPr>
      </w:pPr>
      <w:r w:rsidRPr="00B068AE">
        <w:rPr>
          <w:bCs/>
          <w:sz w:val="28"/>
          <w:szCs w:val="28"/>
          <w:lang w:val="vi-VN"/>
        </w:rPr>
        <w:t>n) Nhiệm vụ phát triển kinh tế - xã hội 6 tháng cuối năm 2026;</w:t>
      </w:r>
    </w:p>
    <w:p w14:paraId="576EF66F" w14:textId="77777777" w:rsidR="006314F3" w:rsidRPr="00B068AE" w:rsidRDefault="006314F3" w:rsidP="00B068AE">
      <w:pPr>
        <w:widowControl w:val="0"/>
        <w:spacing w:before="120" w:after="0"/>
        <w:ind w:firstLine="720"/>
        <w:jc w:val="both"/>
        <w:rPr>
          <w:bCs/>
          <w:sz w:val="28"/>
          <w:szCs w:val="28"/>
          <w:lang w:val="vi-VN"/>
        </w:rPr>
      </w:pPr>
      <w:r w:rsidRPr="00B068AE">
        <w:rPr>
          <w:bCs/>
          <w:sz w:val="28"/>
          <w:szCs w:val="28"/>
          <w:lang w:val="vi-VN"/>
        </w:rPr>
        <w:t>o) Kết quả giám sát công tác quản lý nhà nước về tu bổ, phát huy giá trị di tích lịch sử - văn hóa trên địa bàn tỉnh Quảng Ngãi của Ban Văn hóa - Xã hội Hội đồng nhân dân tỉnh;</w:t>
      </w:r>
    </w:p>
    <w:p w14:paraId="0C26A831" w14:textId="77777777" w:rsidR="006314F3" w:rsidRPr="00B068AE" w:rsidRDefault="006314F3" w:rsidP="00B068AE">
      <w:pPr>
        <w:widowControl w:val="0"/>
        <w:spacing w:before="120" w:after="0"/>
        <w:ind w:firstLine="720"/>
        <w:jc w:val="both"/>
        <w:rPr>
          <w:bCs/>
          <w:sz w:val="28"/>
          <w:szCs w:val="28"/>
          <w:lang w:val="vi-VN"/>
        </w:rPr>
      </w:pPr>
      <w:r w:rsidRPr="00B068AE">
        <w:rPr>
          <w:bCs/>
          <w:sz w:val="28"/>
          <w:szCs w:val="28"/>
          <w:lang w:val="vi-VN"/>
        </w:rPr>
        <w:t>p) Kết quả giám sát việc thực hiện chế độ cử tuyển đối với học sinh, sinh viên dân tộc thiểu số trên địa bàn tỉnh Quảng Ngãi, giai đoạn 2020 - 2025 của Ban Dân tộc Hội đồng nhân dân tỉnh;</w:t>
      </w:r>
    </w:p>
    <w:p w14:paraId="18162C08" w14:textId="77777777" w:rsidR="00796D82" w:rsidRPr="00B068AE" w:rsidRDefault="006314F3" w:rsidP="00B068AE">
      <w:pPr>
        <w:widowControl w:val="0"/>
        <w:spacing w:before="120" w:after="0"/>
        <w:ind w:firstLine="720"/>
        <w:jc w:val="both"/>
        <w:rPr>
          <w:bCs/>
          <w:sz w:val="28"/>
          <w:szCs w:val="28"/>
          <w:lang w:val="vi-VN"/>
        </w:rPr>
      </w:pPr>
      <w:r w:rsidRPr="00B068AE">
        <w:rPr>
          <w:bCs/>
          <w:sz w:val="28"/>
          <w:szCs w:val="28"/>
          <w:lang w:val="vi-VN"/>
        </w:rPr>
        <w:t xml:space="preserve">q) Kết quả giám sát công tác tuyên truyền, phổ biến, giáo dục pháp luật và trợ giúp pháp lý, bảo vệ quyền lợi của người dân, đặc biệt là nhóm yếu thế trên địa bàn tỉnh </w:t>
      </w:r>
      <w:proofErr w:type="spellStart"/>
      <w:r w:rsidR="00796D82" w:rsidRPr="00B068AE">
        <w:rPr>
          <w:bCs/>
          <w:sz w:val="28"/>
          <w:szCs w:val="28"/>
        </w:rPr>
        <w:t>của</w:t>
      </w:r>
      <w:proofErr w:type="spellEnd"/>
      <w:r w:rsidR="00796D82" w:rsidRPr="00B068AE">
        <w:rPr>
          <w:bCs/>
          <w:sz w:val="28"/>
          <w:szCs w:val="28"/>
        </w:rPr>
        <w:t xml:space="preserve"> Ban </w:t>
      </w:r>
      <w:proofErr w:type="spellStart"/>
      <w:r w:rsidR="00796D82" w:rsidRPr="00B068AE">
        <w:rPr>
          <w:bCs/>
          <w:sz w:val="28"/>
          <w:szCs w:val="28"/>
        </w:rPr>
        <w:t>Pháp</w:t>
      </w:r>
      <w:proofErr w:type="spellEnd"/>
      <w:r w:rsidR="00796D82" w:rsidRPr="00B068AE">
        <w:rPr>
          <w:bCs/>
          <w:sz w:val="28"/>
          <w:szCs w:val="28"/>
        </w:rPr>
        <w:t xml:space="preserve"> </w:t>
      </w:r>
      <w:proofErr w:type="spellStart"/>
      <w:r w:rsidR="00796D82" w:rsidRPr="00B068AE">
        <w:rPr>
          <w:bCs/>
          <w:sz w:val="28"/>
          <w:szCs w:val="28"/>
        </w:rPr>
        <w:t>chế</w:t>
      </w:r>
      <w:proofErr w:type="spellEnd"/>
      <w:r w:rsidR="00796D82" w:rsidRPr="00B068AE">
        <w:rPr>
          <w:bCs/>
          <w:sz w:val="28"/>
          <w:szCs w:val="28"/>
        </w:rPr>
        <w:t xml:space="preserve"> </w:t>
      </w:r>
      <w:r w:rsidR="00796D82" w:rsidRPr="00B068AE">
        <w:rPr>
          <w:bCs/>
          <w:sz w:val="28"/>
          <w:szCs w:val="28"/>
          <w:lang w:val="vi-VN"/>
        </w:rPr>
        <w:t>Hội đồng nhân dân tỉnh;</w:t>
      </w:r>
    </w:p>
    <w:p w14:paraId="6A3842A6" w14:textId="23FBA9BB" w:rsidR="006314F3" w:rsidRPr="00B068AE" w:rsidRDefault="006314F3" w:rsidP="00B068AE">
      <w:pPr>
        <w:widowControl w:val="0"/>
        <w:spacing w:before="120" w:after="0"/>
        <w:ind w:firstLine="720"/>
        <w:jc w:val="both"/>
        <w:rPr>
          <w:bCs/>
          <w:sz w:val="28"/>
          <w:szCs w:val="28"/>
          <w:lang w:val="vi-VN"/>
        </w:rPr>
      </w:pPr>
      <w:r w:rsidRPr="00B068AE">
        <w:rPr>
          <w:bCs/>
          <w:sz w:val="28"/>
          <w:szCs w:val="28"/>
          <w:lang w:val="vi-VN"/>
        </w:rPr>
        <w:t xml:space="preserve">r) Kết quả giám sát việc giải </w:t>
      </w:r>
      <w:r w:rsidR="00F600E5">
        <w:rPr>
          <w:bCs/>
          <w:sz w:val="28"/>
          <w:szCs w:val="28"/>
          <w:lang w:val="vi-VN"/>
        </w:rPr>
        <w:t>quyết, trả lời</w:t>
      </w:r>
      <w:r w:rsidRPr="00B068AE">
        <w:rPr>
          <w:bCs/>
          <w:sz w:val="28"/>
          <w:szCs w:val="28"/>
          <w:lang w:val="vi-VN"/>
        </w:rPr>
        <w:t xml:space="preserve"> kiến nghị của cử tri;</w:t>
      </w:r>
    </w:p>
    <w:p w14:paraId="687FEAD5" w14:textId="2382EC4B" w:rsidR="006314F3" w:rsidRPr="00B068AE" w:rsidRDefault="006314F3" w:rsidP="00B068AE">
      <w:pPr>
        <w:widowControl w:val="0"/>
        <w:spacing w:before="120" w:after="0"/>
        <w:ind w:firstLine="720"/>
        <w:jc w:val="both"/>
        <w:rPr>
          <w:bCs/>
          <w:sz w:val="28"/>
          <w:szCs w:val="28"/>
          <w:lang w:val="vi-VN"/>
        </w:rPr>
      </w:pPr>
      <w:r w:rsidRPr="00B068AE">
        <w:rPr>
          <w:bCs/>
          <w:sz w:val="28"/>
          <w:szCs w:val="28"/>
          <w:lang w:val="vi-VN"/>
        </w:rPr>
        <w:t>s) Đánh giá kết quả giải quyết kiến nghị sau giám sát, khảo sát của Hội đồng nhân dân tỉnh, Thường trực Hội đồng nhân dân tỉnh, các Ban của Hội đồng nhân dân tỉnh và các Tổ đại biểu Hội đồng nhân dân tỉnh;</w:t>
      </w:r>
    </w:p>
    <w:p w14:paraId="255E8DCD" w14:textId="77777777" w:rsidR="006712AF" w:rsidRPr="00B068AE" w:rsidRDefault="00EF3589" w:rsidP="00B068AE">
      <w:pPr>
        <w:widowControl w:val="0"/>
        <w:spacing w:before="120" w:after="0"/>
        <w:ind w:firstLine="720"/>
        <w:jc w:val="both"/>
        <w:rPr>
          <w:bCs/>
          <w:sz w:val="28"/>
          <w:szCs w:val="28"/>
        </w:rPr>
      </w:pPr>
      <w:r w:rsidRPr="00B068AE">
        <w:rPr>
          <w:bCs/>
          <w:sz w:val="28"/>
          <w:szCs w:val="28"/>
        </w:rPr>
        <w:t xml:space="preserve">t) </w:t>
      </w:r>
      <w:r w:rsidR="006314F3" w:rsidRPr="00B068AE">
        <w:rPr>
          <w:bCs/>
          <w:sz w:val="28"/>
          <w:szCs w:val="28"/>
          <w:lang w:val="vi-VN"/>
        </w:rPr>
        <w:t>Chất vấn tại Kỳ họp thường lệ giữa năm 2026, Hội đồng nhân dân tỉnh</w:t>
      </w:r>
      <w:r w:rsidR="006712AF" w:rsidRPr="00B068AE">
        <w:rPr>
          <w:bCs/>
          <w:sz w:val="28"/>
          <w:szCs w:val="28"/>
          <w:lang w:val="vi-VN"/>
        </w:rPr>
        <w:t xml:space="preserve"> khóa XIV, nhiệm kỳ 2026 </w:t>
      </w:r>
      <w:r w:rsidR="006712AF" w:rsidRPr="00B068AE">
        <w:rPr>
          <w:bCs/>
          <w:sz w:val="28"/>
          <w:szCs w:val="28"/>
        </w:rPr>
        <w:t>-</w:t>
      </w:r>
      <w:r w:rsidR="006712AF" w:rsidRPr="00B068AE">
        <w:rPr>
          <w:bCs/>
          <w:sz w:val="28"/>
          <w:szCs w:val="28"/>
          <w:lang w:val="vi-VN"/>
        </w:rPr>
        <w:t xml:space="preserve"> 2031</w:t>
      </w:r>
      <w:r w:rsidR="006712AF" w:rsidRPr="00B068AE">
        <w:rPr>
          <w:bCs/>
          <w:sz w:val="28"/>
          <w:szCs w:val="28"/>
        </w:rPr>
        <w:t>.</w:t>
      </w:r>
    </w:p>
    <w:p w14:paraId="0282DAF9" w14:textId="4DA09AC6" w:rsidR="00343ABC" w:rsidRPr="00B068AE" w:rsidRDefault="006008B5" w:rsidP="00B068AE">
      <w:pPr>
        <w:widowControl w:val="0"/>
        <w:spacing w:before="120" w:after="0"/>
        <w:ind w:firstLine="720"/>
        <w:jc w:val="both"/>
        <w:rPr>
          <w:sz w:val="28"/>
          <w:szCs w:val="28"/>
          <w:lang w:val="vi-VN"/>
        </w:rPr>
      </w:pPr>
      <w:r w:rsidRPr="00B068AE">
        <w:rPr>
          <w:sz w:val="28"/>
        </w:rPr>
        <w:t xml:space="preserve">5. </w:t>
      </w:r>
      <w:proofErr w:type="spellStart"/>
      <w:r w:rsidRPr="00B068AE">
        <w:rPr>
          <w:sz w:val="28"/>
        </w:rPr>
        <w:t>Hội</w:t>
      </w:r>
      <w:proofErr w:type="spellEnd"/>
      <w:r w:rsidRPr="00B068AE">
        <w:rPr>
          <w:sz w:val="28"/>
        </w:rPr>
        <w:t xml:space="preserve"> </w:t>
      </w:r>
      <w:proofErr w:type="spellStart"/>
      <w:r w:rsidRPr="00B068AE">
        <w:rPr>
          <w:sz w:val="28"/>
        </w:rPr>
        <w:t>đồng</w:t>
      </w:r>
      <w:proofErr w:type="spellEnd"/>
      <w:r w:rsidRPr="00B068AE">
        <w:rPr>
          <w:sz w:val="28"/>
        </w:rPr>
        <w:t xml:space="preserve"> </w:t>
      </w:r>
      <w:proofErr w:type="spellStart"/>
      <w:r w:rsidRPr="00B068AE">
        <w:rPr>
          <w:sz w:val="28"/>
        </w:rPr>
        <w:t>nhân</w:t>
      </w:r>
      <w:proofErr w:type="spellEnd"/>
      <w:r w:rsidRPr="00B068AE">
        <w:rPr>
          <w:sz w:val="28"/>
        </w:rPr>
        <w:t xml:space="preserve"> </w:t>
      </w:r>
      <w:proofErr w:type="spellStart"/>
      <w:r w:rsidRPr="00B068AE">
        <w:rPr>
          <w:sz w:val="28"/>
        </w:rPr>
        <w:t>dân</w:t>
      </w:r>
      <w:proofErr w:type="spellEnd"/>
      <w:r w:rsidRPr="00B068AE">
        <w:rPr>
          <w:sz w:val="28"/>
        </w:rPr>
        <w:t xml:space="preserve"> </w:t>
      </w:r>
      <w:proofErr w:type="spellStart"/>
      <w:r w:rsidRPr="00B068AE">
        <w:rPr>
          <w:sz w:val="28"/>
        </w:rPr>
        <w:t>tỉnh</w:t>
      </w:r>
      <w:proofErr w:type="spellEnd"/>
      <w:r w:rsidRPr="00B068AE">
        <w:rPr>
          <w:sz w:val="28"/>
        </w:rPr>
        <w:t xml:space="preserve"> </w:t>
      </w:r>
      <w:proofErr w:type="spellStart"/>
      <w:r w:rsidRPr="00B068AE">
        <w:rPr>
          <w:sz w:val="28"/>
        </w:rPr>
        <w:t>cơ</w:t>
      </w:r>
      <w:proofErr w:type="spellEnd"/>
      <w:r w:rsidRPr="00B068AE">
        <w:rPr>
          <w:sz w:val="28"/>
        </w:rPr>
        <w:t xml:space="preserve"> </w:t>
      </w:r>
      <w:proofErr w:type="spellStart"/>
      <w:r w:rsidRPr="00B068AE">
        <w:rPr>
          <w:sz w:val="28"/>
        </w:rPr>
        <w:t>bản</w:t>
      </w:r>
      <w:proofErr w:type="spellEnd"/>
      <w:r w:rsidRPr="00B068AE">
        <w:rPr>
          <w:sz w:val="28"/>
        </w:rPr>
        <w:t xml:space="preserve"> </w:t>
      </w:r>
      <w:proofErr w:type="spellStart"/>
      <w:r w:rsidRPr="00B068AE">
        <w:rPr>
          <w:sz w:val="28"/>
        </w:rPr>
        <w:t>thống</w:t>
      </w:r>
      <w:proofErr w:type="spellEnd"/>
      <w:r w:rsidRPr="00B068AE">
        <w:rPr>
          <w:sz w:val="28"/>
        </w:rPr>
        <w:t xml:space="preserve"> </w:t>
      </w:r>
      <w:proofErr w:type="spellStart"/>
      <w:r w:rsidRPr="00B068AE">
        <w:rPr>
          <w:sz w:val="28"/>
        </w:rPr>
        <w:t>nhất</w:t>
      </w:r>
      <w:proofErr w:type="spellEnd"/>
      <w:r w:rsidRPr="00B068AE">
        <w:rPr>
          <w:sz w:val="28"/>
        </w:rPr>
        <w:t xml:space="preserve"> </w:t>
      </w:r>
      <w:proofErr w:type="spellStart"/>
      <w:r w:rsidRPr="00B068AE">
        <w:rPr>
          <w:sz w:val="28"/>
        </w:rPr>
        <w:t>với</w:t>
      </w:r>
      <w:proofErr w:type="spellEnd"/>
      <w:r w:rsidRPr="00B068AE">
        <w:rPr>
          <w:sz w:val="28"/>
        </w:rPr>
        <w:t xml:space="preserve"> </w:t>
      </w:r>
      <w:proofErr w:type="spellStart"/>
      <w:r w:rsidRPr="00B068AE">
        <w:rPr>
          <w:sz w:val="28"/>
        </w:rPr>
        <w:t>các</w:t>
      </w:r>
      <w:proofErr w:type="spellEnd"/>
      <w:r w:rsidRPr="00B068AE">
        <w:rPr>
          <w:sz w:val="28"/>
        </w:rPr>
        <w:t xml:space="preserve"> </w:t>
      </w:r>
      <w:proofErr w:type="spellStart"/>
      <w:r w:rsidRPr="00B068AE">
        <w:rPr>
          <w:sz w:val="28"/>
        </w:rPr>
        <w:t>đánh</w:t>
      </w:r>
      <w:proofErr w:type="spellEnd"/>
      <w:r w:rsidRPr="00B068AE">
        <w:rPr>
          <w:sz w:val="28"/>
        </w:rPr>
        <w:t xml:space="preserve"> </w:t>
      </w:r>
      <w:proofErr w:type="spellStart"/>
      <w:r w:rsidRPr="00B068AE">
        <w:rPr>
          <w:sz w:val="28"/>
        </w:rPr>
        <w:t>giá</w:t>
      </w:r>
      <w:proofErr w:type="spellEnd"/>
      <w:r w:rsidRPr="00B068AE">
        <w:rPr>
          <w:sz w:val="28"/>
        </w:rPr>
        <w:t xml:space="preserve"> </w:t>
      </w:r>
      <w:proofErr w:type="spellStart"/>
      <w:r w:rsidRPr="00B068AE">
        <w:rPr>
          <w:sz w:val="28"/>
        </w:rPr>
        <w:t>về</w:t>
      </w:r>
      <w:proofErr w:type="spellEnd"/>
      <w:r w:rsidRPr="00B068AE">
        <w:rPr>
          <w:sz w:val="28"/>
        </w:rPr>
        <w:t xml:space="preserve"> </w:t>
      </w:r>
      <w:proofErr w:type="spellStart"/>
      <w:r w:rsidRPr="00B068AE">
        <w:rPr>
          <w:sz w:val="28"/>
        </w:rPr>
        <w:t>kết</w:t>
      </w:r>
      <w:proofErr w:type="spellEnd"/>
      <w:r w:rsidRPr="00B068AE">
        <w:rPr>
          <w:sz w:val="28"/>
        </w:rPr>
        <w:t xml:space="preserve"> </w:t>
      </w:r>
      <w:proofErr w:type="spellStart"/>
      <w:r w:rsidRPr="00B068AE">
        <w:rPr>
          <w:sz w:val="28"/>
        </w:rPr>
        <w:t>quả</w:t>
      </w:r>
      <w:proofErr w:type="spellEnd"/>
      <w:r w:rsidRPr="00B068AE">
        <w:rPr>
          <w:sz w:val="28"/>
        </w:rPr>
        <w:t xml:space="preserve"> </w:t>
      </w:r>
      <w:proofErr w:type="spellStart"/>
      <w:r w:rsidRPr="00B068AE">
        <w:rPr>
          <w:sz w:val="28"/>
        </w:rPr>
        <w:t>đạt</w:t>
      </w:r>
      <w:proofErr w:type="spellEnd"/>
      <w:r w:rsidRPr="00B068AE">
        <w:rPr>
          <w:sz w:val="28"/>
        </w:rPr>
        <w:t xml:space="preserve"> </w:t>
      </w:r>
      <w:proofErr w:type="spellStart"/>
      <w:r w:rsidRPr="00B068AE">
        <w:rPr>
          <w:sz w:val="28"/>
        </w:rPr>
        <w:t>được</w:t>
      </w:r>
      <w:proofErr w:type="spellEnd"/>
      <w:r w:rsidRPr="00B068AE">
        <w:rPr>
          <w:sz w:val="28"/>
        </w:rPr>
        <w:t xml:space="preserve">, </w:t>
      </w:r>
      <w:proofErr w:type="spellStart"/>
      <w:r w:rsidRPr="00B068AE">
        <w:rPr>
          <w:sz w:val="28"/>
        </w:rPr>
        <w:t>hạn</w:t>
      </w:r>
      <w:proofErr w:type="spellEnd"/>
      <w:r w:rsidRPr="00B068AE">
        <w:rPr>
          <w:sz w:val="28"/>
        </w:rPr>
        <w:t xml:space="preserve"> </w:t>
      </w:r>
      <w:proofErr w:type="spellStart"/>
      <w:r w:rsidRPr="00B068AE">
        <w:rPr>
          <w:sz w:val="28"/>
        </w:rPr>
        <w:t>chế</w:t>
      </w:r>
      <w:proofErr w:type="spellEnd"/>
      <w:r w:rsidRPr="00B068AE">
        <w:rPr>
          <w:sz w:val="28"/>
        </w:rPr>
        <w:t xml:space="preserve">, </w:t>
      </w:r>
      <w:proofErr w:type="spellStart"/>
      <w:r w:rsidRPr="00B068AE">
        <w:rPr>
          <w:sz w:val="28"/>
        </w:rPr>
        <w:t>nguyên</w:t>
      </w:r>
      <w:proofErr w:type="spellEnd"/>
      <w:r w:rsidRPr="00B068AE">
        <w:rPr>
          <w:sz w:val="28"/>
        </w:rPr>
        <w:t xml:space="preserve"> </w:t>
      </w:r>
      <w:proofErr w:type="spellStart"/>
      <w:r w:rsidRPr="00B068AE">
        <w:rPr>
          <w:sz w:val="28"/>
        </w:rPr>
        <w:t>nhân</w:t>
      </w:r>
      <w:proofErr w:type="spellEnd"/>
      <w:r w:rsidRPr="00B068AE">
        <w:rPr>
          <w:sz w:val="28"/>
        </w:rPr>
        <w:t xml:space="preserve"> </w:t>
      </w:r>
      <w:proofErr w:type="spellStart"/>
      <w:r w:rsidRPr="00B068AE">
        <w:rPr>
          <w:sz w:val="28"/>
        </w:rPr>
        <w:t>và</w:t>
      </w:r>
      <w:proofErr w:type="spellEnd"/>
      <w:r w:rsidRPr="00B068AE">
        <w:rPr>
          <w:sz w:val="28"/>
        </w:rPr>
        <w:t xml:space="preserve"> </w:t>
      </w:r>
      <w:proofErr w:type="spellStart"/>
      <w:r w:rsidRPr="00B068AE">
        <w:rPr>
          <w:sz w:val="28"/>
        </w:rPr>
        <w:t>nhiệm</w:t>
      </w:r>
      <w:proofErr w:type="spellEnd"/>
      <w:r w:rsidRPr="00B068AE">
        <w:rPr>
          <w:sz w:val="28"/>
        </w:rPr>
        <w:t xml:space="preserve"> </w:t>
      </w:r>
      <w:proofErr w:type="spellStart"/>
      <w:r w:rsidRPr="00B068AE">
        <w:rPr>
          <w:sz w:val="28"/>
        </w:rPr>
        <w:t>vụ</w:t>
      </w:r>
      <w:proofErr w:type="spellEnd"/>
      <w:r w:rsidRPr="00B068AE">
        <w:rPr>
          <w:sz w:val="28"/>
        </w:rPr>
        <w:t xml:space="preserve">, </w:t>
      </w:r>
      <w:proofErr w:type="spellStart"/>
      <w:r w:rsidRPr="00B068AE">
        <w:rPr>
          <w:sz w:val="28"/>
        </w:rPr>
        <w:t>giải</w:t>
      </w:r>
      <w:proofErr w:type="spellEnd"/>
      <w:r w:rsidRPr="00B068AE">
        <w:rPr>
          <w:sz w:val="28"/>
        </w:rPr>
        <w:t xml:space="preserve"> </w:t>
      </w:r>
      <w:proofErr w:type="spellStart"/>
      <w:r w:rsidRPr="00B068AE">
        <w:rPr>
          <w:sz w:val="28"/>
        </w:rPr>
        <w:t>pháp</w:t>
      </w:r>
      <w:proofErr w:type="spellEnd"/>
      <w:r w:rsidRPr="00B068AE">
        <w:rPr>
          <w:sz w:val="28"/>
        </w:rPr>
        <w:t xml:space="preserve"> 6 </w:t>
      </w:r>
      <w:proofErr w:type="spellStart"/>
      <w:r w:rsidRPr="00B068AE">
        <w:rPr>
          <w:sz w:val="28"/>
        </w:rPr>
        <w:t>tháng</w:t>
      </w:r>
      <w:proofErr w:type="spellEnd"/>
      <w:r w:rsidRPr="00B068AE">
        <w:rPr>
          <w:sz w:val="28"/>
        </w:rPr>
        <w:t xml:space="preserve"> </w:t>
      </w:r>
      <w:proofErr w:type="spellStart"/>
      <w:r w:rsidRPr="00B068AE">
        <w:rPr>
          <w:sz w:val="28"/>
        </w:rPr>
        <w:t>cuối</w:t>
      </w:r>
      <w:proofErr w:type="spellEnd"/>
      <w:r w:rsidRPr="00B068AE">
        <w:rPr>
          <w:sz w:val="28"/>
        </w:rPr>
        <w:t xml:space="preserve"> </w:t>
      </w:r>
      <w:proofErr w:type="spellStart"/>
      <w:r w:rsidRPr="00B068AE">
        <w:rPr>
          <w:sz w:val="28"/>
        </w:rPr>
        <w:t>năm</w:t>
      </w:r>
      <w:proofErr w:type="spellEnd"/>
      <w:r w:rsidRPr="00B068AE">
        <w:rPr>
          <w:sz w:val="28"/>
        </w:rPr>
        <w:t xml:space="preserve"> 2026 </w:t>
      </w:r>
      <w:proofErr w:type="spellStart"/>
      <w:r w:rsidRPr="00B068AE">
        <w:rPr>
          <w:sz w:val="28"/>
        </w:rPr>
        <w:t>nêu</w:t>
      </w:r>
      <w:proofErr w:type="spellEnd"/>
      <w:r w:rsidRPr="00B068AE">
        <w:rPr>
          <w:sz w:val="28"/>
        </w:rPr>
        <w:t xml:space="preserve"> </w:t>
      </w:r>
      <w:proofErr w:type="spellStart"/>
      <w:r w:rsidRPr="00B068AE">
        <w:rPr>
          <w:sz w:val="28"/>
        </w:rPr>
        <w:t>trong</w:t>
      </w:r>
      <w:proofErr w:type="spellEnd"/>
      <w:r w:rsidRPr="00B068AE">
        <w:rPr>
          <w:sz w:val="28"/>
        </w:rPr>
        <w:t xml:space="preserve"> </w:t>
      </w:r>
      <w:proofErr w:type="spellStart"/>
      <w:r w:rsidRPr="00B068AE">
        <w:rPr>
          <w:sz w:val="28"/>
        </w:rPr>
        <w:t>các</w:t>
      </w:r>
      <w:proofErr w:type="spellEnd"/>
      <w:r w:rsidRPr="00B068AE">
        <w:rPr>
          <w:sz w:val="28"/>
        </w:rPr>
        <w:t xml:space="preserve"> </w:t>
      </w:r>
      <w:proofErr w:type="spellStart"/>
      <w:r w:rsidRPr="00B068AE">
        <w:rPr>
          <w:sz w:val="28"/>
        </w:rPr>
        <w:t>báo</w:t>
      </w:r>
      <w:proofErr w:type="spellEnd"/>
      <w:r w:rsidRPr="00B068AE">
        <w:rPr>
          <w:sz w:val="28"/>
        </w:rPr>
        <w:t xml:space="preserve"> </w:t>
      </w:r>
      <w:proofErr w:type="spellStart"/>
      <w:r w:rsidRPr="00B068AE">
        <w:rPr>
          <w:sz w:val="28"/>
        </w:rPr>
        <w:t>cáo</w:t>
      </w:r>
      <w:proofErr w:type="spellEnd"/>
      <w:r w:rsidRPr="00B068AE">
        <w:rPr>
          <w:sz w:val="28"/>
        </w:rPr>
        <w:t xml:space="preserve">, </w:t>
      </w:r>
      <w:proofErr w:type="spellStart"/>
      <w:r w:rsidRPr="00B068AE">
        <w:rPr>
          <w:sz w:val="28"/>
        </w:rPr>
        <w:t>báo</w:t>
      </w:r>
      <w:proofErr w:type="spellEnd"/>
      <w:r w:rsidRPr="00B068AE">
        <w:rPr>
          <w:sz w:val="28"/>
        </w:rPr>
        <w:t xml:space="preserve"> </w:t>
      </w:r>
      <w:proofErr w:type="spellStart"/>
      <w:r w:rsidRPr="00B068AE">
        <w:rPr>
          <w:sz w:val="28"/>
        </w:rPr>
        <w:t>cáo</w:t>
      </w:r>
      <w:proofErr w:type="spellEnd"/>
      <w:r w:rsidRPr="00B068AE">
        <w:rPr>
          <w:sz w:val="28"/>
        </w:rPr>
        <w:t xml:space="preserve"> </w:t>
      </w:r>
      <w:proofErr w:type="spellStart"/>
      <w:r w:rsidRPr="00B068AE">
        <w:rPr>
          <w:sz w:val="28"/>
        </w:rPr>
        <w:t>thẩm</w:t>
      </w:r>
      <w:proofErr w:type="spellEnd"/>
      <w:r w:rsidRPr="00B068AE">
        <w:rPr>
          <w:sz w:val="28"/>
        </w:rPr>
        <w:t xml:space="preserve"> </w:t>
      </w:r>
      <w:proofErr w:type="spellStart"/>
      <w:r w:rsidRPr="00B068AE">
        <w:rPr>
          <w:sz w:val="28"/>
        </w:rPr>
        <w:t>tra</w:t>
      </w:r>
      <w:proofErr w:type="spellEnd"/>
      <w:r w:rsidRPr="00B068AE">
        <w:rPr>
          <w:sz w:val="28"/>
        </w:rPr>
        <w:t xml:space="preserve"> </w:t>
      </w:r>
      <w:proofErr w:type="spellStart"/>
      <w:r w:rsidRPr="00B068AE">
        <w:rPr>
          <w:sz w:val="28"/>
        </w:rPr>
        <w:t>và</w:t>
      </w:r>
      <w:proofErr w:type="spellEnd"/>
      <w:r w:rsidRPr="00B068AE">
        <w:rPr>
          <w:sz w:val="28"/>
        </w:rPr>
        <w:t xml:space="preserve"> </w:t>
      </w:r>
      <w:proofErr w:type="spellStart"/>
      <w:r w:rsidRPr="00B068AE">
        <w:rPr>
          <w:sz w:val="28"/>
        </w:rPr>
        <w:t>các</w:t>
      </w:r>
      <w:proofErr w:type="spellEnd"/>
      <w:r w:rsidRPr="00B068AE">
        <w:rPr>
          <w:sz w:val="28"/>
        </w:rPr>
        <w:t xml:space="preserve"> ý </w:t>
      </w:r>
      <w:proofErr w:type="spellStart"/>
      <w:r w:rsidRPr="00B068AE">
        <w:rPr>
          <w:sz w:val="28"/>
        </w:rPr>
        <w:t>kiến</w:t>
      </w:r>
      <w:proofErr w:type="spellEnd"/>
      <w:r w:rsidRPr="00B068AE">
        <w:rPr>
          <w:sz w:val="28"/>
        </w:rPr>
        <w:t xml:space="preserve"> </w:t>
      </w:r>
      <w:proofErr w:type="spellStart"/>
      <w:r w:rsidRPr="00B068AE">
        <w:rPr>
          <w:sz w:val="28"/>
        </w:rPr>
        <w:t>kết</w:t>
      </w:r>
      <w:proofErr w:type="spellEnd"/>
      <w:r w:rsidRPr="00B068AE">
        <w:rPr>
          <w:sz w:val="28"/>
        </w:rPr>
        <w:t xml:space="preserve"> </w:t>
      </w:r>
      <w:proofErr w:type="spellStart"/>
      <w:r w:rsidRPr="00B068AE">
        <w:rPr>
          <w:sz w:val="28"/>
        </w:rPr>
        <w:t>luận</w:t>
      </w:r>
      <w:proofErr w:type="spellEnd"/>
      <w:r w:rsidRPr="00B068AE">
        <w:rPr>
          <w:sz w:val="28"/>
        </w:rPr>
        <w:t xml:space="preserve"> </w:t>
      </w:r>
      <w:proofErr w:type="spellStart"/>
      <w:r w:rsidRPr="00B068AE">
        <w:rPr>
          <w:sz w:val="28"/>
        </w:rPr>
        <w:t>của</w:t>
      </w:r>
      <w:proofErr w:type="spellEnd"/>
      <w:r w:rsidRPr="00B068AE">
        <w:rPr>
          <w:sz w:val="28"/>
        </w:rPr>
        <w:t xml:space="preserve"> </w:t>
      </w:r>
      <w:proofErr w:type="spellStart"/>
      <w:r w:rsidRPr="00B068AE">
        <w:rPr>
          <w:sz w:val="28"/>
        </w:rPr>
        <w:t>Chủ</w:t>
      </w:r>
      <w:proofErr w:type="spellEnd"/>
      <w:r w:rsidRPr="00B068AE">
        <w:rPr>
          <w:sz w:val="28"/>
        </w:rPr>
        <w:t xml:space="preserve"> </w:t>
      </w:r>
      <w:proofErr w:type="spellStart"/>
      <w:r w:rsidRPr="00B068AE">
        <w:rPr>
          <w:sz w:val="28"/>
        </w:rPr>
        <w:t>tọa</w:t>
      </w:r>
      <w:proofErr w:type="spellEnd"/>
      <w:r w:rsidRPr="00B068AE">
        <w:rPr>
          <w:sz w:val="28"/>
        </w:rPr>
        <w:t xml:space="preserve"> </w:t>
      </w:r>
      <w:proofErr w:type="spellStart"/>
      <w:r w:rsidRPr="00B068AE">
        <w:rPr>
          <w:sz w:val="28"/>
        </w:rPr>
        <w:t>kỳ</w:t>
      </w:r>
      <w:proofErr w:type="spellEnd"/>
      <w:r w:rsidRPr="00B068AE">
        <w:rPr>
          <w:sz w:val="28"/>
        </w:rPr>
        <w:t xml:space="preserve"> </w:t>
      </w:r>
      <w:proofErr w:type="spellStart"/>
      <w:r w:rsidRPr="00B068AE">
        <w:rPr>
          <w:sz w:val="28"/>
        </w:rPr>
        <w:t>họp</w:t>
      </w:r>
      <w:proofErr w:type="spellEnd"/>
      <w:r w:rsidRPr="00B068AE">
        <w:rPr>
          <w:sz w:val="28"/>
        </w:rPr>
        <w:t xml:space="preserve">; </w:t>
      </w:r>
      <w:proofErr w:type="spellStart"/>
      <w:r w:rsidRPr="00B068AE">
        <w:rPr>
          <w:sz w:val="28"/>
        </w:rPr>
        <w:t>đồng</w:t>
      </w:r>
      <w:proofErr w:type="spellEnd"/>
      <w:r w:rsidRPr="00B068AE">
        <w:rPr>
          <w:sz w:val="28"/>
        </w:rPr>
        <w:t xml:space="preserve"> </w:t>
      </w:r>
      <w:proofErr w:type="spellStart"/>
      <w:r w:rsidRPr="00B068AE">
        <w:rPr>
          <w:sz w:val="28"/>
        </w:rPr>
        <w:t>thời</w:t>
      </w:r>
      <w:proofErr w:type="spellEnd"/>
      <w:r w:rsidRPr="00B068AE">
        <w:rPr>
          <w:sz w:val="28"/>
        </w:rPr>
        <w:t xml:space="preserve"> </w:t>
      </w:r>
      <w:proofErr w:type="spellStart"/>
      <w:r w:rsidRPr="00B068AE">
        <w:rPr>
          <w:sz w:val="28"/>
        </w:rPr>
        <w:t>yêu</w:t>
      </w:r>
      <w:proofErr w:type="spellEnd"/>
      <w:r w:rsidRPr="00B068AE">
        <w:rPr>
          <w:sz w:val="28"/>
        </w:rPr>
        <w:t xml:space="preserve"> </w:t>
      </w:r>
      <w:proofErr w:type="spellStart"/>
      <w:r w:rsidRPr="00B068AE">
        <w:rPr>
          <w:sz w:val="28"/>
        </w:rPr>
        <w:t>cầu</w:t>
      </w:r>
      <w:proofErr w:type="spellEnd"/>
      <w:r w:rsidRPr="00B068AE">
        <w:rPr>
          <w:sz w:val="28"/>
        </w:rPr>
        <w:t xml:space="preserve"> </w:t>
      </w:r>
      <w:proofErr w:type="spellStart"/>
      <w:r w:rsidRPr="00B068AE">
        <w:rPr>
          <w:sz w:val="28"/>
        </w:rPr>
        <w:t>các</w:t>
      </w:r>
      <w:proofErr w:type="spellEnd"/>
      <w:r w:rsidRPr="00B068AE">
        <w:rPr>
          <w:sz w:val="28"/>
        </w:rPr>
        <w:t xml:space="preserve"> </w:t>
      </w:r>
      <w:proofErr w:type="spellStart"/>
      <w:r w:rsidRPr="00B068AE">
        <w:rPr>
          <w:sz w:val="28"/>
        </w:rPr>
        <w:t>cơ</w:t>
      </w:r>
      <w:proofErr w:type="spellEnd"/>
      <w:r w:rsidRPr="00B068AE">
        <w:rPr>
          <w:sz w:val="28"/>
        </w:rPr>
        <w:t xml:space="preserve"> </w:t>
      </w:r>
      <w:proofErr w:type="spellStart"/>
      <w:r w:rsidRPr="00B068AE">
        <w:rPr>
          <w:sz w:val="28"/>
        </w:rPr>
        <w:t>quan</w:t>
      </w:r>
      <w:proofErr w:type="spellEnd"/>
      <w:r w:rsidRPr="00B068AE">
        <w:rPr>
          <w:sz w:val="28"/>
        </w:rPr>
        <w:t xml:space="preserve">, </w:t>
      </w:r>
      <w:proofErr w:type="spellStart"/>
      <w:r w:rsidRPr="00B068AE">
        <w:rPr>
          <w:sz w:val="28"/>
        </w:rPr>
        <w:t>đơn</w:t>
      </w:r>
      <w:proofErr w:type="spellEnd"/>
      <w:r w:rsidRPr="00B068AE">
        <w:rPr>
          <w:sz w:val="28"/>
        </w:rPr>
        <w:t xml:space="preserve"> </w:t>
      </w:r>
      <w:proofErr w:type="spellStart"/>
      <w:r w:rsidRPr="00B068AE">
        <w:rPr>
          <w:sz w:val="28"/>
        </w:rPr>
        <w:t>vị</w:t>
      </w:r>
      <w:proofErr w:type="spellEnd"/>
      <w:r w:rsidRPr="00B068AE">
        <w:rPr>
          <w:sz w:val="28"/>
        </w:rPr>
        <w:t xml:space="preserve"> </w:t>
      </w:r>
      <w:proofErr w:type="spellStart"/>
      <w:r w:rsidRPr="00B068AE">
        <w:rPr>
          <w:sz w:val="28"/>
        </w:rPr>
        <w:t>khẩn</w:t>
      </w:r>
      <w:proofErr w:type="spellEnd"/>
      <w:r w:rsidRPr="00B068AE">
        <w:rPr>
          <w:sz w:val="28"/>
        </w:rPr>
        <w:t xml:space="preserve"> </w:t>
      </w:r>
      <w:proofErr w:type="spellStart"/>
      <w:r w:rsidRPr="00B068AE">
        <w:rPr>
          <w:sz w:val="28"/>
        </w:rPr>
        <w:t>trương</w:t>
      </w:r>
      <w:proofErr w:type="spellEnd"/>
      <w:r w:rsidRPr="00B068AE">
        <w:rPr>
          <w:sz w:val="28"/>
        </w:rPr>
        <w:t xml:space="preserve"> </w:t>
      </w:r>
      <w:proofErr w:type="spellStart"/>
      <w:r w:rsidRPr="00B068AE">
        <w:rPr>
          <w:sz w:val="28"/>
        </w:rPr>
        <w:t>khắc</w:t>
      </w:r>
      <w:proofErr w:type="spellEnd"/>
      <w:r w:rsidRPr="00B068AE">
        <w:rPr>
          <w:sz w:val="28"/>
        </w:rPr>
        <w:t xml:space="preserve"> </w:t>
      </w:r>
      <w:proofErr w:type="spellStart"/>
      <w:r w:rsidRPr="00B068AE">
        <w:rPr>
          <w:sz w:val="28"/>
        </w:rPr>
        <w:t>phục</w:t>
      </w:r>
      <w:proofErr w:type="spellEnd"/>
      <w:r w:rsidRPr="00B068AE">
        <w:rPr>
          <w:sz w:val="28"/>
        </w:rPr>
        <w:t xml:space="preserve"> </w:t>
      </w:r>
      <w:proofErr w:type="spellStart"/>
      <w:r w:rsidRPr="00B068AE">
        <w:rPr>
          <w:sz w:val="28"/>
        </w:rPr>
        <w:t>những</w:t>
      </w:r>
      <w:proofErr w:type="spellEnd"/>
      <w:r w:rsidRPr="00B068AE">
        <w:rPr>
          <w:sz w:val="28"/>
        </w:rPr>
        <w:t xml:space="preserve"> </w:t>
      </w:r>
      <w:proofErr w:type="spellStart"/>
      <w:r w:rsidRPr="00B068AE">
        <w:rPr>
          <w:sz w:val="28"/>
        </w:rPr>
        <w:t>tồn</w:t>
      </w:r>
      <w:proofErr w:type="spellEnd"/>
      <w:r w:rsidRPr="00B068AE">
        <w:rPr>
          <w:sz w:val="28"/>
        </w:rPr>
        <w:t xml:space="preserve"> </w:t>
      </w:r>
      <w:proofErr w:type="spellStart"/>
      <w:r w:rsidRPr="00B068AE">
        <w:rPr>
          <w:sz w:val="28"/>
        </w:rPr>
        <w:t>tại</w:t>
      </w:r>
      <w:proofErr w:type="spellEnd"/>
      <w:r w:rsidRPr="00B068AE">
        <w:rPr>
          <w:sz w:val="28"/>
        </w:rPr>
        <w:t xml:space="preserve">, </w:t>
      </w:r>
      <w:proofErr w:type="spellStart"/>
      <w:r w:rsidRPr="00B068AE">
        <w:rPr>
          <w:sz w:val="28"/>
        </w:rPr>
        <w:t>hạn</w:t>
      </w:r>
      <w:proofErr w:type="spellEnd"/>
      <w:r w:rsidRPr="00B068AE">
        <w:rPr>
          <w:sz w:val="28"/>
        </w:rPr>
        <w:t xml:space="preserve"> </w:t>
      </w:r>
      <w:proofErr w:type="spellStart"/>
      <w:r w:rsidRPr="00B068AE">
        <w:rPr>
          <w:sz w:val="28"/>
        </w:rPr>
        <w:t>chế</w:t>
      </w:r>
      <w:proofErr w:type="spellEnd"/>
      <w:r w:rsidRPr="00B068AE">
        <w:rPr>
          <w:sz w:val="28"/>
        </w:rPr>
        <w:t xml:space="preserve"> </w:t>
      </w:r>
      <w:proofErr w:type="spellStart"/>
      <w:r w:rsidRPr="00B068AE">
        <w:rPr>
          <w:sz w:val="28"/>
        </w:rPr>
        <w:t>đã</w:t>
      </w:r>
      <w:proofErr w:type="spellEnd"/>
      <w:r w:rsidRPr="00B068AE">
        <w:rPr>
          <w:sz w:val="28"/>
        </w:rPr>
        <w:t xml:space="preserve"> </w:t>
      </w:r>
      <w:proofErr w:type="spellStart"/>
      <w:r w:rsidRPr="00B068AE">
        <w:rPr>
          <w:sz w:val="28"/>
        </w:rPr>
        <w:t>được</w:t>
      </w:r>
      <w:proofErr w:type="spellEnd"/>
      <w:r w:rsidRPr="00B068AE">
        <w:rPr>
          <w:sz w:val="28"/>
        </w:rPr>
        <w:t xml:space="preserve"> </w:t>
      </w:r>
      <w:proofErr w:type="spellStart"/>
      <w:r w:rsidRPr="00B068AE">
        <w:rPr>
          <w:sz w:val="28"/>
        </w:rPr>
        <w:t>chỉ</w:t>
      </w:r>
      <w:proofErr w:type="spellEnd"/>
      <w:r w:rsidRPr="00B068AE">
        <w:rPr>
          <w:sz w:val="28"/>
        </w:rPr>
        <w:t xml:space="preserve"> </w:t>
      </w:r>
      <w:proofErr w:type="spellStart"/>
      <w:r w:rsidRPr="00B068AE">
        <w:rPr>
          <w:sz w:val="28"/>
        </w:rPr>
        <w:t>ra</w:t>
      </w:r>
      <w:proofErr w:type="spellEnd"/>
      <w:r w:rsidRPr="00B068AE">
        <w:rPr>
          <w:sz w:val="28"/>
        </w:rPr>
        <w:t xml:space="preserve">, </w:t>
      </w:r>
      <w:proofErr w:type="spellStart"/>
      <w:r w:rsidRPr="00B068AE">
        <w:rPr>
          <w:sz w:val="28"/>
        </w:rPr>
        <w:t>bảo</w:t>
      </w:r>
      <w:proofErr w:type="spellEnd"/>
      <w:r w:rsidRPr="00B068AE">
        <w:rPr>
          <w:sz w:val="28"/>
        </w:rPr>
        <w:t xml:space="preserve"> </w:t>
      </w:r>
      <w:proofErr w:type="spellStart"/>
      <w:r w:rsidRPr="00B068AE">
        <w:rPr>
          <w:sz w:val="28"/>
        </w:rPr>
        <w:t>đảm</w:t>
      </w:r>
      <w:proofErr w:type="spellEnd"/>
      <w:r w:rsidRPr="00B068AE">
        <w:rPr>
          <w:sz w:val="28"/>
        </w:rPr>
        <w:t xml:space="preserve"> </w:t>
      </w:r>
      <w:proofErr w:type="spellStart"/>
      <w:r w:rsidRPr="00B068AE">
        <w:rPr>
          <w:sz w:val="28"/>
        </w:rPr>
        <w:t>hoàn</w:t>
      </w:r>
      <w:proofErr w:type="spellEnd"/>
      <w:r w:rsidRPr="00B068AE">
        <w:rPr>
          <w:sz w:val="28"/>
        </w:rPr>
        <w:t xml:space="preserve"> </w:t>
      </w:r>
      <w:proofErr w:type="spellStart"/>
      <w:r w:rsidRPr="00B068AE">
        <w:rPr>
          <w:sz w:val="28"/>
        </w:rPr>
        <w:t>thành</w:t>
      </w:r>
      <w:proofErr w:type="spellEnd"/>
      <w:r w:rsidRPr="00B068AE">
        <w:rPr>
          <w:sz w:val="28"/>
        </w:rPr>
        <w:t xml:space="preserve"> </w:t>
      </w:r>
      <w:proofErr w:type="spellStart"/>
      <w:r w:rsidRPr="00B068AE">
        <w:rPr>
          <w:sz w:val="28"/>
        </w:rPr>
        <w:t>cao</w:t>
      </w:r>
      <w:proofErr w:type="spellEnd"/>
      <w:r w:rsidRPr="00B068AE">
        <w:rPr>
          <w:sz w:val="28"/>
        </w:rPr>
        <w:t xml:space="preserve"> </w:t>
      </w:r>
      <w:proofErr w:type="spellStart"/>
      <w:r w:rsidRPr="00B068AE">
        <w:rPr>
          <w:sz w:val="28"/>
        </w:rPr>
        <w:t>nhất</w:t>
      </w:r>
      <w:proofErr w:type="spellEnd"/>
      <w:r w:rsidRPr="00B068AE">
        <w:rPr>
          <w:sz w:val="28"/>
        </w:rPr>
        <w:t xml:space="preserve"> </w:t>
      </w:r>
      <w:proofErr w:type="spellStart"/>
      <w:r w:rsidRPr="00B068AE">
        <w:rPr>
          <w:sz w:val="28"/>
        </w:rPr>
        <w:t>các</w:t>
      </w:r>
      <w:proofErr w:type="spellEnd"/>
      <w:r w:rsidRPr="00B068AE">
        <w:rPr>
          <w:sz w:val="28"/>
        </w:rPr>
        <w:t xml:space="preserve"> </w:t>
      </w:r>
      <w:proofErr w:type="spellStart"/>
      <w:r w:rsidRPr="00B068AE">
        <w:rPr>
          <w:sz w:val="28"/>
        </w:rPr>
        <w:t>mục</w:t>
      </w:r>
      <w:proofErr w:type="spellEnd"/>
      <w:r w:rsidRPr="00B068AE">
        <w:rPr>
          <w:sz w:val="28"/>
        </w:rPr>
        <w:t xml:space="preserve"> </w:t>
      </w:r>
      <w:proofErr w:type="spellStart"/>
      <w:r w:rsidRPr="00B068AE">
        <w:rPr>
          <w:sz w:val="28"/>
        </w:rPr>
        <w:t>tiêu</w:t>
      </w:r>
      <w:proofErr w:type="spellEnd"/>
      <w:r w:rsidRPr="00B068AE">
        <w:rPr>
          <w:sz w:val="28"/>
        </w:rPr>
        <w:t xml:space="preserve">, </w:t>
      </w:r>
      <w:proofErr w:type="spellStart"/>
      <w:r w:rsidRPr="00B068AE">
        <w:rPr>
          <w:sz w:val="28"/>
        </w:rPr>
        <w:t>chỉ</w:t>
      </w:r>
      <w:proofErr w:type="spellEnd"/>
      <w:r w:rsidRPr="00B068AE">
        <w:rPr>
          <w:sz w:val="28"/>
        </w:rPr>
        <w:t xml:space="preserve"> </w:t>
      </w:r>
      <w:proofErr w:type="spellStart"/>
      <w:r w:rsidRPr="00B068AE">
        <w:rPr>
          <w:sz w:val="28"/>
        </w:rPr>
        <w:t>tiêu</w:t>
      </w:r>
      <w:proofErr w:type="spellEnd"/>
      <w:r w:rsidRPr="00B068AE">
        <w:rPr>
          <w:sz w:val="28"/>
        </w:rPr>
        <w:t xml:space="preserve">, </w:t>
      </w:r>
      <w:proofErr w:type="spellStart"/>
      <w:r w:rsidRPr="00B068AE">
        <w:rPr>
          <w:sz w:val="28"/>
        </w:rPr>
        <w:t>nhiệm</w:t>
      </w:r>
      <w:proofErr w:type="spellEnd"/>
      <w:r w:rsidRPr="00B068AE">
        <w:rPr>
          <w:sz w:val="28"/>
        </w:rPr>
        <w:t xml:space="preserve"> </w:t>
      </w:r>
      <w:proofErr w:type="spellStart"/>
      <w:r w:rsidRPr="00B068AE">
        <w:rPr>
          <w:sz w:val="28"/>
        </w:rPr>
        <w:t>vụ</w:t>
      </w:r>
      <w:proofErr w:type="spellEnd"/>
      <w:r w:rsidRPr="00B068AE">
        <w:rPr>
          <w:sz w:val="28"/>
        </w:rPr>
        <w:t xml:space="preserve"> </w:t>
      </w:r>
      <w:proofErr w:type="spellStart"/>
      <w:r w:rsidRPr="00B068AE">
        <w:rPr>
          <w:sz w:val="28"/>
        </w:rPr>
        <w:t>năm</w:t>
      </w:r>
      <w:proofErr w:type="spellEnd"/>
      <w:r w:rsidRPr="00B068AE">
        <w:rPr>
          <w:sz w:val="28"/>
        </w:rPr>
        <w:t xml:space="preserve"> 2026.</w:t>
      </w:r>
    </w:p>
    <w:p w14:paraId="7117310F" w14:textId="77777777" w:rsidR="00343ABC" w:rsidRPr="00B068AE" w:rsidRDefault="006008B5" w:rsidP="00B068AE">
      <w:pPr>
        <w:widowControl w:val="0"/>
        <w:spacing w:before="120" w:after="0"/>
        <w:ind w:firstLine="720"/>
        <w:jc w:val="both"/>
        <w:rPr>
          <w:sz w:val="28"/>
          <w:szCs w:val="28"/>
        </w:rPr>
      </w:pPr>
      <w:proofErr w:type="spellStart"/>
      <w:r w:rsidRPr="00B068AE">
        <w:rPr>
          <w:b/>
          <w:sz w:val="28"/>
          <w:szCs w:val="28"/>
        </w:rPr>
        <w:t>Điều</w:t>
      </w:r>
      <w:proofErr w:type="spellEnd"/>
      <w:r w:rsidRPr="00B068AE">
        <w:rPr>
          <w:b/>
          <w:sz w:val="28"/>
          <w:szCs w:val="28"/>
        </w:rPr>
        <w:t xml:space="preserve"> 2. </w:t>
      </w:r>
      <w:proofErr w:type="spellStart"/>
      <w:r w:rsidRPr="00B068AE">
        <w:rPr>
          <w:b/>
          <w:sz w:val="28"/>
          <w:szCs w:val="28"/>
        </w:rPr>
        <w:t>Nhiệm</w:t>
      </w:r>
      <w:proofErr w:type="spellEnd"/>
      <w:r w:rsidRPr="00B068AE">
        <w:rPr>
          <w:b/>
          <w:sz w:val="28"/>
          <w:szCs w:val="28"/>
        </w:rPr>
        <w:t xml:space="preserve"> </w:t>
      </w:r>
      <w:proofErr w:type="spellStart"/>
      <w:r w:rsidRPr="00B068AE">
        <w:rPr>
          <w:b/>
          <w:sz w:val="28"/>
          <w:szCs w:val="28"/>
        </w:rPr>
        <w:t>vụ</w:t>
      </w:r>
      <w:proofErr w:type="spellEnd"/>
      <w:r w:rsidRPr="00B068AE">
        <w:rPr>
          <w:b/>
          <w:sz w:val="28"/>
          <w:szCs w:val="28"/>
        </w:rPr>
        <w:t xml:space="preserve"> </w:t>
      </w:r>
      <w:proofErr w:type="spellStart"/>
      <w:r w:rsidRPr="00B068AE">
        <w:rPr>
          <w:b/>
          <w:sz w:val="28"/>
          <w:szCs w:val="28"/>
        </w:rPr>
        <w:t>trọng</w:t>
      </w:r>
      <w:proofErr w:type="spellEnd"/>
      <w:r w:rsidRPr="00B068AE">
        <w:rPr>
          <w:b/>
          <w:sz w:val="28"/>
          <w:szCs w:val="28"/>
        </w:rPr>
        <w:t xml:space="preserve"> </w:t>
      </w:r>
      <w:proofErr w:type="spellStart"/>
      <w:r w:rsidRPr="00B068AE">
        <w:rPr>
          <w:b/>
          <w:sz w:val="28"/>
          <w:szCs w:val="28"/>
        </w:rPr>
        <w:t>tâm</w:t>
      </w:r>
      <w:proofErr w:type="spellEnd"/>
      <w:r w:rsidRPr="00B068AE">
        <w:rPr>
          <w:b/>
          <w:sz w:val="28"/>
          <w:szCs w:val="28"/>
        </w:rPr>
        <w:t xml:space="preserve"> </w:t>
      </w:r>
      <w:proofErr w:type="spellStart"/>
      <w:r w:rsidRPr="00B068AE">
        <w:rPr>
          <w:b/>
          <w:sz w:val="28"/>
          <w:szCs w:val="28"/>
        </w:rPr>
        <w:t>sau</w:t>
      </w:r>
      <w:proofErr w:type="spellEnd"/>
      <w:r w:rsidRPr="00B068AE">
        <w:rPr>
          <w:b/>
          <w:sz w:val="28"/>
          <w:szCs w:val="28"/>
        </w:rPr>
        <w:t xml:space="preserve"> </w:t>
      </w:r>
      <w:proofErr w:type="spellStart"/>
      <w:r w:rsidRPr="00B068AE">
        <w:rPr>
          <w:b/>
          <w:sz w:val="28"/>
          <w:szCs w:val="28"/>
        </w:rPr>
        <w:t>kỳ</w:t>
      </w:r>
      <w:proofErr w:type="spellEnd"/>
      <w:r w:rsidRPr="00B068AE">
        <w:rPr>
          <w:b/>
          <w:sz w:val="28"/>
          <w:szCs w:val="28"/>
        </w:rPr>
        <w:t xml:space="preserve"> </w:t>
      </w:r>
      <w:proofErr w:type="spellStart"/>
      <w:r w:rsidRPr="00B068AE">
        <w:rPr>
          <w:b/>
          <w:sz w:val="28"/>
          <w:szCs w:val="28"/>
        </w:rPr>
        <w:t>họp</w:t>
      </w:r>
      <w:proofErr w:type="spellEnd"/>
    </w:p>
    <w:p w14:paraId="19AE4843" w14:textId="2CAE2B9B" w:rsidR="005065C7" w:rsidRDefault="006008B5" w:rsidP="00B068AE">
      <w:pPr>
        <w:widowControl w:val="0"/>
        <w:spacing w:before="120" w:after="0"/>
        <w:ind w:firstLine="720"/>
        <w:jc w:val="both"/>
        <w:rPr>
          <w:sz w:val="28"/>
        </w:rPr>
      </w:pPr>
      <w:r w:rsidRPr="00B068AE">
        <w:rPr>
          <w:sz w:val="28"/>
        </w:rPr>
        <w:t xml:space="preserve">1. </w:t>
      </w:r>
      <w:proofErr w:type="spellStart"/>
      <w:r w:rsidRPr="00B068AE">
        <w:rPr>
          <w:sz w:val="28"/>
        </w:rPr>
        <w:t>Ủy</w:t>
      </w:r>
      <w:proofErr w:type="spellEnd"/>
      <w:r w:rsidRPr="00B068AE">
        <w:rPr>
          <w:sz w:val="28"/>
        </w:rPr>
        <w:t xml:space="preserve"> ban </w:t>
      </w:r>
      <w:proofErr w:type="spellStart"/>
      <w:r w:rsidRPr="00B068AE">
        <w:rPr>
          <w:sz w:val="28"/>
        </w:rPr>
        <w:t>nhân</w:t>
      </w:r>
      <w:proofErr w:type="spellEnd"/>
      <w:r w:rsidRPr="00B068AE">
        <w:rPr>
          <w:sz w:val="28"/>
        </w:rPr>
        <w:t xml:space="preserve"> </w:t>
      </w:r>
      <w:proofErr w:type="spellStart"/>
      <w:r w:rsidRPr="00B068AE">
        <w:rPr>
          <w:sz w:val="28"/>
        </w:rPr>
        <w:t>dân</w:t>
      </w:r>
      <w:proofErr w:type="spellEnd"/>
      <w:r w:rsidRPr="00B068AE">
        <w:rPr>
          <w:sz w:val="28"/>
        </w:rPr>
        <w:t xml:space="preserve"> </w:t>
      </w:r>
      <w:proofErr w:type="spellStart"/>
      <w:r w:rsidRPr="00B068AE">
        <w:rPr>
          <w:sz w:val="28"/>
        </w:rPr>
        <w:t>tỉnh</w:t>
      </w:r>
      <w:proofErr w:type="spellEnd"/>
      <w:r w:rsidR="005065C7">
        <w:rPr>
          <w:sz w:val="28"/>
        </w:rPr>
        <w:t xml:space="preserve"> </w:t>
      </w:r>
      <w:proofErr w:type="spellStart"/>
      <w:r w:rsidR="005065C7">
        <w:rPr>
          <w:sz w:val="28"/>
        </w:rPr>
        <w:t>và</w:t>
      </w:r>
      <w:proofErr w:type="spellEnd"/>
      <w:r w:rsidR="005065C7">
        <w:rPr>
          <w:sz w:val="28"/>
        </w:rPr>
        <w:t xml:space="preserve"> </w:t>
      </w:r>
      <w:proofErr w:type="spellStart"/>
      <w:r w:rsidR="005065C7" w:rsidRPr="00B068AE">
        <w:rPr>
          <w:sz w:val="28"/>
        </w:rPr>
        <w:t>các</w:t>
      </w:r>
      <w:proofErr w:type="spellEnd"/>
      <w:r w:rsidR="005065C7" w:rsidRPr="00B068AE">
        <w:rPr>
          <w:sz w:val="28"/>
        </w:rPr>
        <w:t xml:space="preserve"> </w:t>
      </w:r>
      <w:proofErr w:type="spellStart"/>
      <w:r w:rsidR="005065C7" w:rsidRPr="00B068AE">
        <w:rPr>
          <w:sz w:val="28"/>
        </w:rPr>
        <w:t>sở</w:t>
      </w:r>
      <w:proofErr w:type="spellEnd"/>
      <w:r w:rsidR="005065C7" w:rsidRPr="00B068AE">
        <w:rPr>
          <w:sz w:val="28"/>
        </w:rPr>
        <w:t xml:space="preserve">, ban, </w:t>
      </w:r>
      <w:proofErr w:type="spellStart"/>
      <w:r w:rsidR="005065C7" w:rsidRPr="00B068AE">
        <w:rPr>
          <w:sz w:val="28"/>
        </w:rPr>
        <w:t>ngành</w:t>
      </w:r>
      <w:proofErr w:type="spellEnd"/>
      <w:r w:rsidR="005065C7">
        <w:rPr>
          <w:sz w:val="28"/>
        </w:rPr>
        <w:t xml:space="preserve">, </w:t>
      </w:r>
      <w:proofErr w:type="spellStart"/>
      <w:r w:rsidR="005065C7" w:rsidRPr="00B068AE">
        <w:rPr>
          <w:sz w:val="28"/>
        </w:rPr>
        <w:t>cơ</w:t>
      </w:r>
      <w:proofErr w:type="spellEnd"/>
      <w:r w:rsidR="005065C7" w:rsidRPr="00B068AE">
        <w:rPr>
          <w:sz w:val="28"/>
        </w:rPr>
        <w:t xml:space="preserve"> </w:t>
      </w:r>
      <w:proofErr w:type="spellStart"/>
      <w:r w:rsidR="005065C7" w:rsidRPr="00B068AE">
        <w:rPr>
          <w:sz w:val="28"/>
        </w:rPr>
        <w:t>quan</w:t>
      </w:r>
      <w:proofErr w:type="spellEnd"/>
      <w:r w:rsidR="005065C7" w:rsidRPr="00B068AE">
        <w:rPr>
          <w:sz w:val="28"/>
        </w:rPr>
        <w:t xml:space="preserve"> </w:t>
      </w:r>
      <w:proofErr w:type="spellStart"/>
      <w:r w:rsidR="005065C7" w:rsidRPr="00B068AE">
        <w:rPr>
          <w:sz w:val="28"/>
        </w:rPr>
        <w:t>có</w:t>
      </w:r>
      <w:proofErr w:type="spellEnd"/>
      <w:r w:rsidR="005065C7" w:rsidRPr="00B068AE">
        <w:rPr>
          <w:sz w:val="28"/>
        </w:rPr>
        <w:t xml:space="preserve"> </w:t>
      </w:r>
      <w:proofErr w:type="spellStart"/>
      <w:r w:rsidR="005065C7" w:rsidRPr="00B068AE">
        <w:rPr>
          <w:sz w:val="28"/>
        </w:rPr>
        <w:t>liên</w:t>
      </w:r>
      <w:proofErr w:type="spellEnd"/>
      <w:r w:rsidR="005065C7" w:rsidRPr="00B068AE">
        <w:rPr>
          <w:sz w:val="28"/>
        </w:rPr>
        <w:t xml:space="preserve"> </w:t>
      </w:r>
      <w:proofErr w:type="spellStart"/>
      <w:r w:rsidR="005065C7" w:rsidRPr="00B068AE">
        <w:rPr>
          <w:sz w:val="28"/>
        </w:rPr>
        <w:t>quan</w:t>
      </w:r>
      <w:proofErr w:type="spellEnd"/>
    </w:p>
    <w:p w14:paraId="21C20BE8" w14:textId="2320A174" w:rsidR="00343ABC" w:rsidRPr="00B068AE" w:rsidRDefault="005065C7" w:rsidP="00B068AE">
      <w:pPr>
        <w:widowControl w:val="0"/>
        <w:spacing w:before="120" w:after="0"/>
        <w:ind w:firstLine="720"/>
        <w:jc w:val="both"/>
        <w:rPr>
          <w:sz w:val="28"/>
          <w:szCs w:val="28"/>
        </w:rPr>
      </w:pPr>
      <w:r>
        <w:rPr>
          <w:sz w:val="28"/>
        </w:rPr>
        <w:t xml:space="preserve">a) </w:t>
      </w:r>
      <w:proofErr w:type="spellStart"/>
      <w:r>
        <w:rPr>
          <w:sz w:val="28"/>
        </w:rPr>
        <w:t>T</w:t>
      </w:r>
      <w:r w:rsidR="006008B5" w:rsidRPr="00B068AE">
        <w:rPr>
          <w:sz w:val="28"/>
        </w:rPr>
        <w:t>ập</w:t>
      </w:r>
      <w:proofErr w:type="spellEnd"/>
      <w:r w:rsidR="006008B5" w:rsidRPr="00B068AE">
        <w:rPr>
          <w:sz w:val="28"/>
        </w:rPr>
        <w:t xml:space="preserve"> </w:t>
      </w:r>
      <w:proofErr w:type="spellStart"/>
      <w:r w:rsidR="006008B5" w:rsidRPr="00B068AE">
        <w:rPr>
          <w:sz w:val="28"/>
        </w:rPr>
        <w:t>trung</w:t>
      </w:r>
      <w:proofErr w:type="spellEnd"/>
      <w:r w:rsidR="006008B5" w:rsidRPr="00B068AE">
        <w:rPr>
          <w:sz w:val="28"/>
        </w:rPr>
        <w:t xml:space="preserve"> </w:t>
      </w:r>
      <w:proofErr w:type="spellStart"/>
      <w:r w:rsidR="006008B5" w:rsidRPr="00B068AE">
        <w:rPr>
          <w:sz w:val="28"/>
        </w:rPr>
        <w:t>chỉ</w:t>
      </w:r>
      <w:proofErr w:type="spellEnd"/>
      <w:r w:rsidR="006008B5" w:rsidRPr="00B068AE">
        <w:rPr>
          <w:sz w:val="28"/>
        </w:rPr>
        <w:t xml:space="preserve"> </w:t>
      </w:r>
      <w:proofErr w:type="spellStart"/>
      <w:r w:rsidR="006008B5" w:rsidRPr="00B068AE">
        <w:rPr>
          <w:sz w:val="28"/>
        </w:rPr>
        <w:t>đạo</w:t>
      </w:r>
      <w:proofErr w:type="spellEnd"/>
      <w:r w:rsidR="006008B5" w:rsidRPr="00B068AE">
        <w:rPr>
          <w:sz w:val="28"/>
        </w:rPr>
        <w:t xml:space="preserve">, </w:t>
      </w:r>
      <w:proofErr w:type="spellStart"/>
      <w:r w:rsidR="006008B5" w:rsidRPr="00B068AE">
        <w:rPr>
          <w:sz w:val="28"/>
        </w:rPr>
        <w:t>điều</w:t>
      </w:r>
      <w:proofErr w:type="spellEnd"/>
      <w:r w:rsidR="006008B5" w:rsidRPr="00B068AE">
        <w:rPr>
          <w:sz w:val="28"/>
        </w:rPr>
        <w:t xml:space="preserve"> </w:t>
      </w:r>
      <w:proofErr w:type="spellStart"/>
      <w:r w:rsidR="006008B5" w:rsidRPr="00B068AE">
        <w:rPr>
          <w:sz w:val="28"/>
        </w:rPr>
        <w:t>hành</w:t>
      </w:r>
      <w:proofErr w:type="spellEnd"/>
      <w:r w:rsidR="006008B5" w:rsidRPr="00B068AE">
        <w:rPr>
          <w:sz w:val="28"/>
        </w:rPr>
        <w:t xml:space="preserve"> </w:t>
      </w:r>
      <w:proofErr w:type="spellStart"/>
      <w:r w:rsidR="006008B5" w:rsidRPr="00B068AE">
        <w:rPr>
          <w:sz w:val="28"/>
        </w:rPr>
        <w:t>quyết</w:t>
      </w:r>
      <w:proofErr w:type="spellEnd"/>
      <w:r w:rsidR="006008B5" w:rsidRPr="00B068AE">
        <w:rPr>
          <w:sz w:val="28"/>
        </w:rPr>
        <w:t xml:space="preserve"> </w:t>
      </w:r>
      <w:proofErr w:type="spellStart"/>
      <w:r w:rsidR="006008B5" w:rsidRPr="00B068AE">
        <w:rPr>
          <w:sz w:val="28"/>
        </w:rPr>
        <w:t>liệt</w:t>
      </w:r>
      <w:proofErr w:type="spellEnd"/>
      <w:r w:rsidR="006008B5" w:rsidRPr="00B068AE">
        <w:rPr>
          <w:sz w:val="28"/>
        </w:rPr>
        <w:t xml:space="preserve">, </w:t>
      </w:r>
      <w:proofErr w:type="spellStart"/>
      <w:r w:rsidR="006008B5" w:rsidRPr="00B068AE">
        <w:rPr>
          <w:sz w:val="28"/>
        </w:rPr>
        <w:t>đồng</w:t>
      </w:r>
      <w:proofErr w:type="spellEnd"/>
      <w:r w:rsidR="006008B5" w:rsidRPr="00B068AE">
        <w:rPr>
          <w:sz w:val="28"/>
        </w:rPr>
        <w:t xml:space="preserve"> </w:t>
      </w:r>
      <w:proofErr w:type="spellStart"/>
      <w:r w:rsidR="006008B5" w:rsidRPr="00B068AE">
        <w:rPr>
          <w:sz w:val="28"/>
        </w:rPr>
        <w:t>bộ</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w:t>
      </w:r>
      <w:proofErr w:type="spellStart"/>
      <w:r w:rsidR="006008B5" w:rsidRPr="00B068AE">
        <w:rPr>
          <w:sz w:val="28"/>
        </w:rPr>
        <w:t>nhiệm</w:t>
      </w:r>
      <w:proofErr w:type="spellEnd"/>
      <w:r w:rsidR="006008B5" w:rsidRPr="00B068AE">
        <w:rPr>
          <w:sz w:val="28"/>
        </w:rPr>
        <w:t xml:space="preserve"> </w:t>
      </w:r>
      <w:proofErr w:type="spellStart"/>
      <w:r w:rsidR="006008B5" w:rsidRPr="00B068AE">
        <w:rPr>
          <w:sz w:val="28"/>
        </w:rPr>
        <w:t>vụ</w:t>
      </w:r>
      <w:proofErr w:type="spellEnd"/>
      <w:r w:rsidR="006008B5" w:rsidRPr="00B068AE">
        <w:rPr>
          <w:sz w:val="28"/>
        </w:rPr>
        <w:t xml:space="preserve">, </w:t>
      </w:r>
      <w:proofErr w:type="spellStart"/>
      <w:r w:rsidR="006008B5" w:rsidRPr="00B068AE">
        <w:rPr>
          <w:sz w:val="28"/>
        </w:rPr>
        <w:t>giải</w:t>
      </w:r>
      <w:proofErr w:type="spellEnd"/>
      <w:r w:rsidR="006008B5" w:rsidRPr="00B068AE">
        <w:rPr>
          <w:sz w:val="28"/>
        </w:rPr>
        <w:t xml:space="preserve"> </w:t>
      </w:r>
      <w:proofErr w:type="spellStart"/>
      <w:r w:rsidR="006008B5" w:rsidRPr="00B068AE">
        <w:rPr>
          <w:sz w:val="28"/>
        </w:rPr>
        <w:t>pháp</w:t>
      </w:r>
      <w:proofErr w:type="spellEnd"/>
      <w:r w:rsidR="006008B5" w:rsidRPr="00B068AE">
        <w:rPr>
          <w:sz w:val="28"/>
        </w:rPr>
        <w:t xml:space="preserve"> </w:t>
      </w:r>
      <w:proofErr w:type="spellStart"/>
      <w:r w:rsidR="006008B5" w:rsidRPr="00B068AE">
        <w:rPr>
          <w:sz w:val="28"/>
        </w:rPr>
        <w:t>phát</w:t>
      </w:r>
      <w:proofErr w:type="spellEnd"/>
      <w:r w:rsidR="006008B5" w:rsidRPr="00B068AE">
        <w:rPr>
          <w:sz w:val="28"/>
        </w:rPr>
        <w:t xml:space="preserve"> </w:t>
      </w:r>
      <w:proofErr w:type="spellStart"/>
      <w:r w:rsidR="006008B5" w:rsidRPr="00B068AE">
        <w:rPr>
          <w:sz w:val="28"/>
        </w:rPr>
        <w:t>triển</w:t>
      </w:r>
      <w:proofErr w:type="spellEnd"/>
      <w:r w:rsidR="006008B5" w:rsidRPr="00B068AE">
        <w:rPr>
          <w:sz w:val="28"/>
        </w:rPr>
        <w:t xml:space="preserve"> </w:t>
      </w:r>
      <w:proofErr w:type="spellStart"/>
      <w:r w:rsidR="006008B5" w:rsidRPr="00B068AE">
        <w:rPr>
          <w:sz w:val="28"/>
        </w:rPr>
        <w:t>kinh</w:t>
      </w:r>
      <w:proofErr w:type="spellEnd"/>
      <w:r w:rsidR="006008B5" w:rsidRPr="00B068AE">
        <w:rPr>
          <w:sz w:val="28"/>
        </w:rPr>
        <w:t xml:space="preserve"> </w:t>
      </w:r>
      <w:proofErr w:type="spellStart"/>
      <w:r w:rsidR="006008B5" w:rsidRPr="00B068AE">
        <w:rPr>
          <w:sz w:val="28"/>
        </w:rPr>
        <w:t>tế</w:t>
      </w:r>
      <w:proofErr w:type="spellEnd"/>
      <w:r w:rsidR="006008B5" w:rsidRPr="00B068AE">
        <w:rPr>
          <w:sz w:val="28"/>
        </w:rPr>
        <w:t xml:space="preserve"> - </w:t>
      </w:r>
      <w:proofErr w:type="spellStart"/>
      <w:r w:rsidR="006008B5" w:rsidRPr="00B068AE">
        <w:rPr>
          <w:sz w:val="28"/>
        </w:rPr>
        <w:t>xã</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bảo</w:t>
      </w:r>
      <w:proofErr w:type="spellEnd"/>
      <w:r w:rsidR="006008B5" w:rsidRPr="00B068AE">
        <w:rPr>
          <w:sz w:val="28"/>
        </w:rPr>
        <w:t xml:space="preserve"> </w:t>
      </w:r>
      <w:proofErr w:type="spellStart"/>
      <w:r w:rsidR="006008B5" w:rsidRPr="00B068AE">
        <w:rPr>
          <w:sz w:val="28"/>
        </w:rPr>
        <w:t>đảm</w:t>
      </w:r>
      <w:proofErr w:type="spellEnd"/>
      <w:r w:rsidR="006008B5" w:rsidRPr="00B068AE">
        <w:rPr>
          <w:sz w:val="28"/>
        </w:rPr>
        <w:t xml:space="preserve"> </w:t>
      </w:r>
      <w:proofErr w:type="spellStart"/>
      <w:r w:rsidR="006008B5" w:rsidRPr="00B068AE">
        <w:rPr>
          <w:sz w:val="28"/>
        </w:rPr>
        <w:t>quốc</w:t>
      </w:r>
      <w:proofErr w:type="spellEnd"/>
      <w:r w:rsidR="006008B5" w:rsidRPr="00B068AE">
        <w:rPr>
          <w:sz w:val="28"/>
        </w:rPr>
        <w:t xml:space="preserve"> </w:t>
      </w:r>
      <w:proofErr w:type="spellStart"/>
      <w:r w:rsidR="006008B5" w:rsidRPr="00B068AE">
        <w:rPr>
          <w:sz w:val="28"/>
        </w:rPr>
        <w:t>phòng</w:t>
      </w:r>
      <w:proofErr w:type="spellEnd"/>
      <w:r w:rsidR="006008B5" w:rsidRPr="00B068AE">
        <w:rPr>
          <w:sz w:val="28"/>
        </w:rPr>
        <w:t xml:space="preserve">, an </w:t>
      </w:r>
      <w:proofErr w:type="spellStart"/>
      <w:r w:rsidR="006008B5" w:rsidRPr="00B068AE">
        <w:rPr>
          <w:sz w:val="28"/>
        </w:rPr>
        <w:t>ninh</w:t>
      </w:r>
      <w:proofErr w:type="spellEnd"/>
      <w:r w:rsidR="006008B5" w:rsidRPr="00B068AE">
        <w:rPr>
          <w:sz w:val="28"/>
        </w:rPr>
        <w:t xml:space="preserve"> 6 </w:t>
      </w:r>
      <w:proofErr w:type="spellStart"/>
      <w:r w:rsidR="006008B5" w:rsidRPr="00B068AE">
        <w:rPr>
          <w:sz w:val="28"/>
        </w:rPr>
        <w:t>tháng</w:t>
      </w:r>
      <w:proofErr w:type="spellEnd"/>
      <w:r w:rsidR="006008B5" w:rsidRPr="00B068AE">
        <w:rPr>
          <w:sz w:val="28"/>
        </w:rPr>
        <w:t xml:space="preserve"> </w:t>
      </w:r>
      <w:proofErr w:type="spellStart"/>
      <w:r w:rsidR="006008B5" w:rsidRPr="00B068AE">
        <w:rPr>
          <w:sz w:val="28"/>
        </w:rPr>
        <w:t>cuối</w:t>
      </w:r>
      <w:proofErr w:type="spellEnd"/>
      <w:r w:rsidR="006008B5" w:rsidRPr="00B068AE">
        <w:rPr>
          <w:sz w:val="28"/>
        </w:rPr>
        <w:t xml:space="preserve"> </w:t>
      </w:r>
      <w:proofErr w:type="spellStart"/>
      <w:r w:rsidR="006008B5" w:rsidRPr="00B068AE">
        <w:rPr>
          <w:sz w:val="28"/>
        </w:rPr>
        <w:t>năm</w:t>
      </w:r>
      <w:proofErr w:type="spellEnd"/>
      <w:r w:rsidR="006008B5" w:rsidRPr="00B068AE">
        <w:rPr>
          <w:sz w:val="28"/>
        </w:rPr>
        <w:t xml:space="preserve"> 2026; </w:t>
      </w:r>
      <w:proofErr w:type="spellStart"/>
      <w:r w:rsidR="006008B5" w:rsidRPr="00B068AE">
        <w:rPr>
          <w:sz w:val="28"/>
        </w:rPr>
        <w:t>tháo</w:t>
      </w:r>
      <w:proofErr w:type="spellEnd"/>
      <w:r w:rsidR="006008B5" w:rsidRPr="00B068AE">
        <w:rPr>
          <w:sz w:val="28"/>
        </w:rPr>
        <w:t xml:space="preserve"> </w:t>
      </w:r>
      <w:proofErr w:type="spellStart"/>
      <w:r w:rsidR="006008B5" w:rsidRPr="00B068AE">
        <w:rPr>
          <w:sz w:val="28"/>
        </w:rPr>
        <w:t>gỡ</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w:t>
      </w:r>
      <w:proofErr w:type="spellStart"/>
      <w:r w:rsidR="006008B5" w:rsidRPr="00B068AE">
        <w:rPr>
          <w:sz w:val="28"/>
        </w:rPr>
        <w:t>điểm</w:t>
      </w:r>
      <w:proofErr w:type="spellEnd"/>
      <w:r w:rsidR="006008B5" w:rsidRPr="00B068AE">
        <w:rPr>
          <w:sz w:val="28"/>
        </w:rPr>
        <w:t xml:space="preserve"> </w:t>
      </w:r>
      <w:proofErr w:type="spellStart"/>
      <w:r w:rsidR="006008B5" w:rsidRPr="00B068AE">
        <w:rPr>
          <w:sz w:val="28"/>
        </w:rPr>
        <w:t>nghẽn</w:t>
      </w:r>
      <w:proofErr w:type="spellEnd"/>
      <w:r w:rsidR="006008B5" w:rsidRPr="00B068AE">
        <w:rPr>
          <w:sz w:val="28"/>
        </w:rPr>
        <w:t xml:space="preserve">, </w:t>
      </w:r>
      <w:proofErr w:type="spellStart"/>
      <w:r w:rsidR="006008B5" w:rsidRPr="00B068AE">
        <w:rPr>
          <w:sz w:val="28"/>
        </w:rPr>
        <w:t>khó</w:t>
      </w:r>
      <w:proofErr w:type="spellEnd"/>
      <w:r w:rsidR="006008B5" w:rsidRPr="00B068AE">
        <w:rPr>
          <w:sz w:val="28"/>
        </w:rPr>
        <w:t xml:space="preserve"> </w:t>
      </w:r>
      <w:proofErr w:type="spellStart"/>
      <w:r w:rsidR="006008B5" w:rsidRPr="00B068AE">
        <w:rPr>
          <w:sz w:val="28"/>
        </w:rPr>
        <w:t>khăn</w:t>
      </w:r>
      <w:proofErr w:type="spellEnd"/>
      <w:r w:rsidR="006008B5" w:rsidRPr="00B068AE">
        <w:rPr>
          <w:sz w:val="28"/>
        </w:rPr>
        <w:t xml:space="preserve">, </w:t>
      </w:r>
      <w:proofErr w:type="spellStart"/>
      <w:r w:rsidR="006008B5" w:rsidRPr="00B068AE">
        <w:rPr>
          <w:sz w:val="28"/>
        </w:rPr>
        <w:t>vướng</w:t>
      </w:r>
      <w:proofErr w:type="spellEnd"/>
      <w:r w:rsidR="006008B5" w:rsidRPr="00B068AE">
        <w:rPr>
          <w:sz w:val="28"/>
        </w:rPr>
        <w:t xml:space="preserve"> </w:t>
      </w:r>
      <w:proofErr w:type="spellStart"/>
      <w:r w:rsidR="006008B5" w:rsidRPr="00B068AE">
        <w:rPr>
          <w:sz w:val="28"/>
        </w:rPr>
        <w:t>mắc</w:t>
      </w:r>
      <w:proofErr w:type="spellEnd"/>
      <w:r w:rsidR="006008B5" w:rsidRPr="00B068AE">
        <w:rPr>
          <w:sz w:val="28"/>
        </w:rPr>
        <w:t xml:space="preserve">, </w:t>
      </w:r>
      <w:proofErr w:type="spellStart"/>
      <w:r w:rsidR="006008B5" w:rsidRPr="00B068AE">
        <w:rPr>
          <w:sz w:val="28"/>
        </w:rPr>
        <w:t>nhất</w:t>
      </w:r>
      <w:proofErr w:type="spellEnd"/>
      <w:r w:rsidR="006008B5" w:rsidRPr="00B068AE">
        <w:rPr>
          <w:sz w:val="28"/>
        </w:rPr>
        <w:t xml:space="preserve"> </w:t>
      </w:r>
      <w:proofErr w:type="spellStart"/>
      <w:r w:rsidR="006008B5" w:rsidRPr="00B068AE">
        <w:rPr>
          <w:sz w:val="28"/>
        </w:rPr>
        <w:t>là</w:t>
      </w:r>
      <w:proofErr w:type="spellEnd"/>
      <w:r w:rsidR="006008B5" w:rsidRPr="00B068AE">
        <w:rPr>
          <w:sz w:val="28"/>
        </w:rPr>
        <w:t xml:space="preserve"> </w:t>
      </w:r>
      <w:proofErr w:type="spellStart"/>
      <w:r w:rsidR="006008B5" w:rsidRPr="00B068AE">
        <w:rPr>
          <w:sz w:val="28"/>
        </w:rPr>
        <w:t>trong</w:t>
      </w:r>
      <w:proofErr w:type="spellEnd"/>
      <w:r w:rsidR="006008B5" w:rsidRPr="00B068AE">
        <w:rPr>
          <w:sz w:val="28"/>
        </w:rPr>
        <w:t xml:space="preserve"> </w:t>
      </w:r>
      <w:proofErr w:type="spellStart"/>
      <w:r w:rsidR="006008B5" w:rsidRPr="00B068AE">
        <w:rPr>
          <w:sz w:val="28"/>
        </w:rPr>
        <w:t>việc</w:t>
      </w:r>
      <w:proofErr w:type="spellEnd"/>
      <w:r w:rsidR="006008B5" w:rsidRPr="00B068AE">
        <w:rPr>
          <w:sz w:val="28"/>
        </w:rPr>
        <w:t xml:space="preserve"> </w:t>
      </w:r>
      <w:proofErr w:type="spellStart"/>
      <w:r w:rsidR="006008B5" w:rsidRPr="00B068AE">
        <w:rPr>
          <w:sz w:val="28"/>
        </w:rPr>
        <w:t>vận</w:t>
      </w:r>
      <w:proofErr w:type="spellEnd"/>
      <w:r w:rsidR="006008B5" w:rsidRPr="00B068AE">
        <w:rPr>
          <w:sz w:val="28"/>
        </w:rPr>
        <w:t xml:space="preserve"> </w:t>
      </w:r>
      <w:proofErr w:type="spellStart"/>
      <w:r w:rsidR="006008B5" w:rsidRPr="00B068AE">
        <w:rPr>
          <w:sz w:val="28"/>
        </w:rPr>
        <w:t>hành</w:t>
      </w:r>
      <w:proofErr w:type="spellEnd"/>
      <w:r w:rsidR="006008B5" w:rsidRPr="00B068AE">
        <w:rPr>
          <w:sz w:val="28"/>
        </w:rPr>
        <w:t xml:space="preserve"> </w:t>
      </w:r>
      <w:proofErr w:type="spellStart"/>
      <w:r w:rsidR="006008B5" w:rsidRPr="00B068AE">
        <w:rPr>
          <w:sz w:val="28"/>
        </w:rPr>
        <w:t>chính</w:t>
      </w:r>
      <w:proofErr w:type="spellEnd"/>
      <w:r w:rsidR="006008B5" w:rsidRPr="00B068AE">
        <w:rPr>
          <w:sz w:val="28"/>
        </w:rPr>
        <w:t xml:space="preserve"> </w:t>
      </w:r>
      <w:proofErr w:type="spellStart"/>
      <w:r w:rsidR="006008B5" w:rsidRPr="00B068AE">
        <w:rPr>
          <w:sz w:val="28"/>
        </w:rPr>
        <w:lastRenderedPageBreak/>
        <w:t>quyền</w:t>
      </w:r>
      <w:proofErr w:type="spellEnd"/>
      <w:r w:rsidR="006008B5" w:rsidRPr="00B068AE">
        <w:rPr>
          <w:sz w:val="28"/>
        </w:rPr>
        <w:t xml:space="preserve"> </w:t>
      </w:r>
      <w:proofErr w:type="spellStart"/>
      <w:r w:rsidR="006008B5" w:rsidRPr="00B068AE">
        <w:rPr>
          <w:sz w:val="28"/>
        </w:rPr>
        <w:t>địa</w:t>
      </w:r>
      <w:proofErr w:type="spellEnd"/>
      <w:r w:rsidR="006008B5" w:rsidRPr="00B068AE">
        <w:rPr>
          <w:sz w:val="28"/>
        </w:rPr>
        <w:t xml:space="preserve"> </w:t>
      </w:r>
      <w:proofErr w:type="spellStart"/>
      <w:r w:rsidR="006008B5" w:rsidRPr="00B068AE">
        <w:rPr>
          <w:sz w:val="28"/>
        </w:rPr>
        <w:t>phương</w:t>
      </w:r>
      <w:proofErr w:type="spellEnd"/>
      <w:r w:rsidR="006008B5" w:rsidRPr="00B068AE">
        <w:rPr>
          <w:sz w:val="28"/>
        </w:rPr>
        <w:t xml:space="preserve"> </w:t>
      </w:r>
      <w:proofErr w:type="spellStart"/>
      <w:r w:rsidR="006008B5" w:rsidRPr="00B068AE">
        <w:rPr>
          <w:sz w:val="28"/>
        </w:rPr>
        <w:t>hai</w:t>
      </w:r>
      <w:proofErr w:type="spellEnd"/>
      <w:r w:rsidR="006008B5" w:rsidRPr="00B068AE">
        <w:rPr>
          <w:sz w:val="28"/>
        </w:rPr>
        <w:t xml:space="preserve"> </w:t>
      </w:r>
      <w:proofErr w:type="spellStart"/>
      <w:r w:rsidR="006008B5" w:rsidRPr="00B068AE">
        <w:rPr>
          <w:sz w:val="28"/>
        </w:rPr>
        <w:t>cấp</w:t>
      </w:r>
      <w:proofErr w:type="spellEnd"/>
      <w:r w:rsidR="006008B5" w:rsidRPr="00B068AE">
        <w:rPr>
          <w:sz w:val="28"/>
        </w:rPr>
        <w:t xml:space="preserve">, </w:t>
      </w:r>
      <w:proofErr w:type="spellStart"/>
      <w:r w:rsidR="006008B5" w:rsidRPr="00B068AE">
        <w:rPr>
          <w:sz w:val="28"/>
        </w:rPr>
        <w:t>thực</w:t>
      </w:r>
      <w:proofErr w:type="spellEnd"/>
      <w:r w:rsidR="006008B5" w:rsidRPr="00B068AE">
        <w:rPr>
          <w:sz w:val="28"/>
        </w:rPr>
        <w:t xml:space="preserve"> </w:t>
      </w:r>
      <w:proofErr w:type="spellStart"/>
      <w:r w:rsidR="006008B5" w:rsidRPr="00B068AE">
        <w:rPr>
          <w:sz w:val="28"/>
        </w:rPr>
        <w:t>hiện</w:t>
      </w:r>
      <w:proofErr w:type="spellEnd"/>
      <w:r w:rsidR="006008B5" w:rsidRPr="00B068AE">
        <w:rPr>
          <w:sz w:val="28"/>
        </w:rPr>
        <w:t xml:space="preserve"> </w:t>
      </w:r>
      <w:proofErr w:type="spellStart"/>
      <w:r w:rsidR="006008B5" w:rsidRPr="00B068AE">
        <w:rPr>
          <w:sz w:val="28"/>
        </w:rPr>
        <w:t>và</w:t>
      </w:r>
      <w:proofErr w:type="spellEnd"/>
      <w:r w:rsidR="006008B5" w:rsidRPr="00B068AE">
        <w:rPr>
          <w:sz w:val="28"/>
        </w:rPr>
        <w:t xml:space="preserve"> </w:t>
      </w:r>
      <w:proofErr w:type="spellStart"/>
      <w:r w:rsidR="006008B5" w:rsidRPr="00B068AE">
        <w:rPr>
          <w:sz w:val="28"/>
        </w:rPr>
        <w:t>giải</w:t>
      </w:r>
      <w:proofErr w:type="spellEnd"/>
      <w:r w:rsidR="006008B5" w:rsidRPr="00B068AE">
        <w:rPr>
          <w:sz w:val="28"/>
        </w:rPr>
        <w:t xml:space="preserve"> </w:t>
      </w:r>
      <w:proofErr w:type="spellStart"/>
      <w:r w:rsidR="006008B5" w:rsidRPr="00B068AE">
        <w:rPr>
          <w:sz w:val="28"/>
        </w:rPr>
        <w:t>ngân</w:t>
      </w:r>
      <w:proofErr w:type="spellEnd"/>
      <w:r w:rsidR="006008B5" w:rsidRPr="00B068AE">
        <w:rPr>
          <w:sz w:val="28"/>
        </w:rPr>
        <w:t xml:space="preserve"> </w:t>
      </w:r>
      <w:proofErr w:type="spellStart"/>
      <w:r w:rsidR="006008B5" w:rsidRPr="00B068AE">
        <w:rPr>
          <w:sz w:val="28"/>
        </w:rPr>
        <w:t>vốn</w:t>
      </w:r>
      <w:proofErr w:type="spellEnd"/>
      <w:r w:rsidR="006008B5" w:rsidRPr="00B068AE">
        <w:rPr>
          <w:sz w:val="28"/>
        </w:rPr>
        <w:t xml:space="preserve"> </w:t>
      </w:r>
      <w:proofErr w:type="spellStart"/>
      <w:r w:rsidR="006008B5" w:rsidRPr="00B068AE">
        <w:rPr>
          <w:sz w:val="28"/>
        </w:rPr>
        <w:t>đầu</w:t>
      </w:r>
      <w:proofErr w:type="spellEnd"/>
      <w:r w:rsidR="006008B5" w:rsidRPr="00B068AE">
        <w:rPr>
          <w:sz w:val="28"/>
        </w:rPr>
        <w:t xml:space="preserve"> </w:t>
      </w:r>
      <w:proofErr w:type="spellStart"/>
      <w:r w:rsidR="006008B5" w:rsidRPr="00B068AE">
        <w:rPr>
          <w:sz w:val="28"/>
        </w:rPr>
        <w:t>tư</w:t>
      </w:r>
      <w:proofErr w:type="spellEnd"/>
      <w:r w:rsidR="006008B5" w:rsidRPr="00B068AE">
        <w:rPr>
          <w:sz w:val="28"/>
        </w:rPr>
        <w:t xml:space="preserve"> </w:t>
      </w:r>
      <w:proofErr w:type="spellStart"/>
      <w:r w:rsidR="006008B5" w:rsidRPr="00B068AE">
        <w:rPr>
          <w:sz w:val="28"/>
        </w:rPr>
        <w:t>công</w:t>
      </w:r>
      <w:proofErr w:type="spellEnd"/>
      <w:r w:rsidR="006008B5" w:rsidRPr="00B068AE">
        <w:rPr>
          <w:sz w:val="28"/>
        </w:rPr>
        <w:t xml:space="preserve">, </w:t>
      </w:r>
      <w:proofErr w:type="spellStart"/>
      <w:r w:rsidR="006008B5" w:rsidRPr="00B068AE">
        <w:rPr>
          <w:sz w:val="28"/>
        </w:rPr>
        <w:t>triển</w:t>
      </w:r>
      <w:proofErr w:type="spellEnd"/>
      <w:r w:rsidR="006008B5" w:rsidRPr="00B068AE">
        <w:rPr>
          <w:sz w:val="28"/>
        </w:rPr>
        <w:t xml:space="preserve"> </w:t>
      </w:r>
      <w:proofErr w:type="spellStart"/>
      <w:r w:rsidR="006008B5" w:rsidRPr="00B068AE">
        <w:rPr>
          <w:sz w:val="28"/>
        </w:rPr>
        <w:t>khai</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w:t>
      </w:r>
      <w:proofErr w:type="spellStart"/>
      <w:r w:rsidR="006008B5" w:rsidRPr="00B068AE">
        <w:rPr>
          <w:sz w:val="28"/>
        </w:rPr>
        <w:t>chương</w:t>
      </w:r>
      <w:proofErr w:type="spellEnd"/>
      <w:r w:rsidR="006008B5" w:rsidRPr="00B068AE">
        <w:rPr>
          <w:sz w:val="28"/>
        </w:rPr>
        <w:t xml:space="preserve"> </w:t>
      </w:r>
      <w:proofErr w:type="spellStart"/>
      <w:r w:rsidR="006008B5" w:rsidRPr="00B068AE">
        <w:rPr>
          <w:sz w:val="28"/>
        </w:rPr>
        <w:t>trình</w:t>
      </w:r>
      <w:proofErr w:type="spellEnd"/>
      <w:r w:rsidR="006008B5" w:rsidRPr="00B068AE">
        <w:rPr>
          <w:sz w:val="28"/>
        </w:rPr>
        <w:t xml:space="preserve"> </w:t>
      </w:r>
      <w:proofErr w:type="spellStart"/>
      <w:r w:rsidR="006008B5" w:rsidRPr="00B068AE">
        <w:rPr>
          <w:sz w:val="28"/>
        </w:rPr>
        <w:t>mục</w:t>
      </w:r>
      <w:proofErr w:type="spellEnd"/>
      <w:r w:rsidR="006008B5" w:rsidRPr="00B068AE">
        <w:rPr>
          <w:sz w:val="28"/>
        </w:rPr>
        <w:t xml:space="preserve"> </w:t>
      </w:r>
      <w:proofErr w:type="spellStart"/>
      <w:r w:rsidR="006008B5" w:rsidRPr="00B068AE">
        <w:rPr>
          <w:sz w:val="28"/>
        </w:rPr>
        <w:t>tiêu</w:t>
      </w:r>
      <w:proofErr w:type="spellEnd"/>
      <w:r w:rsidR="006008B5" w:rsidRPr="00B068AE">
        <w:rPr>
          <w:sz w:val="28"/>
        </w:rPr>
        <w:t xml:space="preserve"> </w:t>
      </w:r>
      <w:proofErr w:type="spellStart"/>
      <w:r w:rsidR="006008B5" w:rsidRPr="00B068AE">
        <w:rPr>
          <w:sz w:val="28"/>
        </w:rPr>
        <w:t>quốc</w:t>
      </w:r>
      <w:proofErr w:type="spellEnd"/>
      <w:r w:rsidR="006008B5" w:rsidRPr="00B068AE">
        <w:rPr>
          <w:sz w:val="28"/>
        </w:rPr>
        <w:t xml:space="preserve"> </w:t>
      </w:r>
      <w:proofErr w:type="spellStart"/>
      <w:r w:rsidR="006008B5" w:rsidRPr="00B068AE">
        <w:rPr>
          <w:sz w:val="28"/>
        </w:rPr>
        <w:t>gia</w:t>
      </w:r>
      <w:proofErr w:type="spellEnd"/>
      <w:r w:rsidR="006008B5" w:rsidRPr="00B068AE">
        <w:rPr>
          <w:sz w:val="28"/>
        </w:rPr>
        <w:t xml:space="preserve">; </w:t>
      </w:r>
      <w:proofErr w:type="spellStart"/>
      <w:r w:rsidR="006008B5" w:rsidRPr="00B068AE">
        <w:rPr>
          <w:sz w:val="28"/>
        </w:rPr>
        <w:t>nâng</w:t>
      </w:r>
      <w:proofErr w:type="spellEnd"/>
      <w:r w:rsidR="006008B5" w:rsidRPr="00B068AE">
        <w:rPr>
          <w:sz w:val="28"/>
        </w:rPr>
        <w:t xml:space="preserve"> </w:t>
      </w:r>
      <w:proofErr w:type="spellStart"/>
      <w:r w:rsidR="006008B5" w:rsidRPr="00B068AE">
        <w:rPr>
          <w:sz w:val="28"/>
        </w:rPr>
        <w:t>cao</w:t>
      </w:r>
      <w:proofErr w:type="spellEnd"/>
      <w:r w:rsidR="006008B5" w:rsidRPr="00B068AE">
        <w:rPr>
          <w:sz w:val="28"/>
        </w:rPr>
        <w:t xml:space="preserve"> </w:t>
      </w:r>
      <w:proofErr w:type="spellStart"/>
      <w:r w:rsidR="006008B5" w:rsidRPr="00B068AE">
        <w:rPr>
          <w:sz w:val="28"/>
        </w:rPr>
        <w:t>hiệu</w:t>
      </w:r>
      <w:proofErr w:type="spellEnd"/>
      <w:r w:rsidR="006008B5" w:rsidRPr="00B068AE">
        <w:rPr>
          <w:sz w:val="28"/>
        </w:rPr>
        <w:t xml:space="preserve"> </w:t>
      </w:r>
      <w:proofErr w:type="spellStart"/>
      <w:r w:rsidR="006008B5" w:rsidRPr="00B068AE">
        <w:rPr>
          <w:sz w:val="28"/>
        </w:rPr>
        <w:t>lực</w:t>
      </w:r>
      <w:proofErr w:type="spellEnd"/>
      <w:r w:rsidR="006008B5" w:rsidRPr="00B068AE">
        <w:rPr>
          <w:sz w:val="28"/>
        </w:rPr>
        <w:t xml:space="preserve">, </w:t>
      </w:r>
      <w:proofErr w:type="spellStart"/>
      <w:r w:rsidR="006008B5" w:rsidRPr="00B068AE">
        <w:rPr>
          <w:sz w:val="28"/>
        </w:rPr>
        <w:t>hiệu</w:t>
      </w:r>
      <w:proofErr w:type="spellEnd"/>
      <w:r w:rsidR="006008B5" w:rsidRPr="00B068AE">
        <w:rPr>
          <w:sz w:val="28"/>
        </w:rPr>
        <w:t xml:space="preserve"> </w:t>
      </w:r>
      <w:proofErr w:type="spellStart"/>
      <w:r w:rsidR="006008B5" w:rsidRPr="00B068AE">
        <w:rPr>
          <w:sz w:val="28"/>
        </w:rPr>
        <w:t>quả</w:t>
      </w:r>
      <w:proofErr w:type="spellEnd"/>
      <w:r w:rsidR="006008B5" w:rsidRPr="00B068AE">
        <w:rPr>
          <w:sz w:val="28"/>
        </w:rPr>
        <w:t xml:space="preserve"> </w:t>
      </w:r>
      <w:proofErr w:type="spellStart"/>
      <w:r w:rsidR="006008B5" w:rsidRPr="00B068AE">
        <w:rPr>
          <w:sz w:val="28"/>
        </w:rPr>
        <w:t>quản</w:t>
      </w:r>
      <w:proofErr w:type="spellEnd"/>
      <w:r w:rsidR="006008B5" w:rsidRPr="00B068AE">
        <w:rPr>
          <w:sz w:val="28"/>
        </w:rPr>
        <w:t xml:space="preserve"> </w:t>
      </w:r>
      <w:proofErr w:type="spellStart"/>
      <w:r w:rsidR="006008B5" w:rsidRPr="00B068AE">
        <w:rPr>
          <w:sz w:val="28"/>
        </w:rPr>
        <w:t>lý</w:t>
      </w:r>
      <w:proofErr w:type="spellEnd"/>
      <w:r w:rsidR="006008B5" w:rsidRPr="00B068AE">
        <w:rPr>
          <w:sz w:val="28"/>
        </w:rPr>
        <w:t xml:space="preserve"> </w:t>
      </w:r>
      <w:proofErr w:type="spellStart"/>
      <w:r w:rsidR="006008B5" w:rsidRPr="00B068AE">
        <w:rPr>
          <w:sz w:val="28"/>
        </w:rPr>
        <w:t>nhà</w:t>
      </w:r>
      <w:proofErr w:type="spellEnd"/>
      <w:r w:rsidR="006008B5" w:rsidRPr="00B068AE">
        <w:rPr>
          <w:sz w:val="28"/>
        </w:rPr>
        <w:t xml:space="preserve"> </w:t>
      </w:r>
      <w:proofErr w:type="spellStart"/>
      <w:r w:rsidR="006008B5" w:rsidRPr="00B068AE">
        <w:rPr>
          <w:sz w:val="28"/>
        </w:rPr>
        <w:t>nước</w:t>
      </w:r>
      <w:proofErr w:type="spellEnd"/>
      <w:r w:rsidR="006008B5" w:rsidRPr="00B068AE">
        <w:rPr>
          <w:sz w:val="28"/>
        </w:rPr>
        <w:t xml:space="preserve">; </w:t>
      </w:r>
      <w:proofErr w:type="spellStart"/>
      <w:r w:rsidR="006008B5" w:rsidRPr="00B068AE">
        <w:rPr>
          <w:sz w:val="28"/>
        </w:rPr>
        <w:t>tăng</w:t>
      </w:r>
      <w:proofErr w:type="spellEnd"/>
      <w:r w:rsidR="006008B5" w:rsidRPr="00B068AE">
        <w:rPr>
          <w:sz w:val="28"/>
        </w:rPr>
        <w:t xml:space="preserve"> </w:t>
      </w:r>
      <w:proofErr w:type="spellStart"/>
      <w:r w:rsidR="006008B5" w:rsidRPr="00B068AE">
        <w:rPr>
          <w:sz w:val="28"/>
        </w:rPr>
        <w:t>cường</w:t>
      </w:r>
      <w:proofErr w:type="spellEnd"/>
      <w:r w:rsidR="006008B5" w:rsidRPr="00B068AE">
        <w:rPr>
          <w:sz w:val="28"/>
        </w:rPr>
        <w:t xml:space="preserve"> </w:t>
      </w:r>
      <w:proofErr w:type="spellStart"/>
      <w:r w:rsidR="006008B5" w:rsidRPr="00B068AE">
        <w:rPr>
          <w:sz w:val="28"/>
        </w:rPr>
        <w:t>quản</w:t>
      </w:r>
      <w:proofErr w:type="spellEnd"/>
      <w:r w:rsidR="006008B5" w:rsidRPr="00B068AE">
        <w:rPr>
          <w:sz w:val="28"/>
        </w:rPr>
        <w:t xml:space="preserve"> </w:t>
      </w:r>
      <w:proofErr w:type="spellStart"/>
      <w:r w:rsidR="006008B5" w:rsidRPr="00B068AE">
        <w:rPr>
          <w:sz w:val="28"/>
        </w:rPr>
        <w:t>lý</w:t>
      </w:r>
      <w:proofErr w:type="spellEnd"/>
      <w:r w:rsidR="006008B5" w:rsidRPr="00B068AE">
        <w:rPr>
          <w:sz w:val="28"/>
        </w:rPr>
        <w:t xml:space="preserve"> </w:t>
      </w:r>
      <w:proofErr w:type="spellStart"/>
      <w:r w:rsidR="006008B5" w:rsidRPr="00B068AE">
        <w:rPr>
          <w:sz w:val="28"/>
        </w:rPr>
        <w:t>thu</w:t>
      </w:r>
      <w:proofErr w:type="spellEnd"/>
      <w:r w:rsidR="006008B5" w:rsidRPr="00B068AE">
        <w:rPr>
          <w:sz w:val="28"/>
        </w:rPr>
        <w:t xml:space="preserve">, chi </w:t>
      </w:r>
      <w:proofErr w:type="spellStart"/>
      <w:r w:rsidR="006008B5" w:rsidRPr="00B068AE">
        <w:rPr>
          <w:sz w:val="28"/>
        </w:rPr>
        <w:t>ngân</w:t>
      </w:r>
      <w:proofErr w:type="spellEnd"/>
      <w:r w:rsidR="006008B5" w:rsidRPr="00B068AE">
        <w:rPr>
          <w:sz w:val="28"/>
        </w:rPr>
        <w:t xml:space="preserve"> </w:t>
      </w:r>
      <w:proofErr w:type="spellStart"/>
      <w:r w:rsidR="006008B5" w:rsidRPr="00B068AE">
        <w:rPr>
          <w:sz w:val="28"/>
        </w:rPr>
        <w:t>sách</w:t>
      </w:r>
      <w:proofErr w:type="spellEnd"/>
      <w:r w:rsidR="006008B5" w:rsidRPr="00B068AE">
        <w:rPr>
          <w:sz w:val="28"/>
        </w:rPr>
        <w:t xml:space="preserve">; </w:t>
      </w:r>
      <w:proofErr w:type="spellStart"/>
      <w:r w:rsidR="006008B5" w:rsidRPr="00B068AE">
        <w:rPr>
          <w:sz w:val="28"/>
        </w:rPr>
        <w:t>khó</w:t>
      </w:r>
      <w:proofErr w:type="spellEnd"/>
      <w:r w:rsidR="006008B5" w:rsidRPr="00B068AE">
        <w:rPr>
          <w:sz w:val="28"/>
        </w:rPr>
        <w:t xml:space="preserve"> </w:t>
      </w:r>
      <w:proofErr w:type="spellStart"/>
      <w:r w:rsidR="006008B5" w:rsidRPr="00B068AE">
        <w:rPr>
          <w:sz w:val="28"/>
        </w:rPr>
        <w:t>khăn</w:t>
      </w:r>
      <w:proofErr w:type="spellEnd"/>
      <w:r w:rsidR="006008B5" w:rsidRPr="00B068AE">
        <w:rPr>
          <w:sz w:val="28"/>
        </w:rPr>
        <w:t xml:space="preserve"> </w:t>
      </w:r>
      <w:proofErr w:type="spellStart"/>
      <w:r w:rsidR="00807283">
        <w:rPr>
          <w:sz w:val="28"/>
        </w:rPr>
        <w:t>trong</w:t>
      </w:r>
      <w:proofErr w:type="spellEnd"/>
      <w:r w:rsidR="006008B5" w:rsidRPr="00B068AE">
        <w:rPr>
          <w:sz w:val="28"/>
        </w:rPr>
        <w:t xml:space="preserve"> </w:t>
      </w:r>
      <w:proofErr w:type="spellStart"/>
      <w:r w:rsidR="006008B5" w:rsidRPr="00B068AE">
        <w:rPr>
          <w:sz w:val="28"/>
        </w:rPr>
        <w:t>sản</w:t>
      </w:r>
      <w:proofErr w:type="spellEnd"/>
      <w:r w:rsidR="006008B5" w:rsidRPr="00B068AE">
        <w:rPr>
          <w:sz w:val="28"/>
        </w:rPr>
        <w:t xml:space="preserve"> </w:t>
      </w:r>
      <w:proofErr w:type="spellStart"/>
      <w:r w:rsidR="006008B5" w:rsidRPr="00B068AE">
        <w:rPr>
          <w:sz w:val="28"/>
        </w:rPr>
        <w:t>xuất</w:t>
      </w:r>
      <w:proofErr w:type="spellEnd"/>
      <w:r w:rsidR="006008B5" w:rsidRPr="00B068AE">
        <w:rPr>
          <w:sz w:val="28"/>
        </w:rPr>
        <w:t xml:space="preserve">, </w:t>
      </w:r>
      <w:proofErr w:type="spellStart"/>
      <w:r w:rsidR="006008B5" w:rsidRPr="00B068AE">
        <w:rPr>
          <w:sz w:val="28"/>
        </w:rPr>
        <w:t>kinh</w:t>
      </w:r>
      <w:proofErr w:type="spellEnd"/>
      <w:r w:rsidR="006008B5" w:rsidRPr="00B068AE">
        <w:rPr>
          <w:sz w:val="28"/>
        </w:rPr>
        <w:t xml:space="preserve"> </w:t>
      </w:r>
      <w:proofErr w:type="spellStart"/>
      <w:r w:rsidR="006008B5" w:rsidRPr="00B068AE">
        <w:rPr>
          <w:sz w:val="28"/>
        </w:rPr>
        <w:t>doanh</w:t>
      </w:r>
      <w:proofErr w:type="spellEnd"/>
      <w:r w:rsidR="006008B5" w:rsidRPr="00B068AE">
        <w:rPr>
          <w:sz w:val="28"/>
        </w:rPr>
        <w:t xml:space="preserve">; </w:t>
      </w:r>
      <w:proofErr w:type="spellStart"/>
      <w:r w:rsidR="006008B5" w:rsidRPr="00B068AE">
        <w:rPr>
          <w:sz w:val="28"/>
        </w:rPr>
        <w:t>thực</w:t>
      </w:r>
      <w:proofErr w:type="spellEnd"/>
      <w:r w:rsidR="006008B5" w:rsidRPr="00B068AE">
        <w:rPr>
          <w:sz w:val="28"/>
        </w:rPr>
        <w:t xml:space="preserve"> </w:t>
      </w:r>
      <w:proofErr w:type="spellStart"/>
      <w:r w:rsidR="006008B5" w:rsidRPr="00B068AE">
        <w:rPr>
          <w:sz w:val="28"/>
        </w:rPr>
        <w:t>hiện</w:t>
      </w:r>
      <w:proofErr w:type="spellEnd"/>
      <w:r w:rsidR="006008B5" w:rsidRPr="00B068AE">
        <w:rPr>
          <w:sz w:val="28"/>
        </w:rPr>
        <w:t xml:space="preserve"> </w:t>
      </w:r>
      <w:proofErr w:type="spellStart"/>
      <w:r w:rsidR="006008B5" w:rsidRPr="00B068AE">
        <w:rPr>
          <w:sz w:val="28"/>
        </w:rPr>
        <w:t>tốt</w:t>
      </w:r>
      <w:proofErr w:type="spellEnd"/>
      <w:r w:rsidR="006008B5" w:rsidRPr="00B068AE">
        <w:rPr>
          <w:sz w:val="28"/>
        </w:rPr>
        <w:t xml:space="preserve"> </w:t>
      </w:r>
      <w:proofErr w:type="spellStart"/>
      <w:r w:rsidR="006008B5" w:rsidRPr="00B068AE">
        <w:rPr>
          <w:sz w:val="28"/>
        </w:rPr>
        <w:t>chính</w:t>
      </w:r>
      <w:proofErr w:type="spellEnd"/>
      <w:r w:rsidR="006008B5" w:rsidRPr="00B068AE">
        <w:rPr>
          <w:sz w:val="28"/>
        </w:rPr>
        <w:t xml:space="preserve"> </w:t>
      </w:r>
      <w:proofErr w:type="spellStart"/>
      <w:r w:rsidR="006008B5" w:rsidRPr="00B068AE">
        <w:rPr>
          <w:sz w:val="28"/>
        </w:rPr>
        <w:t>sách</w:t>
      </w:r>
      <w:proofErr w:type="spellEnd"/>
      <w:r w:rsidR="006008B5" w:rsidRPr="00B068AE">
        <w:rPr>
          <w:sz w:val="28"/>
        </w:rPr>
        <w:t xml:space="preserve"> an </w:t>
      </w:r>
      <w:proofErr w:type="spellStart"/>
      <w:r w:rsidR="006008B5" w:rsidRPr="00B068AE">
        <w:rPr>
          <w:sz w:val="28"/>
        </w:rPr>
        <w:t>sinh</w:t>
      </w:r>
      <w:proofErr w:type="spellEnd"/>
      <w:r w:rsidR="006008B5" w:rsidRPr="00B068AE">
        <w:rPr>
          <w:sz w:val="28"/>
        </w:rPr>
        <w:t xml:space="preserve"> </w:t>
      </w:r>
      <w:proofErr w:type="spellStart"/>
      <w:r w:rsidR="006008B5" w:rsidRPr="00B068AE">
        <w:rPr>
          <w:sz w:val="28"/>
        </w:rPr>
        <w:t>xã</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chăm</w:t>
      </w:r>
      <w:proofErr w:type="spellEnd"/>
      <w:r w:rsidR="006008B5" w:rsidRPr="00B068AE">
        <w:rPr>
          <w:sz w:val="28"/>
        </w:rPr>
        <w:t xml:space="preserve"> lo </w:t>
      </w:r>
      <w:proofErr w:type="spellStart"/>
      <w:r w:rsidR="006008B5" w:rsidRPr="00B068AE">
        <w:rPr>
          <w:sz w:val="28"/>
        </w:rPr>
        <w:t>đời</w:t>
      </w:r>
      <w:proofErr w:type="spellEnd"/>
      <w:r w:rsidR="006008B5" w:rsidRPr="00B068AE">
        <w:rPr>
          <w:sz w:val="28"/>
        </w:rPr>
        <w:t xml:space="preserve"> </w:t>
      </w:r>
      <w:proofErr w:type="spellStart"/>
      <w:r w:rsidR="006008B5" w:rsidRPr="00B068AE">
        <w:rPr>
          <w:sz w:val="28"/>
        </w:rPr>
        <w:t>sống</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đẩy</w:t>
      </w:r>
      <w:proofErr w:type="spellEnd"/>
      <w:r w:rsidR="006008B5" w:rsidRPr="00B068AE">
        <w:rPr>
          <w:sz w:val="28"/>
        </w:rPr>
        <w:t xml:space="preserve"> </w:t>
      </w:r>
      <w:proofErr w:type="spellStart"/>
      <w:r w:rsidR="006008B5" w:rsidRPr="00B068AE">
        <w:rPr>
          <w:sz w:val="28"/>
        </w:rPr>
        <w:t>mạnh</w:t>
      </w:r>
      <w:proofErr w:type="spellEnd"/>
      <w:r w:rsidR="006008B5" w:rsidRPr="00B068AE">
        <w:rPr>
          <w:sz w:val="28"/>
        </w:rPr>
        <w:t xml:space="preserve"> </w:t>
      </w:r>
      <w:proofErr w:type="spellStart"/>
      <w:r w:rsidR="006008B5" w:rsidRPr="00B068AE">
        <w:rPr>
          <w:sz w:val="28"/>
        </w:rPr>
        <w:t>cải</w:t>
      </w:r>
      <w:proofErr w:type="spellEnd"/>
      <w:r w:rsidR="006008B5" w:rsidRPr="00B068AE">
        <w:rPr>
          <w:sz w:val="28"/>
        </w:rPr>
        <w:t xml:space="preserve"> </w:t>
      </w:r>
      <w:proofErr w:type="spellStart"/>
      <w:r w:rsidR="006008B5" w:rsidRPr="00B068AE">
        <w:rPr>
          <w:sz w:val="28"/>
        </w:rPr>
        <w:t>cách</w:t>
      </w:r>
      <w:proofErr w:type="spellEnd"/>
      <w:r w:rsidR="006008B5" w:rsidRPr="00B068AE">
        <w:rPr>
          <w:sz w:val="28"/>
        </w:rPr>
        <w:t xml:space="preserve"> </w:t>
      </w:r>
      <w:proofErr w:type="spellStart"/>
      <w:r w:rsidR="006008B5" w:rsidRPr="00B068AE">
        <w:rPr>
          <w:sz w:val="28"/>
        </w:rPr>
        <w:t>hành</w:t>
      </w:r>
      <w:proofErr w:type="spellEnd"/>
      <w:r w:rsidR="006008B5" w:rsidRPr="00B068AE">
        <w:rPr>
          <w:sz w:val="28"/>
        </w:rPr>
        <w:t xml:space="preserve"> </w:t>
      </w:r>
      <w:proofErr w:type="spellStart"/>
      <w:r w:rsidR="006008B5" w:rsidRPr="00B068AE">
        <w:rPr>
          <w:sz w:val="28"/>
        </w:rPr>
        <w:t>chính</w:t>
      </w:r>
      <w:proofErr w:type="spellEnd"/>
      <w:r w:rsidR="006008B5" w:rsidRPr="00B068AE">
        <w:rPr>
          <w:sz w:val="28"/>
        </w:rPr>
        <w:t xml:space="preserve">, </w:t>
      </w:r>
      <w:proofErr w:type="spellStart"/>
      <w:r w:rsidR="006008B5" w:rsidRPr="00B068AE">
        <w:rPr>
          <w:sz w:val="28"/>
        </w:rPr>
        <w:t>chuyển</w:t>
      </w:r>
      <w:proofErr w:type="spellEnd"/>
      <w:r w:rsidR="006008B5" w:rsidRPr="00B068AE">
        <w:rPr>
          <w:sz w:val="28"/>
        </w:rPr>
        <w:t xml:space="preserve"> </w:t>
      </w:r>
      <w:proofErr w:type="spellStart"/>
      <w:r w:rsidR="006008B5" w:rsidRPr="00B068AE">
        <w:rPr>
          <w:sz w:val="28"/>
        </w:rPr>
        <w:t>đổi</w:t>
      </w:r>
      <w:proofErr w:type="spellEnd"/>
      <w:r w:rsidR="006008B5" w:rsidRPr="00B068AE">
        <w:rPr>
          <w:sz w:val="28"/>
        </w:rPr>
        <w:t xml:space="preserve"> </w:t>
      </w:r>
      <w:proofErr w:type="spellStart"/>
      <w:r w:rsidR="006008B5" w:rsidRPr="00B068AE">
        <w:rPr>
          <w:sz w:val="28"/>
        </w:rPr>
        <w:t>số</w:t>
      </w:r>
      <w:proofErr w:type="spellEnd"/>
      <w:r w:rsidR="006008B5" w:rsidRPr="00B068AE">
        <w:rPr>
          <w:sz w:val="28"/>
        </w:rPr>
        <w:t xml:space="preserve">, </w:t>
      </w:r>
      <w:proofErr w:type="spellStart"/>
      <w:r w:rsidR="006008B5" w:rsidRPr="00B068AE">
        <w:rPr>
          <w:sz w:val="28"/>
        </w:rPr>
        <w:t>phòng</w:t>
      </w:r>
      <w:proofErr w:type="spellEnd"/>
      <w:r w:rsidR="006008B5" w:rsidRPr="00B068AE">
        <w:rPr>
          <w:sz w:val="28"/>
        </w:rPr>
        <w:t xml:space="preserve">, </w:t>
      </w:r>
      <w:proofErr w:type="spellStart"/>
      <w:r w:rsidR="006008B5" w:rsidRPr="00B068AE">
        <w:rPr>
          <w:sz w:val="28"/>
        </w:rPr>
        <w:t>chống</w:t>
      </w:r>
      <w:proofErr w:type="spellEnd"/>
      <w:r w:rsidR="006008B5" w:rsidRPr="00B068AE">
        <w:rPr>
          <w:sz w:val="28"/>
        </w:rPr>
        <w:t xml:space="preserve"> </w:t>
      </w:r>
      <w:proofErr w:type="spellStart"/>
      <w:r w:rsidR="006008B5" w:rsidRPr="00B068AE">
        <w:rPr>
          <w:sz w:val="28"/>
        </w:rPr>
        <w:t>tham</w:t>
      </w:r>
      <w:proofErr w:type="spellEnd"/>
      <w:r w:rsidR="006008B5" w:rsidRPr="00B068AE">
        <w:rPr>
          <w:sz w:val="28"/>
        </w:rPr>
        <w:t xml:space="preserve"> </w:t>
      </w:r>
      <w:proofErr w:type="spellStart"/>
      <w:r w:rsidR="006008B5" w:rsidRPr="00B068AE">
        <w:rPr>
          <w:sz w:val="28"/>
        </w:rPr>
        <w:t>nhũng</w:t>
      </w:r>
      <w:proofErr w:type="spellEnd"/>
      <w:r w:rsidR="006008B5" w:rsidRPr="00B068AE">
        <w:rPr>
          <w:sz w:val="28"/>
        </w:rPr>
        <w:t xml:space="preserve">, </w:t>
      </w:r>
      <w:proofErr w:type="spellStart"/>
      <w:r w:rsidR="006008B5" w:rsidRPr="00B068AE">
        <w:rPr>
          <w:sz w:val="28"/>
        </w:rPr>
        <w:t>tiêu</w:t>
      </w:r>
      <w:proofErr w:type="spellEnd"/>
      <w:r w:rsidR="006008B5" w:rsidRPr="00B068AE">
        <w:rPr>
          <w:sz w:val="28"/>
        </w:rPr>
        <w:t xml:space="preserve"> </w:t>
      </w:r>
      <w:proofErr w:type="spellStart"/>
      <w:r w:rsidR="006008B5" w:rsidRPr="00B068AE">
        <w:rPr>
          <w:sz w:val="28"/>
        </w:rPr>
        <w:t>cực</w:t>
      </w:r>
      <w:proofErr w:type="spellEnd"/>
      <w:r w:rsidR="006008B5" w:rsidRPr="00B068AE">
        <w:rPr>
          <w:sz w:val="28"/>
        </w:rPr>
        <w:t xml:space="preserve">, </w:t>
      </w:r>
      <w:proofErr w:type="spellStart"/>
      <w:r w:rsidR="006008B5" w:rsidRPr="00B068AE">
        <w:rPr>
          <w:sz w:val="28"/>
        </w:rPr>
        <w:t>lãng</w:t>
      </w:r>
      <w:proofErr w:type="spellEnd"/>
      <w:r w:rsidR="006008B5" w:rsidRPr="00B068AE">
        <w:rPr>
          <w:sz w:val="28"/>
        </w:rPr>
        <w:t xml:space="preserve"> </w:t>
      </w:r>
      <w:proofErr w:type="spellStart"/>
      <w:r w:rsidR="006008B5" w:rsidRPr="00B068AE">
        <w:rPr>
          <w:sz w:val="28"/>
        </w:rPr>
        <w:t>phí</w:t>
      </w:r>
      <w:proofErr w:type="spellEnd"/>
      <w:r w:rsidR="006008B5" w:rsidRPr="00B068AE">
        <w:rPr>
          <w:sz w:val="28"/>
        </w:rPr>
        <w:t>.</w:t>
      </w:r>
    </w:p>
    <w:p w14:paraId="2C4F8CA3" w14:textId="59C9AE0F" w:rsidR="00343ABC" w:rsidRPr="00B068AE" w:rsidRDefault="005065C7" w:rsidP="00B068AE">
      <w:pPr>
        <w:widowControl w:val="0"/>
        <w:spacing w:before="120" w:after="0"/>
        <w:ind w:firstLine="720"/>
        <w:jc w:val="both"/>
        <w:rPr>
          <w:sz w:val="28"/>
          <w:szCs w:val="28"/>
        </w:rPr>
      </w:pPr>
      <w:r>
        <w:rPr>
          <w:sz w:val="28"/>
        </w:rPr>
        <w:t xml:space="preserve">b) </w:t>
      </w:r>
      <w:proofErr w:type="spellStart"/>
      <w:r>
        <w:rPr>
          <w:sz w:val="28"/>
        </w:rPr>
        <w:t>Kịp</w:t>
      </w:r>
      <w:proofErr w:type="spellEnd"/>
      <w:r>
        <w:rPr>
          <w:sz w:val="28"/>
        </w:rPr>
        <w:t xml:space="preserve"> </w:t>
      </w:r>
      <w:proofErr w:type="spellStart"/>
      <w:r>
        <w:rPr>
          <w:sz w:val="28"/>
        </w:rPr>
        <w:t>thời</w:t>
      </w:r>
      <w:proofErr w:type="spellEnd"/>
      <w:r>
        <w:rPr>
          <w:sz w:val="28"/>
        </w:rPr>
        <w:t xml:space="preserve"> </w:t>
      </w:r>
      <w:proofErr w:type="spellStart"/>
      <w:r w:rsidR="006008B5" w:rsidRPr="00B068AE">
        <w:rPr>
          <w:sz w:val="28"/>
        </w:rPr>
        <w:t>cụ</w:t>
      </w:r>
      <w:proofErr w:type="spellEnd"/>
      <w:r w:rsidR="006008B5" w:rsidRPr="00B068AE">
        <w:rPr>
          <w:sz w:val="28"/>
        </w:rPr>
        <w:t xml:space="preserve"> </w:t>
      </w:r>
      <w:proofErr w:type="spellStart"/>
      <w:r w:rsidR="006008B5" w:rsidRPr="00B068AE">
        <w:rPr>
          <w:sz w:val="28"/>
        </w:rPr>
        <w:t>thể</w:t>
      </w:r>
      <w:proofErr w:type="spellEnd"/>
      <w:r w:rsidR="006008B5" w:rsidRPr="00B068AE">
        <w:rPr>
          <w:sz w:val="28"/>
        </w:rPr>
        <w:t xml:space="preserve"> </w:t>
      </w:r>
      <w:proofErr w:type="spellStart"/>
      <w:r w:rsidR="006008B5" w:rsidRPr="00B068AE">
        <w:rPr>
          <w:sz w:val="28"/>
        </w:rPr>
        <w:t>hóa</w:t>
      </w:r>
      <w:proofErr w:type="spellEnd"/>
      <w:r w:rsidR="006008B5" w:rsidRPr="00B068AE">
        <w:rPr>
          <w:sz w:val="28"/>
        </w:rPr>
        <w:t xml:space="preserve"> </w:t>
      </w:r>
      <w:proofErr w:type="spellStart"/>
      <w:r w:rsidR="006008B5" w:rsidRPr="00B068AE">
        <w:rPr>
          <w:sz w:val="28"/>
        </w:rPr>
        <w:t>và</w:t>
      </w:r>
      <w:proofErr w:type="spellEnd"/>
      <w:r w:rsidR="006008B5" w:rsidRPr="00B068AE">
        <w:rPr>
          <w:sz w:val="28"/>
        </w:rPr>
        <w:t xml:space="preserve"> </w:t>
      </w:r>
      <w:proofErr w:type="spellStart"/>
      <w:r w:rsidR="006008B5" w:rsidRPr="00B068AE">
        <w:rPr>
          <w:sz w:val="28"/>
        </w:rPr>
        <w:t>tổ</w:t>
      </w:r>
      <w:proofErr w:type="spellEnd"/>
      <w:r w:rsidR="006008B5" w:rsidRPr="00B068AE">
        <w:rPr>
          <w:sz w:val="28"/>
        </w:rPr>
        <w:t xml:space="preserve"> </w:t>
      </w:r>
      <w:proofErr w:type="spellStart"/>
      <w:r w:rsidR="006008B5" w:rsidRPr="00B068AE">
        <w:rPr>
          <w:sz w:val="28"/>
        </w:rPr>
        <w:t>chức</w:t>
      </w:r>
      <w:proofErr w:type="spellEnd"/>
      <w:r w:rsidR="006008B5" w:rsidRPr="00B068AE">
        <w:rPr>
          <w:sz w:val="28"/>
        </w:rPr>
        <w:t xml:space="preserve"> </w:t>
      </w:r>
      <w:proofErr w:type="spellStart"/>
      <w:r w:rsidR="006008B5" w:rsidRPr="00B068AE">
        <w:rPr>
          <w:sz w:val="28"/>
        </w:rPr>
        <w:t>thực</w:t>
      </w:r>
      <w:proofErr w:type="spellEnd"/>
      <w:r w:rsidR="006008B5" w:rsidRPr="00B068AE">
        <w:rPr>
          <w:sz w:val="28"/>
        </w:rPr>
        <w:t xml:space="preserve"> </w:t>
      </w:r>
      <w:proofErr w:type="spellStart"/>
      <w:r w:rsidR="006008B5" w:rsidRPr="00B068AE">
        <w:rPr>
          <w:sz w:val="28"/>
        </w:rPr>
        <w:t>hiện</w:t>
      </w:r>
      <w:proofErr w:type="spellEnd"/>
      <w:r w:rsidR="006008B5" w:rsidRPr="00B068AE">
        <w:rPr>
          <w:sz w:val="28"/>
        </w:rPr>
        <w:t xml:space="preserve"> </w:t>
      </w:r>
      <w:proofErr w:type="spellStart"/>
      <w:r w:rsidR="006008B5" w:rsidRPr="00B068AE">
        <w:rPr>
          <w:sz w:val="28"/>
        </w:rPr>
        <w:t>đầy</w:t>
      </w:r>
      <w:proofErr w:type="spellEnd"/>
      <w:r w:rsidR="006008B5" w:rsidRPr="00B068AE">
        <w:rPr>
          <w:sz w:val="28"/>
        </w:rPr>
        <w:t xml:space="preserve"> </w:t>
      </w:r>
      <w:proofErr w:type="spellStart"/>
      <w:r w:rsidR="006008B5" w:rsidRPr="00B068AE">
        <w:rPr>
          <w:sz w:val="28"/>
        </w:rPr>
        <w:t>đủ</w:t>
      </w:r>
      <w:proofErr w:type="spellEnd"/>
      <w:r w:rsidR="006008B5" w:rsidRPr="00B068AE">
        <w:rPr>
          <w:sz w:val="28"/>
        </w:rPr>
        <w:t xml:space="preserve">, </w:t>
      </w:r>
      <w:proofErr w:type="spellStart"/>
      <w:r w:rsidR="006008B5" w:rsidRPr="00B068AE">
        <w:rPr>
          <w:sz w:val="28"/>
        </w:rPr>
        <w:t>đúng</w:t>
      </w:r>
      <w:proofErr w:type="spellEnd"/>
      <w:r w:rsidR="006008B5" w:rsidRPr="00B068AE">
        <w:rPr>
          <w:sz w:val="28"/>
        </w:rPr>
        <w:t xml:space="preserve"> </w:t>
      </w:r>
      <w:proofErr w:type="spellStart"/>
      <w:r w:rsidR="006008B5" w:rsidRPr="00B068AE">
        <w:rPr>
          <w:sz w:val="28"/>
        </w:rPr>
        <w:t>quy</w:t>
      </w:r>
      <w:proofErr w:type="spellEnd"/>
      <w:r w:rsidR="006008B5" w:rsidRPr="00B068AE">
        <w:rPr>
          <w:sz w:val="28"/>
        </w:rPr>
        <w:t xml:space="preserve"> </w:t>
      </w:r>
      <w:proofErr w:type="spellStart"/>
      <w:r w:rsidR="006008B5" w:rsidRPr="00B068AE">
        <w:rPr>
          <w:sz w:val="28"/>
        </w:rPr>
        <w:t>định</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w:t>
      </w:r>
      <w:proofErr w:type="spellStart"/>
      <w:r w:rsidR="006008B5" w:rsidRPr="00B068AE">
        <w:rPr>
          <w:sz w:val="28"/>
        </w:rPr>
        <w:t>nghị</w:t>
      </w:r>
      <w:proofErr w:type="spellEnd"/>
      <w:r w:rsidR="006008B5" w:rsidRPr="00B068AE">
        <w:rPr>
          <w:sz w:val="28"/>
        </w:rPr>
        <w:t xml:space="preserve"> </w:t>
      </w:r>
      <w:proofErr w:type="spellStart"/>
      <w:r w:rsidR="006008B5" w:rsidRPr="00B068AE">
        <w:rPr>
          <w:sz w:val="28"/>
        </w:rPr>
        <w:t>quyết</w:t>
      </w:r>
      <w:proofErr w:type="spellEnd"/>
      <w:r w:rsidR="006008B5" w:rsidRPr="00B068AE">
        <w:rPr>
          <w:sz w:val="28"/>
        </w:rPr>
        <w:t xml:space="preserve"> </w:t>
      </w:r>
      <w:proofErr w:type="spellStart"/>
      <w:r w:rsidR="006008B5" w:rsidRPr="00B068AE">
        <w:rPr>
          <w:sz w:val="28"/>
        </w:rPr>
        <w:t>đã</w:t>
      </w:r>
      <w:proofErr w:type="spellEnd"/>
      <w:r w:rsidR="006008B5" w:rsidRPr="00B068AE">
        <w:rPr>
          <w:sz w:val="28"/>
        </w:rPr>
        <w:t xml:space="preserve"> </w:t>
      </w:r>
      <w:proofErr w:type="spellStart"/>
      <w:r w:rsidR="006008B5" w:rsidRPr="00B068AE">
        <w:rPr>
          <w:sz w:val="28"/>
        </w:rPr>
        <w:t>được</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đồng</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tỉnh</w:t>
      </w:r>
      <w:proofErr w:type="spellEnd"/>
      <w:r w:rsidR="006008B5" w:rsidRPr="00B068AE">
        <w:rPr>
          <w:sz w:val="28"/>
        </w:rPr>
        <w:t xml:space="preserve"> </w:t>
      </w:r>
      <w:proofErr w:type="spellStart"/>
      <w:r w:rsidR="006008B5" w:rsidRPr="00B068AE">
        <w:rPr>
          <w:sz w:val="28"/>
        </w:rPr>
        <w:t>thông</w:t>
      </w:r>
      <w:proofErr w:type="spellEnd"/>
      <w:r w:rsidR="006008B5" w:rsidRPr="00B068AE">
        <w:rPr>
          <w:sz w:val="28"/>
        </w:rPr>
        <w:t xml:space="preserve"> qua; </w:t>
      </w:r>
      <w:proofErr w:type="spellStart"/>
      <w:r w:rsidR="006008B5" w:rsidRPr="00B068AE">
        <w:rPr>
          <w:sz w:val="28"/>
        </w:rPr>
        <w:t>xác</w:t>
      </w:r>
      <w:proofErr w:type="spellEnd"/>
      <w:r w:rsidR="006008B5" w:rsidRPr="00B068AE">
        <w:rPr>
          <w:sz w:val="28"/>
        </w:rPr>
        <w:t xml:space="preserve"> </w:t>
      </w:r>
      <w:proofErr w:type="spellStart"/>
      <w:r w:rsidR="006008B5" w:rsidRPr="00B068AE">
        <w:rPr>
          <w:sz w:val="28"/>
        </w:rPr>
        <w:t>định</w:t>
      </w:r>
      <w:proofErr w:type="spellEnd"/>
      <w:r w:rsidR="006008B5" w:rsidRPr="00B068AE">
        <w:rPr>
          <w:sz w:val="28"/>
        </w:rPr>
        <w:t xml:space="preserve"> </w:t>
      </w:r>
      <w:proofErr w:type="spellStart"/>
      <w:r w:rsidR="006008B5" w:rsidRPr="00B068AE">
        <w:rPr>
          <w:sz w:val="28"/>
        </w:rPr>
        <w:t>rõ</w:t>
      </w:r>
      <w:proofErr w:type="spellEnd"/>
      <w:r w:rsidR="006008B5" w:rsidRPr="00B068AE">
        <w:rPr>
          <w:sz w:val="28"/>
        </w:rPr>
        <w:t xml:space="preserve"> </w:t>
      </w:r>
      <w:proofErr w:type="spellStart"/>
      <w:r w:rsidR="006008B5" w:rsidRPr="00B068AE">
        <w:rPr>
          <w:sz w:val="28"/>
        </w:rPr>
        <w:t>cơ</w:t>
      </w:r>
      <w:proofErr w:type="spellEnd"/>
      <w:r w:rsidR="006008B5" w:rsidRPr="00B068AE">
        <w:rPr>
          <w:sz w:val="28"/>
        </w:rPr>
        <w:t xml:space="preserve"> </w:t>
      </w:r>
      <w:proofErr w:type="spellStart"/>
      <w:r w:rsidR="006008B5" w:rsidRPr="00B068AE">
        <w:rPr>
          <w:sz w:val="28"/>
        </w:rPr>
        <w:t>quan</w:t>
      </w:r>
      <w:proofErr w:type="spellEnd"/>
      <w:r w:rsidR="006008B5" w:rsidRPr="00B068AE">
        <w:rPr>
          <w:sz w:val="28"/>
        </w:rPr>
        <w:t xml:space="preserve"> </w:t>
      </w:r>
      <w:proofErr w:type="spellStart"/>
      <w:r w:rsidR="006008B5" w:rsidRPr="00B068AE">
        <w:rPr>
          <w:sz w:val="28"/>
        </w:rPr>
        <w:t>chủ</w:t>
      </w:r>
      <w:proofErr w:type="spellEnd"/>
      <w:r w:rsidR="006008B5" w:rsidRPr="00B068AE">
        <w:rPr>
          <w:sz w:val="28"/>
        </w:rPr>
        <w:t xml:space="preserve"> </w:t>
      </w:r>
      <w:proofErr w:type="spellStart"/>
      <w:r w:rsidR="006008B5" w:rsidRPr="00B068AE">
        <w:rPr>
          <w:sz w:val="28"/>
        </w:rPr>
        <w:t>trì</w:t>
      </w:r>
      <w:proofErr w:type="spellEnd"/>
      <w:r w:rsidR="006008B5" w:rsidRPr="00B068AE">
        <w:rPr>
          <w:sz w:val="28"/>
        </w:rPr>
        <w:t xml:space="preserve">, </w:t>
      </w:r>
      <w:proofErr w:type="spellStart"/>
      <w:r w:rsidR="006008B5" w:rsidRPr="00B068AE">
        <w:rPr>
          <w:sz w:val="28"/>
        </w:rPr>
        <w:t>cơ</w:t>
      </w:r>
      <w:proofErr w:type="spellEnd"/>
      <w:r w:rsidR="006008B5" w:rsidRPr="00B068AE">
        <w:rPr>
          <w:sz w:val="28"/>
        </w:rPr>
        <w:t xml:space="preserve"> </w:t>
      </w:r>
      <w:proofErr w:type="spellStart"/>
      <w:r w:rsidR="006008B5" w:rsidRPr="00B068AE">
        <w:rPr>
          <w:sz w:val="28"/>
        </w:rPr>
        <w:t>quan</w:t>
      </w:r>
      <w:proofErr w:type="spellEnd"/>
      <w:r w:rsidR="006008B5" w:rsidRPr="00B068AE">
        <w:rPr>
          <w:sz w:val="28"/>
        </w:rPr>
        <w:t xml:space="preserve"> </w:t>
      </w:r>
      <w:proofErr w:type="spellStart"/>
      <w:r w:rsidR="006008B5" w:rsidRPr="00B068AE">
        <w:rPr>
          <w:sz w:val="28"/>
        </w:rPr>
        <w:t>phối</w:t>
      </w:r>
      <w:proofErr w:type="spellEnd"/>
      <w:r w:rsidR="006008B5" w:rsidRPr="00B068AE">
        <w:rPr>
          <w:sz w:val="28"/>
        </w:rPr>
        <w:t xml:space="preserve"> </w:t>
      </w:r>
      <w:proofErr w:type="spellStart"/>
      <w:r w:rsidR="006008B5" w:rsidRPr="00B068AE">
        <w:rPr>
          <w:sz w:val="28"/>
        </w:rPr>
        <w:t>hợp</w:t>
      </w:r>
      <w:proofErr w:type="spellEnd"/>
      <w:r w:rsidR="006008B5" w:rsidRPr="00B068AE">
        <w:rPr>
          <w:sz w:val="28"/>
        </w:rPr>
        <w:t xml:space="preserve">, </w:t>
      </w:r>
      <w:proofErr w:type="spellStart"/>
      <w:r w:rsidR="006008B5" w:rsidRPr="00B068AE">
        <w:rPr>
          <w:sz w:val="28"/>
        </w:rPr>
        <w:t>tiến</w:t>
      </w:r>
      <w:proofErr w:type="spellEnd"/>
      <w:r w:rsidR="006008B5" w:rsidRPr="00B068AE">
        <w:rPr>
          <w:sz w:val="28"/>
        </w:rPr>
        <w:t xml:space="preserve"> </w:t>
      </w:r>
      <w:proofErr w:type="spellStart"/>
      <w:r w:rsidR="006008B5" w:rsidRPr="00B068AE">
        <w:rPr>
          <w:sz w:val="28"/>
        </w:rPr>
        <w:t>độ</w:t>
      </w:r>
      <w:proofErr w:type="spellEnd"/>
      <w:r w:rsidR="006008B5" w:rsidRPr="00B068AE">
        <w:rPr>
          <w:sz w:val="28"/>
        </w:rPr>
        <w:t xml:space="preserve">, </w:t>
      </w:r>
      <w:proofErr w:type="spellStart"/>
      <w:r w:rsidR="006008B5" w:rsidRPr="00B068AE">
        <w:rPr>
          <w:sz w:val="28"/>
        </w:rPr>
        <w:t>nguồn</w:t>
      </w:r>
      <w:proofErr w:type="spellEnd"/>
      <w:r w:rsidR="006008B5" w:rsidRPr="00B068AE">
        <w:rPr>
          <w:sz w:val="28"/>
        </w:rPr>
        <w:t xml:space="preserve"> </w:t>
      </w:r>
      <w:proofErr w:type="spellStart"/>
      <w:r w:rsidR="006008B5" w:rsidRPr="00B068AE">
        <w:rPr>
          <w:sz w:val="28"/>
        </w:rPr>
        <w:t>lực</w:t>
      </w:r>
      <w:proofErr w:type="spellEnd"/>
      <w:r w:rsidR="006008B5" w:rsidRPr="00B068AE">
        <w:rPr>
          <w:sz w:val="28"/>
        </w:rPr>
        <w:t xml:space="preserve"> </w:t>
      </w:r>
      <w:proofErr w:type="spellStart"/>
      <w:r w:rsidR="006008B5" w:rsidRPr="00B068AE">
        <w:rPr>
          <w:sz w:val="28"/>
        </w:rPr>
        <w:t>và</w:t>
      </w:r>
      <w:proofErr w:type="spellEnd"/>
      <w:r w:rsidR="006008B5" w:rsidRPr="00B068AE">
        <w:rPr>
          <w:sz w:val="28"/>
        </w:rPr>
        <w:t xml:space="preserve"> </w:t>
      </w:r>
      <w:proofErr w:type="spellStart"/>
      <w:r w:rsidR="006008B5" w:rsidRPr="00B068AE">
        <w:rPr>
          <w:sz w:val="28"/>
        </w:rPr>
        <w:t>trách</w:t>
      </w:r>
      <w:proofErr w:type="spellEnd"/>
      <w:r w:rsidR="006008B5" w:rsidRPr="00B068AE">
        <w:rPr>
          <w:sz w:val="28"/>
        </w:rPr>
        <w:t xml:space="preserve"> </w:t>
      </w:r>
      <w:proofErr w:type="spellStart"/>
      <w:r w:rsidR="006008B5" w:rsidRPr="00B068AE">
        <w:rPr>
          <w:sz w:val="28"/>
        </w:rPr>
        <w:t>nhiệm</w:t>
      </w:r>
      <w:proofErr w:type="spellEnd"/>
      <w:r w:rsidR="006008B5" w:rsidRPr="00B068AE">
        <w:rPr>
          <w:sz w:val="28"/>
        </w:rPr>
        <w:t xml:space="preserve"> </w:t>
      </w:r>
      <w:proofErr w:type="spellStart"/>
      <w:r w:rsidR="006008B5" w:rsidRPr="00B068AE">
        <w:rPr>
          <w:sz w:val="28"/>
        </w:rPr>
        <w:t>của</w:t>
      </w:r>
      <w:proofErr w:type="spellEnd"/>
      <w:r w:rsidR="006008B5" w:rsidRPr="00B068AE">
        <w:rPr>
          <w:sz w:val="28"/>
        </w:rPr>
        <w:t xml:space="preserve"> </w:t>
      </w:r>
      <w:proofErr w:type="spellStart"/>
      <w:r w:rsidR="006008B5" w:rsidRPr="00B068AE">
        <w:rPr>
          <w:sz w:val="28"/>
        </w:rPr>
        <w:t>người</w:t>
      </w:r>
      <w:proofErr w:type="spellEnd"/>
      <w:r w:rsidR="006008B5" w:rsidRPr="00B068AE">
        <w:rPr>
          <w:sz w:val="28"/>
        </w:rPr>
        <w:t xml:space="preserve"> </w:t>
      </w:r>
      <w:proofErr w:type="spellStart"/>
      <w:r w:rsidR="006008B5" w:rsidRPr="00B068AE">
        <w:rPr>
          <w:sz w:val="28"/>
        </w:rPr>
        <w:t>đứng</w:t>
      </w:r>
      <w:proofErr w:type="spellEnd"/>
      <w:r w:rsidR="006008B5" w:rsidRPr="00B068AE">
        <w:rPr>
          <w:sz w:val="28"/>
        </w:rPr>
        <w:t xml:space="preserve"> </w:t>
      </w:r>
      <w:proofErr w:type="spellStart"/>
      <w:r w:rsidR="006008B5" w:rsidRPr="00B068AE">
        <w:rPr>
          <w:sz w:val="28"/>
        </w:rPr>
        <w:t>đầu</w:t>
      </w:r>
      <w:proofErr w:type="spellEnd"/>
      <w:r w:rsidR="006008B5" w:rsidRPr="00B068AE">
        <w:rPr>
          <w:sz w:val="28"/>
        </w:rPr>
        <w:t xml:space="preserve">; </w:t>
      </w:r>
      <w:proofErr w:type="spellStart"/>
      <w:r w:rsidR="006008B5" w:rsidRPr="00B068AE">
        <w:rPr>
          <w:sz w:val="28"/>
        </w:rPr>
        <w:t>thường</w:t>
      </w:r>
      <w:proofErr w:type="spellEnd"/>
      <w:r w:rsidR="006008B5" w:rsidRPr="00B068AE">
        <w:rPr>
          <w:sz w:val="28"/>
        </w:rPr>
        <w:t xml:space="preserve"> </w:t>
      </w:r>
      <w:proofErr w:type="spellStart"/>
      <w:r w:rsidR="006008B5" w:rsidRPr="00B068AE">
        <w:rPr>
          <w:sz w:val="28"/>
        </w:rPr>
        <w:t>xuyên</w:t>
      </w:r>
      <w:proofErr w:type="spellEnd"/>
      <w:r w:rsidR="006008B5" w:rsidRPr="00B068AE">
        <w:rPr>
          <w:sz w:val="28"/>
        </w:rPr>
        <w:t xml:space="preserve"> </w:t>
      </w:r>
      <w:proofErr w:type="spellStart"/>
      <w:r w:rsidR="006008B5" w:rsidRPr="00B068AE">
        <w:rPr>
          <w:sz w:val="28"/>
        </w:rPr>
        <w:t>kiểm</w:t>
      </w:r>
      <w:proofErr w:type="spellEnd"/>
      <w:r w:rsidR="006008B5" w:rsidRPr="00B068AE">
        <w:rPr>
          <w:sz w:val="28"/>
        </w:rPr>
        <w:t xml:space="preserve"> </w:t>
      </w:r>
      <w:proofErr w:type="spellStart"/>
      <w:r w:rsidR="006008B5" w:rsidRPr="00B068AE">
        <w:rPr>
          <w:sz w:val="28"/>
        </w:rPr>
        <w:t>tra</w:t>
      </w:r>
      <w:proofErr w:type="spellEnd"/>
      <w:r w:rsidR="006008B5" w:rsidRPr="00B068AE">
        <w:rPr>
          <w:sz w:val="28"/>
        </w:rPr>
        <w:t xml:space="preserve">, </w:t>
      </w:r>
      <w:proofErr w:type="spellStart"/>
      <w:r w:rsidR="006008B5" w:rsidRPr="00B068AE">
        <w:rPr>
          <w:sz w:val="28"/>
        </w:rPr>
        <w:t>đôn</w:t>
      </w:r>
      <w:proofErr w:type="spellEnd"/>
      <w:r w:rsidR="006008B5" w:rsidRPr="00B068AE">
        <w:rPr>
          <w:sz w:val="28"/>
        </w:rPr>
        <w:t xml:space="preserve"> </w:t>
      </w:r>
      <w:proofErr w:type="spellStart"/>
      <w:r w:rsidR="006008B5" w:rsidRPr="00B068AE">
        <w:rPr>
          <w:sz w:val="28"/>
        </w:rPr>
        <w:t>đốc</w:t>
      </w:r>
      <w:proofErr w:type="spellEnd"/>
      <w:r w:rsidR="006008B5" w:rsidRPr="00B068AE">
        <w:rPr>
          <w:sz w:val="28"/>
        </w:rPr>
        <w:t xml:space="preserve">, </w:t>
      </w:r>
      <w:proofErr w:type="spellStart"/>
      <w:r w:rsidR="006008B5" w:rsidRPr="00B068AE">
        <w:rPr>
          <w:sz w:val="28"/>
        </w:rPr>
        <w:t>kịp</w:t>
      </w:r>
      <w:proofErr w:type="spellEnd"/>
      <w:r w:rsidR="006008B5" w:rsidRPr="00B068AE">
        <w:rPr>
          <w:sz w:val="28"/>
        </w:rPr>
        <w:t xml:space="preserve"> </w:t>
      </w:r>
      <w:proofErr w:type="spellStart"/>
      <w:r w:rsidR="006008B5" w:rsidRPr="00B068AE">
        <w:rPr>
          <w:sz w:val="28"/>
        </w:rPr>
        <w:t>thời</w:t>
      </w:r>
      <w:proofErr w:type="spellEnd"/>
      <w:r w:rsidR="006008B5" w:rsidRPr="00B068AE">
        <w:rPr>
          <w:sz w:val="28"/>
        </w:rPr>
        <w:t xml:space="preserve"> </w:t>
      </w:r>
      <w:proofErr w:type="spellStart"/>
      <w:r w:rsidR="006008B5" w:rsidRPr="00B068AE">
        <w:rPr>
          <w:sz w:val="28"/>
        </w:rPr>
        <w:t>xử</w:t>
      </w:r>
      <w:proofErr w:type="spellEnd"/>
      <w:r w:rsidR="006008B5" w:rsidRPr="00B068AE">
        <w:rPr>
          <w:sz w:val="28"/>
        </w:rPr>
        <w:t xml:space="preserve"> </w:t>
      </w:r>
      <w:proofErr w:type="spellStart"/>
      <w:r w:rsidR="006008B5" w:rsidRPr="00B068AE">
        <w:rPr>
          <w:sz w:val="28"/>
        </w:rPr>
        <w:t>lý</w:t>
      </w:r>
      <w:proofErr w:type="spellEnd"/>
      <w:r w:rsidR="006008B5" w:rsidRPr="00B068AE">
        <w:rPr>
          <w:sz w:val="28"/>
        </w:rPr>
        <w:t xml:space="preserve"> </w:t>
      </w:r>
      <w:proofErr w:type="spellStart"/>
      <w:r w:rsidR="006008B5" w:rsidRPr="00B068AE">
        <w:rPr>
          <w:sz w:val="28"/>
        </w:rPr>
        <w:t>hoặc</w:t>
      </w:r>
      <w:proofErr w:type="spellEnd"/>
      <w:r w:rsidR="006008B5" w:rsidRPr="00B068AE">
        <w:rPr>
          <w:sz w:val="28"/>
        </w:rPr>
        <w:t xml:space="preserve"> </w:t>
      </w:r>
      <w:proofErr w:type="spellStart"/>
      <w:r w:rsidR="006008B5" w:rsidRPr="00B068AE">
        <w:rPr>
          <w:sz w:val="28"/>
        </w:rPr>
        <w:t>báo</w:t>
      </w:r>
      <w:proofErr w:type="spellEnd"/>
      <w:r w:rsidR="006008B5" w:rsidRPr="00B068AE">
        <w:rPr>
          <w:sz w:val="28"/>
        </w:rPr>
        <w:t xml:space="preserve"> </w:t>
      </w:r>
      <w:proofErr w:type="spellStart"/>
      <w:r w:rsidR="006008B5" w:rsidRPr="00B068AE">
        <w:rPr>
          <w:sz w:val="28"/>
        </w:rPr>
        <w:t>cáo</w:t>
      </w:r>
      <w:proofErr w:type="spellEnd"/>
      <w:r w:rsidR="006008B5" w:rsidRPr="00B068AE">
        <w:rPr>
          <w:sz w:val="28"/>
        </w:rPr>
        <w:t xml:space="preserve"> </w:t>
      </w:r>
      <w:proofErr w:type="spellStart"/>
      <w:r w:rsidR="006008B5" w:rsidRPr="00B068AE">
        <w:rPr>
          <w:sz w:val="28"/>
        </w:rPr>
        <w:t>cấp</w:t>
      </w:r>
      <w:proofErr w:type="spellEnd"/>
      <w:r w:rsidR="006008B5" w:rsidRPr="00B068AE">
        <w:rPr>
          <w:sz w:val="28"/>
        </w:rPr>
        <w:t xml:space="preserve"> </w:t>
      </w:r>
      <w:proofErr w:type="spellStart"/>
      <w:r w:rsidR="006008B5" w:rsidRPr="00B068AE">
        <w:rPr>
          <w:sz w:val="28"/>
        </w:rPr>
        <w:t>có</w:t>
      </w:r>
      <w:proofErr w:type="spellEnd"/>
      <w:r w:rsidR="006008B5" w:rsidRPr="00B068AE">
        <w:rPr>
          <w:sz w:val="28"/>
        </w:rPr>
        <w:t xml:space="preserve"> </w:t>
      </w:r>
      <w:proofErr w:type="spellStart"/>
      <w:r w:rsidR="006008B5" w:rsidRPr="00B068AE">
        <w:rPr>
          <w:sz w:val="28"/>
        </w:rPr>
        <w:t>thẩm</w:t>
      </w:r>
      <w:proofErr w:type="spellEnd"/>
      <w:r w:rsidR="006008B5" w:rsidRPr="00B068AE">
        <w:rPr>
          <w:sz w:val="28"/>
        </w:rPr>
        <w:t xml:space="preserve"> </w:t>
      </w:r>
      <w:proofErr w:type="spellStart"/>
      <w:r w:rsidR="006008B5" w:rsidRPr="00B068AE">
        <w:rPr>
          <w:sz w:val="28"/>
        </w:rPr>
        <w:t>quyền</w:t>
      </w:r>
      <w:proofErr w:type="spellEnd"/>
      <w:r w:rsidR="006008B5" w:rsidRPr="00B068AE">
        <w:rPr>
          <w:sz w:val="28"/>
        </w:rPr>
        <w:t xml:space="preserve"> </w:t>
      </w:r>
      <w:proofErr w:type="spellStart"/>
      <w:r w:rsidR="006008B5" w:rsidRPr="00B068AE">
        <w:rPr>
          <w:sz w:val="28"/>
        </w:rPr>
        <w:t>xử</w:t>
      </w:r>
      <w:proofErr w:type="spellEnd"/>
      <w:r w:rsidR="006008B5" w:rsidRPr="00B068AE">
        <w:rPr>
          <w:sz w:val="28"/>
        </w:rPr>
        <w:t xml:space="preserve"> </w:t>
      </w:r>
      <w:proofErr w:type="spellStart"/>
      <w:r w:rsidR="006008B5" w:rsidRPr="00B068AE">
        <w:rPr>
          <w:sz w:val="28"/>
        </w:rPr>
        <w:t>lý</w:t>
      </w:r>
      <w:proofErr w:type="spellEnd"/>
      <w:r w:rsidR="006008B5" w:rsidRPr="00B068AE">
        <w:rPr>
          <w:sz w:val="28"/>
        </w:rPr>
        <w:t xml:space="preserve"> </w:t>
      </w:r>
      <w:proofErr w:type="spellStart"/>
      <w:r w:rsidR="006008B5" w:rsidRPr="00B068AE">
        <w:rPr>
          <w:sz w:val="28"/>
        </w:rPr>
        <w:t>những</w:t>
      </w:r>
      <w:proofErr w:type="spellEnd"/>
      <w:r w:rsidR="006008B5" w:rsidRPr="00B068AE">
        <w:rPr>
          <w:sz w:val="28"/>
        </w:rPr>
        <w:t xml:space="preserve"> </w:t>
      </w:r>
      <w:proofErr w:type="spellStart"/>
      <w:r w:rsidR="006008B5" w:rsidRPr="00B068AE">
        <w:rPr>
          <w:sz w:val="28"/>
        </w:rPr>
        <w:t>khó</w:t>
      </w:r>
      <w:proofErr w:type="spellEnd"/>
      <w:r w:rsidR="006008B5" w:rsidRPr="00B068AE">
        <w:rPr>
          <w:sz w:val="28"/>
        </w:rPr>
        <w:t xml:space="preserve"> </w:t>
      </w:r>
      <w:proofErr w:type="spellStart"/>
      <w:r w:rsidR="006008B5" w:rsidRPr="00B068AE">
        <w:rPr>
          <w:sz w:val="28"/>
        </w:rPr>
        <w:t>khăn</w:t>
      </w:r>
      <w:proofErr w:type="spellEnd"/>
      <w:r w:rsidR="006008B5" w:rsidRPr="00B068AE">
        <w:rPr>
          <w:sz w:val="28"/>
        </w:rPr>
        <w:t xml:space="preserve">, </w:t>
      </w:r>
      <w:proofErr w:type="spellStart"/>
      <w:r w:rsidR="006008B5" w:rsidRPr="00B068AE">
        <w:rPr>
          <w:sz w:val="28"/>
        </w:rPr>
        <w:t>vướng</w:t>
      </w:r>
      <w:proofErr w:type="spellEnd"/>
      <w:r w:rsidR="006008B5" w:rsidRPr="00B068AE">
        <w:rPr>
          <w:sz w:val="28"/>
        </w:rPr>
        <w:t xml:space="preserve"> </w:t>
      </w:r>
      <w:proofErr w:type="spellStart"/>
      <w:r w:rsidR="006008B5" w:rsidRPr="00B068AE">
        <w:rPr>
          <w:sz w:val="28"/>
        </w:rPr>
        <w:t>mắc</w:t>
      </w:r>
      <w:proofErr w:type="spellEnd"/>
      <w:r w:rsidR="006008B5" w:rsidRPr="00B068AE">
        <w:rPr>
          <w:sz w:val="28"/>
        </w:rPr>
        <w:t xml:space="preserve"> </w:t>
      </w:r>
      <w:proofErr w:type="spellStart"/>
      <w:r w:rsidR="006008B5" w:rsidRPr="00B068AE">
        <w:rPr>
          <w:sz w:val="28"/>
        </w:rPr>
        <w:t>phát</w:t>
      </w:r>
      <w:proofErr w:type="spellEnd"/>
      <w:r w:rsidR="006008B5" w:rsidRPr="00B068AE">
        <w:rPr>
          <w:sz w:val="28"/>
        </w:rPr>
        <w:t xml:space="preserve"> </w:t>
      </w:r>
      <w:proofErr w:type="spellStart"/>
      <w:r w:rsidR="006008B5" w:rsidRPr="00B068AE">
        <w:rPr>
          <w:sz w:val="28"/>
        </w:rPr>
        <w:t>sinh</w:t>
      </w:r>
      <w:proofErr w:type="spellEnd"/>
      <w:r w:rsidR="006008B5" w:rsidRPr="00B068AE">
        <w:rPr>
          <w:sz w:val="28"/>
        </w:rPr>
        <w:t xml:space="preserve">. </w:t>
      </w:r>
      <w:proofErr w:type="spellStart"/>
      <w:r w:rsidR="006008B5" w:rsidRPr="00B068AE">
        <w:rPr>
          <w:sz w:val="28"/>
        </w:rPr>
        <w:t>Người</w:t>
      </w:r>
      <w:proofErr w:type="spellEnd"/>
      <w:r w:rsidR="006008B5" w:rsidRPr="00B068AE">
        <w:rPr>
          <w:sz w:val="28"/>
        </w:rPr>
        <w:t xml:space="preserve"> </w:t>
      </w:r>
      <w:proofErr w:type="spellStart"/>
      <w:r w:rsidR="006008B5" w:rsidRPr="00B068AE">
        <w:rPr>
          <w:sz w:val="28"/>
        </w:rPr>
        <w:t>đứng</w:t>
      </w:r>
      <w:proofErr w:type="spellEnd"/>
      <w:r w:rsidR="006008B5" w:rsidRPr="00B068AE">
        <w:rPr>
          <w:sz w:val="28"/>
        </w:rPr>
        <w:t xml:space="preserve"> </w:t>
      </w:r>
      <w:proofErr w:type="spellStart"/>
      <w:r w:rsidR="006008B5" w:rsidRPr="00B068AE">
        <w:rPr>
          <w:sz w:val="28"/>
        </w:rPr>
        <w:t>đầu</w:t>
      </w:r>
      <w:proofErr w:type="spellEnd"/>
      <w:r w:rsidR="006008B5" w:rsidRPr="00B068AE">
        <w:rPr>
          <w:sz w:val="28"/>
        </w:rPr>
        <w:t xml:space="preserve"> </w:t>
      </w:r>
      <w:proofErr w:type="spellStart"/>
      <w:r w:rsidR="006008B5" w:rsidRPr="00B068AE">
        <w:rPr>
          <w:sz w:val="28"/>
        </w:rPr>
        <w:t>cơ</w:t>
      </w:r>
      <w:proofErr w:type="spellEnd"/>
      <w:r w:rsidR="006008B5" w:rsidRPr="00B068AE">
        <w:rPr>
          <w:sz w:val="28"/>
        </w:rPr>
        <w:t xml:space="preserve"> </w:t>
      </w:r>
      <w:proofErr w:type="spellStart"/>
      <w:r w:rsidR="006008B5" w:rsidRPr="00B068AE">
        <w:rPr>
          <w:sz w:val="28"/>
        </w:rPr>
        <w:t>quan</w:t>
      </w:r>
      <w:proofErr w:type="spellEnd"/>
      <w:r w:rsidR="006008B5" w:rsidRPr="00B068AE">
        <w:rPr>
          <w:sz w:val="28"/>
        </w:rPr>
        <w:t xml:space="preserve">, </w:t>
      </w:r>
      <w:proofErr w:type="spellStart"/>
      <w:r w:rsidR="006008B5" w:rsidRPr="00B068AE">
        <w:rPr>
          <w:sz w:val="28"/>
        </w:rPr>
        <w:t>đơn</w:t>
      </w:r>
      <w:proofErr w:type="spellEnd"/>
      <w:r w:rsidR="006008B5" w:rsidRPr="00B068AE">
        <w:rPr>
          <w:sz w:val="28"/>
        </w:rPr>
        <w:t xml:space="preserve"> </w:t>
      </w:r>
      <w:proofErr w:type="spellStart"/>
      <w:r w:rsidR="006008B5" w:rsidRPr="00B068AE">
        <w:rPr>
          <w:sz w:val="28"/>
        </w:rPr>
        <w:t>vị</w:t>
      </w:r>
      <w:proofErr w:type="spellEnd"/>
      <w:r w:rsidR="006008B5" w:rsidRPr="00B068AE">
        <w:rPr>
          <w:sz w:val="28"/>
        </w:rPr>
        <w:t xml:space="preserve"> </w:t>
      </w:r>
      <w:proofErr w:type="spellStart"/>
      <w:r w:rsidR="006008B5" w:rsidRPr="00B068AE">
        <w:rPr>
          <w:sz w:val="28"/>
        </w:rPr>
        <w:t>chịu</w:t>
      </w:r>
      <w:proofErr w:type="spellEnd"/>
      <w:r w:rsidR="006008B5" w:rsidRPr="00B068AE">
        <w:rPr>
          <w:sz w:val="28"/>
        </w:rPr>
        <w:t xml:space="preserve"> </w:t>
      </w:r>
      <w:proofErr w:type="spellStart"/>
      <w:r w:rsidR="006008B5" w:rsidRPr="00B068AE">
        <w:rPr>
          <w:sz w:val="28"/>
        </w:rPr>
        <w:t>trách</w:t>
      </w:r>
      <w:proofErr w:type="spellEnd"/>
      <w:r w:rsidR="006008B5" w:rsidRPr="00B068AE">
        <w:rPr>
          <w:sz w:val="28"/>
        </w:rPr>
        <w:t xml:space="preserve"> </w:t>
      </w:r>
      <w:proofErr w:type="spellStart"/>
      <w:r w:rsidR="006008B5" w:rsidRPr="00B068AE">
        <w:rPr>
          <w:sz w:val="28"/>
        </w:rPr>
        <w:t>nhiệm</w:t>
      </w:r>
      <w:proofErr w:type="spellEnd"/>
      <w:r w:rsidR="006008B5" w:rsidRPr="00B068AE">
        <w:rPr>
          <w:sz w:val="28"/>
        </w:rPr>
        <w:t xml:space="preserve"> </w:t>
      </w:r>
      <w:proofErr w:type="spellStart"/>
      <w:r w:rsidR="006008B5" w:rsidRPr="00B068AE">
        <w:rPr>
          <w:sz w:val="28"/>
        </w:rPr>
        <w:t>về</w:t>
      </w:r>
      <w:proofErr w:type="spellEnd"/>
      <w:r w:rsidR="006008B5" w:rsidRPr="00B068AE">
        <w:rPr>
          <w:sz w:val="28"/>
        </w:rPr>
        <w:t xml:space="preserve"> </w:t>
      </w:r>
      <w:proofErr w:type="spellStart"/>
      <w:r w:rsidR="006008B5" w:rsidRPr="00B068AE">
        <w:rPr>
          <w:sz w:val="28"/>
        </w:rPr>
        <w:t>tiến</w:t>
      </w:r>
      <w:proofErr w:type="spellEnd"/>
      <w:r w:rsidR="006008B5" w:rsidRPr="00B068AE">
        <w:rPr>
          <w:sz w:val="28"/>
        </w:rPr>
        <w:t xml:space="preserve"> </w:t>
      </w:r>
      <w:proofErr w:type="spellStart"/>
      <w:r w:rsidR="006008B5" w:rsidRPr="00B068AE">
        <w:rPr>
          <w:sz w:val="28"/>
        </w:rPr>
        <w:t>độ</w:t>
      </w:r>
      <w:proofErr w:type="spellEnd"/>
      <w:r w:rsidR="006008B5" w:rsidRPr="00B068AE">
        <w:rPr>
          <w:sz w:val="28"/>
        </w:rPr>
        <w:t xml:space="preserve">, </w:t>
      </w:r>
      <w:proofErr w:type="spellStart"/>
      <w:r w:rsidR="006008B5" w:rsidRPr="00B068AE">
        <w:rPr>
          <w:sz w:val="28"/>
        </w:rPr>
        <w:t>chất</w:t>
      </w:r>
      <w:proofErr w:type="spellEnd"/>
      <w:r w:rsidR="006008B5" w:rsidRPr="00B068AE">
        <w:rPr>
          <w:sz w:val="28"/>
        </w:rPr>
        <w:t xml:space="preserve"> </w:t>
      </w:r>
      <w:proofErr w:type="spellStart"/>
      <w:r w:rsidR="006008B5" w:rsidRPr="00B068AE">
        <w:rPr>
          <w:sz w:val="28"/>
        </w:rPr>
        <w:t>lượng</w:t>
      </w:r>
      <w:proofErr w:type="spellEnd"/>
      <w:r w:rsidR="006008B5" w:rsidRPr="00B068AE">
        <w:rPr>
          <w:sz w:val="28"/>
        </w:rPr>
        <w:t xml:space="preserve"> </w:t>
      </w:r>
      <w:proofErr w:type="spellStart"/>
      <w:r w:rsidR="006008B5" w:rsidRPr="00B068AE">
        <w:rPr>
          <w:sz w:val="28"/>
        </w:rPr>
        <w:t>và</w:t>
      </w:r>
      <w:proofErr w:type="spellEnd"/>
      <w:r w:rsidR="006008B5" w:rsidRPr="00B068AE">
        <w:rPr>
          <w:sz w:val="28"/>
        </w:rPr>
        <w:t xml:space="preserve"> </w:t>
      </w:r>
      <w:proofErr w:type="spellStart"/>
      <w:r w:rsidR="006008B5" w:rsidRPr="00B068AE">
        <w:rPr>
          <w:sz w:val="28"/>
        </w:rPr>
        <w:t>kết</w:t>
      </w:r>
      <w:proofErr w:type="spellEnd"/>
      <w:r w:rsidR="006008B5" w:rsidRPr="00B068AE">
        <w:rPr>
          <w:sz w:val="28"/>
        </w:rPr>
        <w:t xml:space="preserve"> </w:t>
      </w:r>
      <w:proofErr w:type="spellStart"/>
      <w:r w:rsidR="006008B5" w:rsidRPr="00B068AE">
        <w:rPr>
          <w:sz w:val="28"/>
        </w:rPr>
        <w:t>quả</w:t>
      </w:r>
      <w:proofErr w:type="spellEnd"/>
      <w:r w:rsidR="006008B5" w:rsidRPr="00B068AE">
        <w:rPr>
          <w:sz w:val="28"/>
        </w:rPr>
        <w:t xml:space="preserve"> </w:t>
      </w:r>
      <w:proofErr w:type="spellStart"/>
      <w:r w:rsidR="006008B5" w:rsidRPr="00B068AE">
        <w:rPr>
          <w:sz w:val="28"/>
        </w:rPr>
        <w:t>thực</w:t>
      </w:r>
      <w:proofErr w:type="spellEnd"/>
      <w:r w:rsidR="006008B5" w:rsidRPr="00B068AE">
        <w:rPr>
          <w:sz w:val="28"/>
        </w:rPr>
        <w:t xml:space="preserve"> </w:t>
      </w:r>
      <w:proofErr w:type="spellStart"/>
      <w:r w:rsidR="006008B5" w:rsidRPr="00B068AE">
        <w:rPr>
          <w:sz w:val="28"/>
        </w:rPr>
        <w:t>hiện</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w:t>
      </w:r>
      <w:proofErr w:type="spellStart"/>
      <w:r w:rsidR="006008B5" w:rsidRPr="00B068AE">
        <w:rPr>
          <w:sz w:val="28"/>
        </w:rPr>
        <w:t>nhiệm</w:t>
      </w:r>
      <w:proofErr w:type="spellEnd"/>
      <w:r w:rsidR="006008B5" w:rsidRPr="00B068AE">
        <w:rPr>
          <w:sz w:val="28"/>
        </w:rPr>
        <w:t xml:space="preserve"> </w:t>
      </w:r>
      <w:proofErr w:type="spellStart"/>
      <w:r w:rsidR="006008B5" w:rsidRPr="00B068AE">
        <w:rPr>
          <w:sz w:val="28"/>
        </w:rPr>
        <w:t>vụ</w:t>
      </w:r>
      <w:proofErr w:type="spellEnd"/>
      <w:r w:rsidR="006008B5" w:rsidRPr="00B068AE">
        <w:rPr>
          <w:sz w:val="28"/>
        </w:rPr>
        <w:t xml:space="preserve"> </w:t>
      </w:r>
      <w:proofErr w:type="spellStart"/>
      <w:r w:rsidR="006008B5" w:rsidRPr="00B068AE">
        <w:rPr>
          <w:sz w:val="28"/>
        </w:rPr>
        <w:t>được</w:t>
      </w:r>
      <w:proofErr w:type="spellEnd"/>
      <w:r w:rsidR="006008B5" w:rsidRPr="00B068AE">
        <w:rPr>
          <w:sz w:val="28"/>
        </w:rPr>
        <w:t xml:space="preserve"> </w:t>
      </w:r>
      <w:proofErr w:type="spellStart"/>
      <w:r w:rsidR="006008B5" w:rsidRPr="00B068AE">
        <w:rPr>
          <w:sz w:val="28"/>
        </w:rPr>
        <w:t>giao</w:t>
      </w:r>
      <w:proofErr w:type="spellEnd"/>
      <w:r w:rsidR="006008B5" w:rsidRPr="00B068AE">
        <w:rPr>
          <w:sz w:val="28"/>
        </w:rPr>
        <w:t>.</w:t>
      </w:r>
    </w:p>
    <w:p w14:paraId="02D31C64" w14:textId="25E0A050" w:rsidR="00343ABC" w:rsidRPr="00B068AE" w:rsidRDefault="005065C7" w:rsidP="00B068AE">
      <w:pPr>
        <w:widowControl w:val="0"/>
        <w:spacing w:before="120" w:after="0"/>
        <w:ind w:firstLine="720"/>
        <w:jc w:val="both"/>
        <w:rPr>
          <w:sz w:val="28"/>
          <w:szCs w:val="28"/>
        </w:rPr>
      </w:pPr>
      <w:r>
        <w:rPr>
          <w:sz w:val="28"/>
        </w:rPr>
        <w:t xml:space="preserve">c) </w:t>
      </w:r>
      <w:proofErr w:type="spellStart"/>
      <w:r>
        <w:rPr>
          <w:sz w:val="28"/>
        </w:rPr>
        <w:t>G</w:t>
      </w:r>
      <w:r w:rsidR="006008B5" w:rsidRPr="00B068AE">
        <w:rPr>
          <w:sz w:val="28"/>
        </w:rPr>
        <w:t>iải</w:t>
      </w:r>
      <w:proofErr w:type="spellEnd"/>
      <w:r w:rsidR="006008B5" w:rsidRPr="00B068AE">
        <w:rPr>
          <w:sz w:val="28"/>
        </w:rPr>
        <w:t xml:space="preserve"> </w:t>
      </w:r>
      <w:proofErr w:type="spellStart"/>
      <w:r w:rsidR="006008B5" w:rsidRPr="00B068AE">
        <w:rPr>
          <w:sz w:val="28"/>
        </w:rPr>
        <w:t>quyết</w:t>
      </w:r>
      <w:proofErr w:type="spellEnd"/>
      <w:r w:rsidR="006008B5" w:rsidRPr="00B068AE">
        <w:rPr>
          <w:sz w:val="28"/>
        </w:rPr>
        <w:t xml:space="preserve">, </w:t>
      </w:r>
      <w:proofErr w:type="spellStart"/>
      <w:r w:rsidR="006008B5" w:rsidRPr="00B068AE">
        <w:rPr>
          <w:sz w:val="28"/>
        </w:rPr>
        <w:t>trả</w:t>
      </w:r>
      <w:proofErr w:type="spellEnd"/>
      <w:r w:rsidR="006008B5" w:rsidRPr="00B068AE">
        <w:rPr>
          <w:sz w:val="28"/>
        </w:rPr>
        <w:t xml:space="preserve"> </w:t>
      </w:r>
      <w:proofErr w:type="spellStart"/>
      <w:r w:rsidR="006008B5" w:rsidRPr="00B068AE">
        <w:rPr>
          <w:sz w:val="28"/>
        </w:rPr>
        <w:t>lời</w:t>
      </w:r>
      <w:proofErr w:type="spellEnd"/>
      <w:r w:rsidR="006008B5" w:rsidRPr="00B068AE">
        <w:rPr>
          <w:sz w:val="28"/>
        </w:rPr>
        <w:t xml:space="preserve"> </w:t>
      </w:r>
      <w:proofErr w:type="spellStart"/>
      <w:r w:rsidR="006008B5" w:rsidRPr="00B068AE">
        <w:rPr>
          <w:sz w:val="28"/>
        </w:rPr>
        <w:t>đầy</w:t>
      </w:r>
      <w:proofErr w:type="spellEnd"/>
      <w:r w:rsidR="006008B5" w:rsidRPr="00B068AE">
        <w:rPr>
          <w:sz w:val="28"/>
        </w:rPr>
        <w:t xml:space="preserve"> </w:t>
      </w:r>
      <w:proofErr w:type="spellStart"/>
      <w:r w:rsidR="006008B5" w:rsidRPr="00B068AE">
        <w:rPr>
          <w:sz w:val="28"/>
        </w:rPr>
        <w:t>đủ</w:t>
      </w:r>
      <w:proofErr w:type="spellEnd"/>
      <w:r w:rsidR="006008B5" w:rsidRPr="00B068AE">
        <w:rPr>
          <w:sz w:val="28"/>
        </w:rPr>
        <w:t xml:space="preserve">, </w:t>
      </w:r>
      <w:proofErr w:type="spellStart"/>
      <w:r w:rsidR="006008B5" w:rsidRPr="00B068AE">
        <w:rPr>
          <w:sz w:val="28"/>
        </w:rPr>
        <w:t>đúng</w:t>
      </w:r>
      <w:proofErr w:type="spellEnd"/>
      <w:r w:rsidR="006008B5" w:rsidRPr="00B068AE">
        <w:rPr>
          <w:sz w:val="28"/>
        </w:rPr>
        <w:t xml:space="preserve"> </w:t>
      </w:r>
      <w:proofErr w:type="spellStart"/>
      <w:r w:rsidR="006008B5" w:rsidRPr="00B068AE">
        <w:rPr>
          <w:sz w:val="28"/>
        </w:rPr>
        <w:t>thời</w:t>
      </w:r>
      <w:proofErr w:type="spellEnd"/>
      <w:r w:rsidR="006008B5" w:rsidRPr="00B068AE">
        <w:rPr>
          <w:sz w:val="28"/>
        </w:rPr>
        <w:t xml:space="preserve"> </w:t>
      </w:r>
      <w:proofErr w:type="spellStart"/>
      <w:r w:rsidR="006008B5" w:rsidRPr="00B068AE">
        <w:rPr>
          <w:sz w:val="28"/>
        </w:rPr>
        <w:t>hạn</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ý </w:t>
      </w:r>
      <w:proofErr w:type="spellStart"/>
      <w:r w:rsidR="006008B5" w:rsidRPr="00B068AE">
        <w:rPr>
          <w:sz w:val="28"/>
        </w:rPr>
        <w:t>kiến</w:t>
      </w:r>
      <w:proofErr w:type="spellEnd"/>
      <w:r w:rsidR="006008B5" w:rsidRPr="00B068AE">
        <w:rPr>
          <w:sz w:val="28"/>
        </w:rPr>
        <w:t xml:space="preserve">, </w:t>
      </w:r>
      <w:proofErr w:type="spellStart"/>
      <w:r w:rsidR="006008B5" w:rsidRPr="00B068AE">
        <w:rPr>
          <w:sz w:val="28"/>
        </w:rPr>
        <w:t>kiến</w:t>
      </w:r>
      <w:proofErr w:type="spellEnd"/>
      <w:r w:rsidR="006008B5" w:rsidRPr="00B068AE">
        <w:rPr>
          <w:sz w:val="28"/>
        </w:rPr>
        <w:t xml:space="preserve"> </w:t>
      </w:r>
      <w:proofErr w:type="spellStart"/>
      <w:r w:rsidR="006008B5" w:rsidRPr="00B068AE">
        <w:rPr>
          <w:sz w:val="28"/>
        </w:rPr>
        <w:t>nghị</w:t>
      </w:r>
      <w:proofErr w:type="spellEnd"/>
      <w:r w:rsidR="006008B5" w:rsidRPr="00B068AE">
        <w:rPr>
          <w:sz w:val="28"/>
        </w:rPr>
        <w:t xml:space="preserve"> </w:t>
      </w:r>
      <w:proofErr w:type="spellStart"/>
      <w:r w:rsidR="006008B5" w:rsidRPr="00B068AE">
        <w:rPr>
          <w:sz w:val="28"/>
        </w:rPr>
        <w:t>của</w:t>
      </w:r>
      <w:proofErr w:type="spellEnd"/>
      <w:r w:rsidR="006008B5" w:rsidRPr="00B068AE">
        <w:rPr>
          <w:sz w:val="28"/>
        </w:rPr>
        <w:t xml:space="preserve"> </w:t>
      </w:r>
      <w:proofErr w:type="spellStart"/>
      <w:r w:rsidR="006008B5" w:rsidRPr="00B068AE">
        <w:rPr>
          <w:sz w:val="28"/>
        </w:rPr>
        <w:t>cử</w:t>
      </w:r>
      <w:proofErr w:type="spellEnd"/>
      <w:r w:rsidR="006008B5" w:rsidRPr="00B068AE">
        <w:rPr>
          <w:sz w:val="28"/>
        </w:rPr>
        <w:t xml:space="preserve"> tri; </w:t>
      </w:r>
      <w:proofErr w:type="spellStart"/>
      <w:r w:rsidR="006008B5" w:rsidRPr="00B068AE">
        <w:rPr>
          <w:sz w:val="28"/>
        </w:rPr>
        <w:t>thực</w:t>
      </w:r>
      <w:proofErr w:type="spellEnd"/>
      <w:r w:rsidR="006008B5" w:rsidRPr="00B068AE">
        <w:rPr>
          <w:sz w:val="28"/>
        </w:rPr>
        <w:t xml:space="preserve"> </w:t>
      </w:r>
      <w:proofErr w:type="spellStart"/>
      <w:r w:rsidR="006008B5" w:rsidRPr="00B068AE">
        <w:rPr>
          <w:sz w:val="28"/>
        </w:rPr>
        <w:t>hiện</w:t>
      </w:r>
      <w:proofErr w:type="spellEnd"/>
      <w:r w:rsidR="006008B5" w:rsidRPr="00B068AE">
        <w:rPr>
          <w:sz w:val="28"/>
        </w:rPr>
        <w:t xml:space="preserve"> </w:t>
      </w:r>
      <w:proofErr w:type="spellStart"/>
      <w:r w:rsidR="006008B5" w:rsidRPr="00B068AE">
        <w:rPr>
          <w:sz w:val="28"/>
        </w:rPr>
        <w:t>nghiêm</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w:t>
      </w:r>
      <w:proofErr w:type="spellStart"/>
      <w:r w:rsidR="006008B5" w:rsidRPr="00B068AE">
        <w:rPr>
          <w:sz w:val="28"/>
        </w:rPr>
        <w:t>kiến</w:t>
      </w:r>
      <w:proofErr w:type="spellEnd"/>
      <w:r w:rsidR="006008B5" w:rsidRPr="00B068AE">
        <w:rPr>
          <w:sz w:val="28"/>
        </w:rPr>
        <w:t xml:space="preserve"> </w:t>
      </w:r>
      <w:proofErr w:type="spellStart"/>
      <w:r w:rsidR="006008B5" w:rsidRPr="00B068AE">
        <w:rPr>
          <w:sz w:val="28"/>
        </w:rPr>
        <w:t>nghị</w:t>
      </w:r>
      <w:proofErr w:type="spellEnd"/>
      <w:r w:rsidR="006008B5" w:rsidRPr="00B068AE">
        <w:rPr>
          <w:sz w:val="28"/>
        </w:rPr>
        <w:t xml:space="preserve"> </w:t>
      </w:r>
      <w:proofErr w:type="spellStart"/>
      <w:r w:rsidR="006008B5" w:rsidRPr="00B068AE">
        <w:rPr>
          <w:sz w:val="28"/>
        </w:rPr>
        <w:t>sau</w:t>
      </w:r>
      <w:proofErr w:type="spellEnd"/>
      <w:r w:rsidR="006008B5" w:rsidRPr="00B068AE">
        <w:rPr>
          <w:sz w:val="28"/>
        </w:rPr>
        <w:t xml:space="preserve"> </w:t>
      </w:r>
      <w:proofErr w:type="spellStart"/>
      <w:r w:rsidR="006008B5" w:rsidRPr="00B068AE">
        <w:rPr>
          <w:sz w:val="28"/>
        </w:rPr>
        <w:t>giám</w:t>
      </w:r>
      <w:proofErr w:type="spellEnd"/>
      <w:r w:rsidR="006008B5" w:rsidRPr="00B068AE">
        <w:rPr>
          <w:sz w:val="28"/>
        </w:rPr>
        <w:t xml:space="preserve"> </w:t>
      </w:r>
      <w:proofErr w:type="spellStart"/>
      <w:r w:rsidR="006008B5" w:rsidRPr="00B068AE">
        <w:rPr>
          <w:sz w:val="28"/>
        </w:rPr>
        <w:t>sát</w:t>
      </w:r>
      <w:proofErr w:type="spellEnd"/>
      <w:r w:rsidR="006008B5" w:rsidRPr="00B068AE">
        <w:rPr>
          <w:sz w:val="28"/>
        </w:rPr>
        <w:t xml:space="preserve">, </w:t>
      </w:r>
      <w:proofErr w:type="spellStart"/>
      <w:r w:rsidR="006008B5" w:rsidRPr="00B068AE">
        <w:rPr>
          <w:sz w:val="28"/>
        </w:rPr>
        <w:t>khảo</w:t>
      </w:r>
      <w:proofErr w:type="spellEnd"/>
      <w:r w:rsidR="006008B5" w:rsidRPr="00B068AE">
        <w:rPr>
          <w:sz w:val="28"/>
        </w:rPr>
        <w:t xml:space="preserve"> </w:t>
      </w:r>
      <w:proofErr w:type="spellStart"/>
      <w:r w:rsidR="006008B5" w:rsidRPr="00B068AE">
        <w:rPr>
          <w:sz w:val="28"/>
        </w:rPr>
        <w:t>sát</w:t>
      </w:r>
      <w:proofErr w:type="spellEnd"/>
      <w:r w:rsidR="006008B5" w:rsidRPr="00B068AE">
        <w:rPr>
          <w:sz w:val="28"/>
        </w:rPr>
        <w:t xml:space="preserve"> </w:t>
      </w:r>
      <w:proofErr w:type="spellStart"/>
      <w:r w:rsidR="006008B5" w:rsidRPr="00B068AE">
        <w:rPr>
          <w:sz w:val="28"/>
        </w:rPr>
        <w:t>của</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đồng</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tỉnh</w:t>
      </w:r>
      <w:proofErr w:type="spellEnd"/>
      <w:r w:rsidR="006008B5" w:rsidRPr="00B068AE">
        <w:rPr>
          <w:sz w:val="28"/>
        </w:rPr>
        <w:t xml:space="preserve">, </w:t>
      </w:r>
      <w:proofErr w:type="spellStart"/>
      <w:r w:rsidR="006008B5" w:rsidRPr="00B068AE">
        <w:rPr>
          <w:sz w:val="28"/>
        </w:rPr>
        <w:t>Thường</w:t>
      </w:r>
      <w:proofErr w:type="spellEnd"/>
      <w:r w:rsidR="006008B5" w:rsidRPr="00B068AE">
        <w:rPr>
          <w:sz w:val="28"/>
        </w:rPr>
        <w:t xml:space="preserve"> </w:t>
      </w:r>
      <w:proofErr w:type="spellStart"/>
      <w:r w:rsidR="006008B5" w:rsidRPr="00B068AE">
        <w:rPr>
          <w:sz w:val="28"/>
        </w:rPr>
        <w:t>trực</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đồng</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tỉnh</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Ban </w:t>
      </w:r>
      <w:proofErr w:type="spellStart"/>
      <w:r w:rsidR="006008B5" w:rsidRPr="00B068AE">
        <w:rPr>
          <w:sz w:val="28"/>
        </w:rPr>
        <w:t>của</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đồng</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tỉnh</w:t>
      </w:r>
      <w:proofErr w:type="spellEnd"/>
      <w:r w:rsidR="006008B5" w:rsidRPr="00B068AE">
        <w:rPr>
          <w:sz w:val="28"/>
        </w:rPr>
        <w:t xml:space="preserve"> </w:t>
      </w:r>
      <w:proofErr w:type="spellStart"/>
      <w:r w:rsidR="006008B5" w:rsidRPr="00B068AE">
        <w:rPr>
          <w:sz w:val="28"/>
        </w:rPr>
        <w:t>và</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w:t>
      </w:r>
      <w:proofErr w:type="spellStart"/>
      <w:r w:rsidR="006008B5" w:rsidRPr="00B068AE">
        <w:rPr>
          <w:sz w:val="28"/>
        </w:rPr>
        <w:t>Tổ</w:t>
      </w:r>
      <w:proofErr w:type="spellEnd"/>
      <w:r w:rsidR="006008B5" w:rsidRPr="00B068AE">
        <w:rPr>
          <w:sz w:val="28"/>
        </w:rPr>
        <w:t xml:space="preserve"> </w:t>
      </w:r>
      <w:proofErr w:type="spellStart"/>
      <w:r w:rsidR="006008B5" w:rsidRPr="00B068AE">
        <w:rPr>
          <w:sz w:val="28"/>
        </w:rPr>
        <w:t>đại</w:t>
      </w:r>
      <w:proofErr w:type="spellEnd"/>
      <w:r w:rsidR="006008B5" w:rsidRPr="00B068AE">
        <w:rPr>
          <w:sz w:val="28"/>
        </w:rPr>
        <w:t xml:space="preserve"> </w:t>
      </w:r>
      <w:proofErr w:type="spellStart"/>
      <w:r w:rsidR="006008B5" w:rsidRPr="00B068AE">
        <w:rPr>
          <w:sz w:val="28"/>
        </w:rPr>
        <w:t>biểu</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đồng</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tỉnh</w:t>
      </w:r>
      <w:proofErr w:type="spellEnd"/>
      <w:r w:rsidR="006008B5" w:rsidRPr="00B068AE">
        <w:rPr>
          <w:sz w:val="28"/>
        </w:rPr>
        <w:t xml:space="preserve">; </w:t>
      </w:r>
      <w:proofErr w:type="spellStart"/>
      <w:r w:rsidR="006008B5" w:rsidRPr="00B068AE">
        <w:rPr>
          <w:sz w:val="28"/>
        </w:rPr>
        <w:t>đầy</w:t>
      </w:r>
      <w:proofErr w:type="spellEnd"/>
      <w:r w:rsidR="006008B5" w:rsidRPr="00B068AE">
        <w:rPr>
          <w:sz w:val="28"/>
        </w:rPr>
        <w:t xml:space="preserve"> </w:t>
      </w:r>
      <w:proofErr w:type="spellStart"/>
      <w:r w:rsidR="006008B5" w:rsidRPr="00B068AE">
        <w:rPr>
          <w:sz w:val="28"/>
        </w:rPr>
        <w:t>đủ</w:t>
      </w:r>
      <w:proofErr w:type="spellEnd"/>
      <w:r w:rsidR="006008B5" w:rsidRPr="00B068AE">
        <w:rPr>
          <w:sz w:val="28"/>
        </w:rPr>
        <w:t xml:space="preserve">, </w:t>
      </w:r>
      <w:proofErr w:type="spellStart"/>
      <w:r w:rsidR="006008B5" w:rsidRPr="00B068AE">
        <w:rPr>
          <w:sz w:val="28"/>
        </w:rPr>
        <w:t>đúng</w:t>
      </w:r>
      <w:proofErr w:type="spellEnd"/>
      <w:r w:rsidR="006008B5" w:rsidRPr="00B068AE">
        <w:rPr>
          <w:sz w:val="28"/>
        </w:rPr>
        <w:t xml:space="preserve"> </w:t>
      </w:r>
      <w:proofErr w:type="spellStart"/>
      <w:r w:rsidR="006008B5" w:rsidRPr="00B068AE">
        <w:rPr>
          <w:sz w:val="28"/>
        </w:rPr>
        <w:t>tiến</w:t>
      </w:r>
      <w:proofErr w:type="spellEnd"/>
      <w:r w:rsidR="006008B5" w:rsidRPr="00B068AE">
        <w:rPr>
          <w:sz w:val="28"/>
        </w:rPr>
        <w:t xml:space="preserve"> </w:t>
      </w:r>
      <w:proofErr w:type="spellStart"/>
      <w:r w:rsidR="006008B5" w:rsidRPr="00B068AE">
        <w:rPr>
          <w:sz w:val="28"/>
        </w:rPr>
        <w:t>độ</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cam </w:t>
      </w:r>
      <w:proofErr w:type="spellStart"/>
      <w:r w:rsidR="006008B5" w:rsidRPr="00B068AE">
        <w:rPr>
          <w:sz w:val="28"/>
        </w:rPr>
        <w:t>kết</w:t>
      </w:r>
      <w:proofErr w:type="spellEnd"/>
      <w:r w:rsidR="006008B5" w:rsidRPr="00B068AE">
        <w:rPr>
          <w:sz w:val="28"/>
        </w:rPr>
        <w:t xml:space="preserve">, </w:t>
      </w:r>
      <w:proofErr w:type="spellStart"/>
      <w:r w:rsidR="006008B5" w:rsidRPr="00B068AE">
        <w:rPr>
          <w:sz w:val="28"/>
        </w:rPr>
        <w:t>nhiệm</w:t>
      </w:r>
      <w:proofErr w:type="spellEnd"/>
      <w:r w:rsidR="006008B5" w:rsidRPr="00B068AE">
        <w:rPr>
          <w:sz w:val="28"/>
        </w:rPr>
        <w:t xml:space="preserve"> </w:t>
      </w:r>
      <w:proofErr w:type="spellStart"/>
      <w:r w:rsidR="006008B5" w:rsidRPr="00B068AE">
        <w:rPr>
          <w:sz w:val="28"/>
        </w:rPr>
        <w:t>vụ</w:t>
      </w:r>
      <w:proofErr w:type="spellEnd"/>
      <w:r w:rsidR="006008B5" w:rsidRPr="00B068AE">
        <w:rPr>
          <w:sz w:val="28"/>
        </w:rPr>
        <w:t xml:space="preserve">, </w:t>
      </w:r>
      <w:proofErr w:type="spellStart"/>
      <w:r w:rsidR="006008B5" w:rsidRPr="00B068AE">
        <w:rPr>
          <w:sz w:val="28"/>
        </w:rPr>
        <w:t>giải</w:t>
      </w:r>
      <w:proofErr w:type="spellEnd"/>
      <w:r w:rsidR="006008B5" w:rsidRPr="00B068AE">
        <w:rPr>
          <w:sz w:val="28"/>
        </w:rPr>
        <w:t xml:space="preserve"> </w:t>
      </w:r>
      <w:proofErr w:type="spellStart"/>
      <w:r w:rsidR="006008B5" w:rsidRPr="00B068AE">
        <w:rPr>
          <w:sz w:val="28"/>
        </w:rPr>
        <w:t>pháp</w:t>
      </w:r>
      <w:proofErr w:type="spellEnd"/>
      <w:r w:rsidR="006008B5" w:rsidRPr="00B068AE">
        <w:rPr>
          <w:sz w:val="28"/>
        </w:rPr>
        <w:t xml:space="preserve"> </w:t>
      </w:r>
      <w:proofErr w:type="spellStart"/>
      <w:r w:rsidR="006008B5" w:rsidRPr="00B068AE">
        <w:rPr>
          <w:sz w:val="28"/>
        </w:rPr>
        <w:t>đã</w:t>
      </w:r>
      <w:proofErr w:type="spellEnd"/>
      <w:r w:rsidR="006008B5" w:rsidRPr="00B068AE">
        <w:rPr>
          <w:sz w:val="28"/>
        </w:rPr>
        <w:t xml:space="preserve"> </w:t>
      </w:r>
      <w:proofErr w:type="spellStart"/>
      <w:r w:rsidR="006008B5" w:rsidRPr="00B068AE">
        <w:rPr>
          <w:sz w:val="28"/>
        </w:rPr>
        <w:t>được</w:t>
      </w:r>
      <w:proofErr w:type="spellEnd"/>
      <w:r w:rsidR="006008B5" w:rsidRPr="00B068AE">
        <w:rPr>
          <w:sz w:val="28"/>
        </w:rPr>
        <w:t xml:space="preserve"> </w:t>
      </w:r>
      <w:proofErr w:type="spellStart"/>
      <w:r w:rsidR="006008B5" w:rsidRPr="00B068AE">
        <w:rPr>
          <w:sz w:val="28"/>
        </w:rPr>
        <w:t>xác</w:t>
      </w:r>
      <w:proofErr w:type="spellEnd"/>
      <w:r w:rsidR="006008B5" w:rsidRPr="00B068AE">
        <w:rPr>
          <w:sz w:val="28"/>
        </w:rPr>
        <w:t xml:space="preserve"> </w:t>
      </w:r>
      <w:proofErr w:type="spellStart"/>
      <w:r w:rsidR="006008B5" w:rsidRPr="00B068AE">
        <w:rPr>
          <w:sz w:val="28"/>
        </w:rPr>
        <w:t>định</w:t>
      </w:r>
      <w:proofErr w:type="spellEnd"/>
      <w:r w:rsidR="006008B5" w:rsidRPr="00B068AE">
        <w:rPr>
          <w:sz w:val="28"/>
        </w:rPr>
        <w:t xml:space="preserve"> </w:t>
      </w:r>
      <w:proofErr w:type="spellStart"/>
      <w:r w:rsidR="006008B5" w:rsidRPr="00B068AE">
        <w:rPr>
          <w:sz w:val="28"/>
        </w:rPr>
        <w:t>tại</w:t>
      </w:r>
      <w:proofErr w:type="spellEnd"/>
      <w:r w:rsidR="006008B5" w:rsidRPr="00B068AE">
        <w:rPr>
          <w:sz w:val="28"/>
        </w:rPr>
        <w:t xml:space="preserve"> </w:t>
      </w:r>
      <w:proofErr w:type="spellStart"/>
      <w:r w:rsidR="006008B5" w:rsidRPr="00B068AE">
        <w:rPr>
          <w:sz w:val="28"/>
        </w:rPr>
        <w:t>phiên</w:t>
      </w:r>
      <w:proofErr w:type="spellEnd"/>
      <w:r w:rsidR="006008B5" w:rsidRPr="00B068AE">
        <w:rPr>
          <w:sz w:val="28"/>
        </w:rPr>
        <w:t xml:space="preserve"> </w:t>
      </w:r>
      <w:proofErr w:type="spellStart"/>
      <w:r w:rsidR="006008B5" w:rsidRPr="00B068AE">
        <w:rPr>
          <w:sz w:val="28"/>
        </w:rPr>
        <w:t>chất</w:t>
      </w:r>
      <w:proofErr w:type="spellEnd"/>
      <w:r w:rsidR="006008B5" w:rsidRPr="00B068AE">
        <w:rPr>
          <w:sz w:val="28"/>
        </w:rPr>
        <w:t xml:space="preserve"> </w:t>
      </w:r>
      <w:proofErr w:type="spellStart"/>
      <w:r w:rsidR="006008B5" w:rsidRPr="00B068AE">
        <w:rPr>
          <w:sz w:val="28"/>
        </w:rPr>
        <w:t>vấn</w:t>
      </w:r>
      <w:proofErr w:type="spellEnd"/>
      <w:r w:rsidR="006008B5" w:rsidRPr="00B068AE">
        <w:rPr>
          <w:sz w:val="28"/>
        </w:rPr>
        <w:t xml:space="preserve"> </w:t>
      </w:r>
      <w:proofErr w:type="spellStart"/>
      <w:r w:rsidR="006008B5" w:rsidRPr="00B068AE">
        <w:rPr>
          <w:sz w:val="28"/>
        </w:rPr>
        <w:t>và</w:t>
      </w:r>
      <w:proofErr w:type="spellEnd"/>
      <w:r w:rsidR="006008B5" w:rsidRPr="00B068AE">
        <w:rPr>
          <w:sz w:val="28"/>
        </w:rPr>
        <w:t xml:space="preserve"> </w:t>
      </w:r>
      <w:proofErr w:type="spellStart"/>
      <w:r w:rsidR="006008B5" w:rsidRPr="00B068AE">
        <w:rPr>
          <w:sz w:val="28"/>
        </w:rPr>
        <w:t>trả</w:t>
      </w:r>
      <w:proofErr w:type="spellEnd"/>
      <w:r w:rsidR="006008B5" w:rsidRPr="00B068AE">
        <w:rPr>
          <w:sz w:val="28"/>
        </w:rPr>
        <w:t xml:space="preserve"> </w:t>
      </w:r>
      <w:proofErr w:type="spellStart"/>
      <w:r w:rsidR="006008B5" w:rsidRPr="00B068AE">
        <w:rPr>
          <w:sz w:val="28"/>
        </w:rPr>
        <w:t>lời</w:t>
      </w:r>
      <w:proofErr w:type="spellEnd"/>
      <w:r w:rsidR="006008B5" w:rsidRPr="00B068AE">
        <w:rPr>
          <w:sz w:val="28"/>
        </w:rPr>
        <w:t xml:space="preserve"> </w:t>
      </w:r>
      <w:proofErr w:type="spellStart"/>
      <w:r w:rsidR="006008B5" w:rsidRPr="00B068AE">
        <w:rPr>
          <w:sz w:val="28"/>
        </w:rPr>
        <w:t>chất</w:t>
      </w:r>
      <w:proofErr w:type="spellEnd"/>
      <w:r w:rsidR="006008B5" w:rsidRPr="00B068AE">
        <w:rPr>
          <w:sz w:val="28"/>
        </w:rPr>
        <w:t xml:space="preserve"> </w:t>
      </w:r>
      <w:proofErr w:type="spellStart"/>
      <w:r w:rsidR="006008B5" w:rsidRPr="00B068AE">
        <w:rPr>
          <w:sz w:val="28"/>
        </w:rPr>
        <w:t>vấn</w:t>
      </w:r>
      <w:proofErr w:type="spellEnd"/>
      <w:r w:rsidR="006008B5" w:rsidRPr="00B068AE">
        <w:rPr>
          <w:sz w:val="28"/>
        </w:rPr>
        <w:t xml:space="preserve">; </w:t>
      </w:r>
      <w:proofErr w:type="spellStart"/>
      <w:r w:rsidR="006008B5" w:rsidRPr="00B068AE">
        <w:rPr>
          <w:sz w:val="28"/>
        </w:rPr>
        <w:t>chịu</w:t>
      </w:r>
      <w:proofErr w:type="spellEnd"/>
      <w:r w:rsidR="006008B5" w:rsidRPr="00B068AE">
        <w:rPr>
          <w:sz w:val="28"/>
        </w:rPr>
        <w:t xml:space="preserve"> </w:t>
      </w:r>
      <w:proofErr w:type="spellStart"/>
      <w:r w:rsidR="006008B5" w:rsidRPr="00B068AE">
        <w:rPr>
          <w:sz w:val="28"/>
        </w:rPr>
        <w:t>trách</w:t>
      </w:r>
      <w:proofErr w:type="spellEnd"/>
      <w:r w:rsidR="006008B5" w:rsidRPr="00B068AE">
        <w:rPr>
          <w:sz w:val="28"/>
        </w:rPr>
        <w:t xml:space="preserve"> </w:t>
      </w:r>
      <w:proofErr w:type="spellStart"/>
      <w:r w:rsidR="006008B5" w:rsidRPr="00B068AE">
        <w:rPr>
          <w:sz w:val="28"/>
        </w:rPr>
        <w:t>nhiệm</w:t>
      </w:r>
      <w:proofErr w:type="spellEnd"/>
      <w:r w:rsidR="006008B5" w:rsidRPr="00B068AE">
        <w:rPr>
          <w:sz w:val="28"/>
        </w:rPr>
        <w:t xml:space="preserve"> </w:t>
      </w:r>
      <w:proofErr w:type="spellStart"/>
      <w:r w:rsidR="006008B5" w:rsidRPr="00B068AE">
        <w:rPr>
          <w:sz w:val="28"/>
        </w:rPr>
        <w:t>trước</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đồng</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tỉnh</w:t>
      </w:r>
      <w:proofErr w:type="spellEnd"/>
      <w:r w:rsidR="006008B5" w:rsidRPr="00B068AE">
        <w:rPr>
          <w:sz w:val="28"/>
        </w:rPr>
        <w:t xml:space="preserve"> </w:t>
      </w:r>
      <w:proofErr w:type="spellStart"/>
      <w:r w:rsidR="006008B5" w:rsidRPr="00B068AE">
        <w:rPr>
          <w:sz w:val="28"/>
        </w:rPr>
        <w:t>về</w:t>
      </w:r>
      <w:proofErr w:type="spellEnd"/>
      <w:r w:rsidR="006008B5" w:rsidRPr="00B068AE">
        <w:rPr>
          <w:sz w:val="28"/>
        </w:rPr>
        <w:t xml:space="preserve"> </w:t>
      </w:r>
      <w:proofErr w:type="spellStart"/>
      <w:r w:rsidR="006008B5" w:rsidRPr="00B068AE">
        <w:rPr>
          <w:sz w:val="28"/>
        </w:rPr>
        <w:t>kết</w:t>
      </w:r>
      <w:proofErr w:type="spellEnd"/>
      <w:r w:rsidR="006008B5" w:rsidRPr="00B068AE">
        <w:rPr>
          <w:sz w:val="28"/>
        </w:rPr>
        <w:t xml:space="preserve"> </w:t>
      </w:r>
      <w:proofErr w:type="spellStart"/>
      <w:r w:rsidR="006008B5" w:rsidRPr="00B068AE">
        <w:rPr>
          <w:sz w:val="28"/>
        </w:rPr>
        <w:t>quả</w:t>
      </w:r>
      <w:proofErr w:type="spellEnd"/>
      <w:r w:rsidR="006008B5" w:rsidRPr="00B068AE">
        <w:rPr>
          <w:sz w:val="28"/>
        </w:rPr>
        <w:t xml:space="preserve"> </w:t>
      </w:r>
      <w:proofErr w:type="spellStart"/>
      <w:r w:rsidR="006008B5" w:rsidRPr="00B068AE">
        <w:rPr>
          <w:sz w:val="28"/>
        </w:rPr>
        <w:t>thực</w:t>
      </w:r>
      <w:proofErr w:type="spellEnd"/>
      <w:r w:rsidR="006008B5" w:rsidRPr="00B068AE">
        <w:rPr>
          <w:sz w:val="28"/>
        </w:rPr>
        <w:t xml:space="preserve"> </w:t>
      </w:r>
      <w:proofErr w:type="spellStart"/>
      <w:r w:rsidR="006008B5" w:rsidRPr="00B068AE">
        <w:rPr>
          <w:sz w:val="28"/>
        </w:rPr>
        <w:t>hiện</w:t>
      </w:r>
      <w:proofErr w:type="spellEnd"/>
      <w:r w:rsidR="006008B5" w:rsidRPr="00B068AE">
        <w:rPr>
          <w:sz w:val="28"/>
        </w:rPr>
        <w:t xml:space="preserve">. </w:t>
      </w:r>
      <w:proofErr w:type="spellStart"/>
      <w:r w:rsidR="006008B5" w:rsidRPr="00B068AE">
        <w:rPr>
          <w:sz w:val="28"/>
        </w:rPr>
        <w:t>Định</w:t>
      </w:r>
      <w:proofErr w:type="spellEnd"/>
      <w:r w:rsidR="006008B5" w:rsidRPr="00B068AE">
        <w:rPr>
          <w:sz w:val="28"/>
        </w:rPr>
        <w:t xml:space="preserve"> </w:t>
      </w:r>
      <w:proofErr w:type="spellStart"/>
      <w:r w:rsidR="006008B5" w:rsidRPr="00B068AE">
        <w:rPr>
          <w:sz w:val="28"/>
        </w:rPr>
        <w:t>kỳ</w:t>
      </w:r>
      <w:proofErr w:type="spellEnd"/>
      <w:r w:rsidR="006008B5" w:rsidRPr="00B068AE">
        <w:rPr>
          <w:sz w:val="28"/>
        </w:rPr>
        <w:t xml:space="preserve"> </w:t>
      </w:r>
      <w:proofErr w:type="spellStart"/>
      <w:r w:rsidR="006008B5" w:rsidRPr="00B068AE">
        <w:rPr>
          <w:sz w:val="28"/>
        </w:rPr>
        <w:t>hoặc</w:t>
      </w:r>
      <w:proofErr w:type="spellEnd"/>
      <w:r w:rsidR="006008B5" w:rsidRPr="00B068AE">
        <w:rPr>
          <w:sz w:val="28"/>
        </w:rPr>
        <w:t xml:space="preserve"> </w:t>
      </w:r>
      <w:proofErr w:type="spellStart"/>
      <w:r w:rsidR="006008B5" w:rsidRPr="00B068AE">
        <w:rPr>
          <w:sz w:val="28"/>
        </w:rPr>
        <w:t>theo</w:t>
      </w:r>
      <w:proofErr w:type="spellEnd"/>
      <w:r w:rsidR="006008B5" w:rsidRPr="00B068AE">
        <w:rPr>
          <w:sz w:val="28"/>
        </w:rPr>
        <w:t xml:space="preserve"> </w:t>
      </w:r>
      <w:proofErr w:type="spellStart"/>
      <w:r w:rsidR="006008B5" w:rsidRPr="00B068AE">
        <w:rPr>
          <w:sz w:val="28"/>
        </w:rPr>
        <w:t>yêu</w:t>
      </w:r>
      <w:proofErr w:type="spellEnd"/>
      <w:r w:rsidR="006008B5" w:rsidRPr="00B068AE">
        <w:rPr>
          <w:sz w:val="28"/>
        </w:rPr>
        <w:t xml:space="preserve"> </w:t>
      </w:r>
      <w:proofErr w:type="spellStart"/>
      <w:r w:rsidR="006008B5" w:rsidRPr="00B068AE">
        <w:rPr>
          <w:sz w:val="28"/>
        </w:rPr>
        <w:t>cầu</w:t>
      </w:r>
      <w:proofErr w:type="spellEnd"/>
      <w:r w:rsidR="006008B5" w:rsidRPr="00B068AE">
        <w:rPr>
          <w:sz w:val="28"/>
        </w:rPr>
        <w:t xml:space="preserve">, </w:t>
      </w:r>
      <w:proofErr w:type="spellStart"/>
      <w:r w:rsidR="006008B5" w:rsidRPr="00B068AE">
        <w:rPr>
          <w:sz w:val="28"/>
        </w:rPr>
        <w:t>báo</w:t>
      </w:r>
      <w:proofErr w:type="spellEnd"/>
      <w:r w:rsidR="006008B5" w:rsidRPr="00B068AE">
        <w:rPr>
          <w:sz w:val="28"/>
        </w:rPr>
        <w:t xml:space="preserve"> </w:t>
      </w:r>
      <w:proofErr w:type="spellStart"/>
      <w:r w:rsidR="006008B5" w:rsidRPr="00B068AE">
        <w:rPr>
          <w:sz w:val="28"/>
        </w:rPr>
        <w:t>cáo</w:t>
      </w:r>
      <w:proofErr w:type="spellEnd"/>
      <w:r w:rsidR="006008B5" w:rsidRPr="00B068AE">
        <w:rPr>
          <w:sz w:val="28"/>
        </w:rPr>
        <w:t xml:space="preserve"> </w:t>
      </w:r>
      <w:proofErr w:type="spellStart"/>
      <w:r w:rsidR="006008B5" w:rsidRPr="00B068AE">
        <w:rPr>
          <w:sz w:val="28"/>
        </w:rPr>
        <w:t>Thường</w:t>
      </w:r>
      <w:proofErr w:type="spellEnd"/>
      <w:r w:rsidR="006008B5" w:rsidRPr="00B068AE">
        <w:rPr>
          <w:sz w:val="28"/>
        </w:rPr>
        <w:t xml:space="preserve"> </w:t>
      </w:r>
      <w:proofErr w:type="spellStart"/>
      <w:r w:rsidR="006008B5" w:rsidRPr="00B068AE">
        <w:rPr>
          <w:sz w:val="28"/>
        </w:rPr>
        <w:t>trực</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đồng</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tỉnh</w:t>
      </w:r>
      <w:proofErr w:type="spellEnd"/>
      <w:r w:rsidR="006008B5" w:rsidRPr="00B068AE">
        <w:rPr>
          <w:sz w:val="28"/>
        </w:rPr>
        <w:t xml:space="preserve"> </w:t>
      </w:r>
      <w:proofErr w:type="spellStart"/>
      <w:r w:rsidR="006008B5" w:rsidRPr="00B068AE">
        <w:rPr>
          <w:sz w:val="28"/>
        </w:rPr>
        <w:t>kết</w:t>
      </w:r>
      <w:proofErr w:type="spellEnd"/>
      <w:r w:rsidR="006008B5" w:rsidRPr="00B068AE">
        <w:rPr>
          <w:sz w:val="28"/>
        </w:rPr>
        <w:t xml:space="preserve"> </w:t>
      </w:r>
      <w:proofErr w:type="spellStart"/>
      <w:r w:rsidR="006008B5" w:rsidRPr="00B068AE">
        <w:rPr>
          <w:sz w:val="28"/>
        </w:rPr>
        <w:t>quả</w:t>
      </w:r>
      <w:proofErr w:type="spellEnd"/>
      <w:r w:rsidR="006008B5" w:rsidRPr="00B068AE">
        <w:rPr>
          <w:sz w:val="28"/>
        </w:rPr>
        <w:t xml:space="preserve"> </w:t>
      </w:r>
      <w:proofErr w:type="spellStart"/>
      <w:r w:rsidR="006008B5" w:rsidRPr="00B068AE">
        <w:rPr>
          <w:sz w:val="28"/>
        </w:rPr>
        <w:t>thực</w:t>
      </w:r>
      <w:proofErr w:type="spellEnd"/>
      <w:r w:rsidR="006008B5" w:rsidRPr="00B068AE">
        <w:rPr>
          <w:sz w:val="28"/>
        </w:rPr>
        <w:t xml:space="preserve"> </w:t>
      </w:r>
      <w:proofErr w:type="spellStart"/>
      <w:r w:rsidR="006008B5" w:rsidRPr="00B068AE">
        <w:rPr>
          <w:sz w:val="28"/>
        </w:rPr>
        <w:t>hiện</w:t>
      </w:r>
      <w:proofErr w:type="spellEnd"/>
      <w:r w:rsidR="006008B5" w:rsidRPr="00B068AE">
        <w:rPr>
          <w:sz w:val="28"/>
        </w:rPr>
        <w:t xml:space="preserve"> </w:t>
      </w:r>
      <w:proofErr w:type="spellStart"/>
      <w:r w:rsidR="006008B5" w:rsidRPr="00B068AE">
        <w:rPr>
          <w:sz w:val="28"/>
        </w:rPr>
        <w:t>Nghị</w:t>
      </w:r>
      <w:proofErr w:type="spellEnd"/>
      <w:r w:rsidR="006008B5" w:rsidRPr="00B068AE">
        <w:rPr>
          <w:sz w:val="28"/>
        </w:rPr>
        <w:t xml:space="preserve"> </w:t>
      </w:r>
      <w:proofErr w:type="spellStart"/>
      <w:r w:rsidR="006008B5" w:rsidRPr="00B068AE">
        <w:rPr>
          <w:sz w:val="28"/>
        </w:rPr>
        <w:t>quyết</w:t>
      </w:r>
      <w:proofErr w:type="spellEnd"/>
      <w:r w:rsidR="006008B5" w:rsidRPr="00B068AE">
        <w:rPr>
          <w:sz w:val="28"/>
        </w:rPr>
        <w:t xml:space="preserve">; </w:t>
      </w:r>
      <w:proofErr w:type="spellStart"/>
      <w:r w:rsidR="006008B5" w:rsidRPr="00B068AE">
        <w:rPr>
          <w:sz w:val="28"/>
        </w:rPr>
        <w:t>kịp</w:t>
      </w:r>
      <w:proofErr w:type="spellEnd"/>
      <w:r w:rsidR="006008B5" w:rsidRPr="00B068AE">
        <w:rPr>
          <w:sz w:val="28"/>
        </w:rPr>
        <w:t xml:space="preserve"> </w:t>
      </w:r>
      <w:proofErr w:type="spellStart"/>
      <w:r w:rsidR="006008B5" w:rsidRPr="00B068AE">
        <w:rPr>
          <w:sz w:val="28"/>
        </w:rPr>
        <w:t>thời</w:t>
      </w:r>
      <w:proofErr w:type="spellEnd"/>
      <w:r w:rsidR="006008B5" w:rsidRPr="00B068AE">
        <w:rPr>
          <w:sz w:val="28"/>
        </w:rPr>
        <w:t xml:space="preserve"> </w:t>
      </w:r>
      <w:proofErr w:type="spellStart"/>
      <w:r w:rsidR="006008B5" w:rsidRPr="00B068AE">
        <w:rPr>
          <w:sz w:val="28"/>
        </w:rPr>
        <w:t>báo</w:t>
      </w:r>
      <w:proofErr w:type="spellEnd"/>
      <w:r w:rsidR="006008B5" w:rsidRPr="00B068AE">
        <w:rPr>
          <w:sz w:val="28"/>
        </w:rPr>
        <w:t xml:space="preserve"> </w:t>
      </w:r>
      <w:proofErr w:type="spellStart"/>
      <w:r w:rsidR="006008B5" w:rsidRPr="00B068AE">
        <w:rPr>
          <w:sz w:val="28"/>
        </w:rPr>
        <w:t>cáo</w:t>
      </w:r>
      <w:proofErr w:type="spellEnd"/>
      <w:r w:rsidR="006008B5" w:rsidRPr="00B068AE">
        <w:rPr>
          <w:sz w:val="28"/>
        </w:rPr>
        <w:t xml:space="preserve"> </w:t>
      </w:r>
      <w:proofErr w:type="spellStart"/>
      <w:r w:rsidR="006008B5" w:rsidRPr="00B068AE">
        <w:rPr>
          <w:sz w:val="28"/>
        </w:rPr>
        <w:t>những</w:t>
      </w:r>
      <w:proofErr w:type="spellEnd"/>
      <w:r w:rsidR="006008B5" w:rsidRPr="00B068AE">
        <w:rPr>
          <w:sz w:val="28"/>
        </w:rPr>
        <w:t xml:space="preserve"> </w:t>
      </w:r>
      <w:proofErr w:type="spellStart"/>
      <w:r w:rsidR="006008B5" w:rsidRPr="00B068AE">
        <w:rPr>
          <w:sz w:val="28"/>
        </w:rPr>
        <w:t>khó</w:t>
      </w:r>
      <w:proofErr w:type="spellEnd"/>
      <w:r w:rsidR="006008B5" w:rsidRPr="00B068AE">
        <w:rPr>
          <w:sz w:val="28"/>
        </w:rPr>
        <w:t xml:space="preserve"> </w:t>
      </w:r>
      <w:proofErr w:type="spellStart"/>
      <w:r w:rsidR="006008B5" w:rsidRPr="00B068AE">
        <w:rPr>
          <w:sz w:val="28"/>
        </w:rPr>
        <w:t>khăn</w:t>
      </w:r>
      <w:proofErr w:type="spellEnd"/>
      <w:r w:rsidR="006008B5" w:rsidRPr="00B068AE">
        <w:rPr>
          <w:sz w:val="28"/>
        </w:rPr>
        <w:t xml:space="preserve">, </w:t>
      </w:r>
      <w:proofErr w:type="spellStart"/>
      <w:r w:rsidR="006008B5" w:rsidRPr="00B068AE">
        <w:rPr>
          <w:sz w:val="28"/>
        </w:rPr>
        <w:t>vướng</w:t>
      </w:r>
      <w:proofErr w:type="spellEnd"/>
      <w:r w:rsidR="006008B5" w:rsidRPr="00B068AE">
        <w:rPr>
          <w:sz w:val="28"/>
        </w:rPr>
        <w:t xml:space="preserve"> </w:t>
      </w:r>
      <w:proofErr w:type="spellStart"/>
      <w:r w:rsidR="006008B5" w:rsidRPr="00B068AE">
        <w:rPr>
          <w:sz w:val="28"/>
        </w:rPr>
        <w:t>mắc</w:t>
      </w:r>
      <w:proofErr w:type="spellEnd"/>
      <w:r w:rsidR="006008B5" w:rsidRPr="00B068AE">
        <w:rPr>
          <w:sz w:val="28"/>
        </w:rPr>
        <w:t xml:space="preserve"> </w:t>
      </w:r>
      <w:proofErr w:type="spellStart"/>
      <w:r w:rsidR="006008B5" w:rsidRPr="00B068AE">
        <w:rPr>
          <w:sz w:val="28"/>
        </w:rPr>
        <w:t>vượt</w:t>
      </w:r>
      <w:proofErr w:type="spellEnd"/>
      <w:r w:rsidR="006008B5" w:rsidRPr="00B068AE">
        <w:rPr>
          <w:sz w:val="28"/>
        </w:rPr>
        <w:t xml:space="preserve"> </w:t>
      </w:r>
      <w:proofErr w:type="spellStart"/>
      <w:r w:rsidR="006008B5" w:rsidRPr="00B068AE">
        <w:rPr>
          <w:sz w:val="28"/>
        </w:rPr>
        <w:t>thẩm</w:t>
      </w:r>
      <w:proofErr w:type="spellEnd"/>
      <w:r w:rsidR="006008B5" w:rsidRPr="00B068AE">
        <w:rPr>
          <w:sz w:val="28"/>
        </w:rPr>
        <w:t xml:space="preserve"> </w:t>
      </w:r>
      <w:proofErr w:type="spellStart"/>
      <w:r w:rsidR="006008B5" w:rsidRPr="00B068AE">
        <w:rPr>
          <w:sz w:val="28"/>
        </w:rPr>
        <w:t>quyền</w:t>
      </w:r>
      <w:proofErr w:type="spellEnd"/>
      <w:r w:rsidR="006008B5" w:rsidRPr="00B068AE">
        <w:rPr>
          <w:sz w:val="28"/>
        </w:rPr>
        <w:t>.</w:t>
      </w:r>
    </w:p>
    <w:p w14:paraId="77F4CD44" w14:textId="16659CC1" w:rsidR="00343ABC" w:rsidRPr="00B068AE" w:rsidRDefault="005065C7" w:rsidP="00B068AE">
      <w:pPr>
        <w:widowControl w:val="0"/>
        <w:spacing w:before="120" w:after="0"/>
        <w:ind w:firstLine="720"/>
        <w:jc w:val="both"/>
        <w:rPr>
          <w:sz w:val="28"/>
          <w:szCs w:val="28"/>
        </w:rPr>
      </w:pPr>
      <w:r>
        <w:rPr>
          <w:sz w:val="28"/>
        </w:rPr>
        <w:t>2</w:t>
      </w:r>
      <w:r w:rsidR="006008B5" w:rsidRPr="00B068AE">
        <w:rPr>
          <w:sz w:val="28"/>
        </w:rPr>
        <w:t xml:space="preserve">. </w:t>
      </w:r>
      <w:proofErr w:type="spellStart"/>
      <w:r w:rsidR="006008B5" w:rsidRPr="00B068AE">
        <w:rPr>
          <w:sz w:val="28"/>
        </w:rPr>
        <w:t>Tòa</w:t>
      </w:r>
      <w:proofErr w:type="spellEnd"/>
      <w:r w:rsidR="006008B5" w:rsidRPr="00B068AE">
        <w:rPr>
          <w:sz w:val="28"/>
        </w:rPr>
        <w:t xml:space="preserve"> </w:t>
      </w:r>
      <w:proofErr w:type="spellStart"/>
      <w:r w:rsidR="006008B5" w:rsidRPr="00B068AE">
        <w:rPr>
          <w:sz w:val="28"/>
        </w:rPr>
        <w:t>án</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tỉnh</w:t>
      </w:r>
      <w:proofErr w:type="spellEnd"/>
      <w:r w:rsidR="006008B5" w:rsidRPr="00B068AE">
        <w:rPr>
          <w:sz w:val="28"/>
        </w:rPr>
        <w:t xml:space="preserve">, </w:t>
      </w:r>
      <w:proofErr w:type="spellStart"/>
      <w:r w:rsidR="006008B5" w:rsidRPr="00B068AE">
        <w:rPr>
          <w:sz w:val="28"/>
        </w:rPr>
        <w:t>Viện</w:t>
      </w:r>
      <w:proofErr w:type="spellEnd"/>
      <w:r w:rsidR="006008B5" w:rsidRPr="00B068AE">
        <w:rPr>
          <w:sz w:val="28"/>
        </w:rPr>
        <w:t xml:space="preserve"> </w:t>
      </w:r>
      <w:proofErr w:type="spellStart"/>
      <w:r w:rsidR="006008B5" w:rsidRPr="00B068AE">
        <w:rPr>
          <w:sz w:val="28"/>
        </w:rPr>
        <w:t>kiểm</w:t>
      </w:r>
      <w:proofErr w:type="spellEnd"/>
      <w:r w:rsidR="006008B5" w:rsidRPr="00B068AE">
        <w:rPr>
          <w:sz w:val="28"/>
        </w:rPr>
        <w:t xml:space="preserve"> </w:t>
      </w:r>
      <w:proofErr w:type="spellStart"/>
      <w:r w:rsidR="006008B5" w:rsidRPr="00B068AE">
        <w:rPr>
          <w:sz w:val="28"/>
        </w:rPr>
        <w:t>sát</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tỉnh</w:t>
      </w:r>
      <w:proofErr w:type="spellEnd"/>
      <w:r w:rsidR="006008B5" w:rsidRPr="00B068AE">
        <w:rPr>
          <w:sz w:val="28"/>
        </w:rPr>
        <w:t xml:space="preserve">, </w:t>
      </w:r>
      <w:proofErr w:type="spellStart"/>
      <w:r w:rsidR="006008B5" w:rsidRPr="00B068AE">
        <w:rPr>
          <w:sz w:val="28"/>
        </w:rPr>
        <w:t>Thi</w:t>
      </w:r>
      <w:proofErr w:type="spellEnd"/>
      <w:r w:rsidR="006008B5" w:rsidRPr="00B068AE">
        <w:rPr>
          <w:sz w:val="28"/>
        </w:rPr>
        <w:t xml:space="preserve"> </w:t>
      </w:r>
      <w:proofErr w:type="spellStart"/>
      <w:r w:rsidR="006008B5" w:rsidRPr="00B068AE">
        <w:rPr>
          <w:sz w:val="28"/>
        </w:rPr>
        <w:t>hành</w:t>
      </w:r>
      <w:proofErr w:type="spellEnd"/>
      <w:r w:rsidR="006008B5" w:rsidRPr="00B068AE">
        <w:rPr>
          <w:sz w:val="28"/>
        </w:rPr>
        <w:t xml:space="preserve"> </w:t>
      </w:r>
      <w:proofErr w:type="spellStart"/>
      <w:r w:rsidR="006008B5" w:rsidRPr="00B068AE">
        <w:rPr>
          <w:sz w:val="28"/>
        </w:rPr>
        <w:t>án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sự</w:t>
      </w:r>
      <w:proofErr w:type="spellEnd"/>
      <w:r w:rsidR="006008B5" w:rsidRPr="00B068AE">
        <w:rPr>
          <w:sz w:val="28"/>
        </w:rPr>
        <w:t xml:space="preserve"> </w:t>
      </w:r>
      <w:proofErr w:type="spellStart"/>
      <w:r w:rsidR="006008B5" w:rsidRPr="00B068AE">
        <w:rPr>
          <w:sz w:val="28"/>
        </w:rPr>
        <w:t>tỉnh</w:t>
      </w:r>
      <w:proofErr w:type="spellEnd"/>
      <w:r w:rsidR="006008B5" w:rsidRPr="00B068AE">
        <w:rPr>
          <w:sz w:val="28"/>
        </w:rPr>
        <w:t xml:space="preserve"> </w:t>
      </w:r>
      <w:proofErr w:type="spellStart"/>
      <w:r w:rsidR="006008B5" w:rsidRPr="00B068AE">
        <w:rPr>
          <w:sz w:val="28"/>
        </w:rPr>
        <w:t>và</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w:t>
      </w:r>
      <w:proofErr w:type="spellStart"/>
      <w:r w:rsidR="006008B5" w:rsidRPr="00B068AE">
        <w:rPr>
          <w:sz w:val="28"/>
        </w:rPr>
        <w:t>cơ</w:t>
      </w:r>
      <w:proofErr w:type="spellEnd"/>
      <w:r w:rsidR="006008B5" w:rsidRPr="00B068AE">
        <w:rPr>
          <w:sz w:val="28"/>
        </w:rPr>
        <w:t xml:space="preserve"> </w:t>
      </w:r>
      <w:proofErr w:type="spellStart"/>
      <w:r w:rsidR="006008B5" w:rsidRPr="00B068AE">
        <w:rPr>
          <w:sz w:val="28"/>
        </w:rPr>
        <w:t>quan</w:t>
      </w:r>
      <w:proofErr w:type="spellEnd"/>
      <w:r w:rsidR="006008B5" w:rsidRPr="00B068AE">
        <w:rPr>
          <w:sz w:val="28"/>
        </w:rPr>
        <w:t xml:space="preserve"> </w:t>
      </w:r>
      <w:proofErr w:type="spellStart"/>
      <w:r w:rsidR="006008B5" w:rsidRPr="00B068AE">
        <w:rPr>
          <w:sz w:val="28"/>
        </w:rPr>
        <w:t>hữu</w:t>
      </w:r>
      <w:proofErr w:type="spellEnd"/>
      <w:r w:rsidR="006008B5" w:rsidRPr="00B068AE">
        <w:rPr>
          <w:sz w:val="28"/>
        </w:rPr>
        <w:t xml:space="preserve"> </w:t>
      </w:r>
      <w:proofErr w:type="spellStart"/>
      <w:r w:rsidR="006008B5" w:rsidRPr="00B068AE">
        <w:rPr>
          <w:sz w:val="28"/>
        </w:rPr>
        <w:t>quan</w:t>
      </w:r>
      <w:proofErr w:type="spellEnd"/>
      <w:r w:rsidR="006008B5" w:rsidRPr="00B068AE">
        <w:rPr>
          <w:sz w:val="28"/>
        </w:rPr>
        <w:t xml:space="preserve"> </w:t>
      </w:r>
      <w:proofErr w:type="spellStart"/>
      <w:r w:rsidR="006008B5" w:rsidRPr="00B068AE">
        <w:rPr>
          <w:sz w:val="28"/>
        </w:rPr>
        <w:t>tiếp</w:t>
      </w:r>
      <w:proofErr w:type="spellEnd"/>
      <w:r w:rsidR="006008B5" w:rsidRPr="00B068AE">
        <w:rPr>
          <w:sz w:val="28"/>
        </w:rPr>
        <w:t xml:space="preserve"> </w:t>
      </w:r>
      <w:proofErr w:type="spellStart"/>
      <w:r w:rsidR="006008B5" w:rsidRPr="00B068AE">
        <w:rPr>
          <w:sz w:val="28"/>
        </w:rPr>
        <w:t>tục</w:t>
      </w:r>
      <w:proofErr w:type="spellEnd"/>
      <w:r w:rsidR="006008B5" w:rsidRPr="00B068AE">
        <w:rPr>
          <w:sz w:val="28"/>
        </w:rPr>
        <w:t xml:space="preserve"> </w:t>
      </w:r>
      <w:proofErr w:type="spellStart"/>
      <w:r w:rsidR="006008B5" w:rsidRPr="00B068AE">
        <w:rPr>
          <w:sz w:val="28"/>
        </w:rPr>
        <w:t>nâng</w:t>
      </w:r>
      <w:proofErr w:type="spellEnd"/>
      <w:r w:rsidR="006008B5" w:rsidRPr="00B068AE">
        <w:rPr>
          <w:sz w:val="28"/>
        </w:rPr>
        <w:t xml:space="preserve"> </w:t>
      </w:r>
      <w:proofErr w:type="spellStart"/>
      <w:r w:rsidR="006008B5" w:rsidRPr="00B068AE">
        <w:rPr>
          <w:sz w:val="28"/>
        </w:rPr>
        <w:t>cao</w:t>
      </w:r>
      <w:proofErr w:type="spellEnd"/>
      <w:r w:rsidR="006008B5" w:rsidRPr="00B068AE">
        <w:rPr>
          <w:sz w:val="28"/>
        </w:rPr>
        <w:t xml:space="preserve"> </w:t>
      </w:r>
      <w:proofErr w:type="spellStart"/>
      <w:r w:rsidR="006008B5" w:rsidRPr="00B068AE">
        <w:rPr>
          <w:sz w:val="28"/>
        </w:rPr>
        <w:t>chất</w:t>
      </w:r>
      <w:proofErr w:type="spellEnd"/>
      <w:r w:rsidR="006008B5" w:rsidRPr="00B068AE">
        <w:rPr>
          <w:sz w:val="28"/>
        </w:rPr>
        <w:t xml:space="preserve"> </w:t>
      </w:r>
      <w:proofErr w:type="spellStart"/>
      <w:r w:rsidR="006008B5" w:rsidRPr="00B068AE">
        <w:rPr>
          <w:sz w:val="28"/>
        </w:rPr>
        <w:t>lượng</w:t>
      </w:r>
      <w:proofErr w:type="spellEnd"/>
      <w:r w:rsidR="006008B5" w:rsidRPr="00B068AE">
        <w:rPr>
          <w:sz w:val="28"/>
        </w:rPr>
        <w:t xml:space="preserve">, </w:t>
      </w:r>
      <w:proofErr w:type="spellStart"/>
      <w:r w:rsidR="006008B5" w:rsidRPr="00B068AE">
        <w:rPr>
          <w:sz w:val="28"/>
        </w:rPr>
        <w:t>hiệu</w:t>
      </w:r>
      <w:proofErr w:type="spellEnd"/>
      <w:r w:rsidR="006008B5" w:rsidRPr="00B068AE">
        <w:rPr>
          <w:sz w:val="28"/>
        </w:rPr>
        <w:t xml:space="preserve"> </w:t>
      </w:r>
      <w:proofErr w:type="spellStart"/>
      <w:r w:rsidR="006008B5" w:rsidRPr="00B068AE">
        <w:rPr>
          <w:sz w:val="28"/>
        </w:rPr>
        <w:t>quả</w:t>
      </w:r>
      <w:proofErr w:type="spellEnd"/>
      <w:r w:rsidR="006008B5" w:rsidRPr="00B068AE">
        <w:rPr>
          <w:sz w:val="28"/>
        </w:rPr>
        <w:t xml:space="preserve"> </w:t>
      </w:r>
      <w:proofErr w:type="spellStart"/>
      <w:r w:rsidR="006008B5" w:rsidRPr="00B068AE">
        <w:rPr>
          <w:sz w:val="28"/>
        </w:rPr>
        <w:t>hoạt</w:t>
      </w:r>
      <w:proofErr w:type="spellEnd"/>
      <w:r w:rsidR="006008B5" w:rsidRPr="00B068AE">
        <w:rPr>
          <w:sz w:val="28"/>
        </w:rPr>
        <w:t xml:space="preserve"> </w:t>
      </w:r>
      <w:proofErr w:type="spellStart"/>
      <w:r w:rsidR="006008B5" w:rsidRPr="00B068AE">
        <w:rPr>
          <w:sz w:val="28"/>
        </w:rPr>
        <w:t>động</w:t>
      </w:r>
      <w:proofErr w:type="spellEnd"/>
      <w:r w:rsidR="006008B5" w:rsidRPr="00B068AE">
        <w:rPr>
          <w:sz w:val="28"/>
        </w:rPr>
        <w:t xml:space="preserve">; </w:t>
      </w:r>
      <w:proofErr w:type="spellStart"/>
      <w:r w:rsidR="006008B5" w:rsidRPr="00B068AE">
        <w:rPr>
          <w:sz w:val="28"/>
        </w:rPr>
        <w:t>tăng</w:t>
      </w:r>
      <w:proofErr w:type="spellEnd"/>
      <w:r w:rsidR="006008B5" w:rsidRPr="00B068AE">
        <w:rPr>
          <w:sz w:val="28"/>
        </w:rPr>
        <w:t xml:space="preserve"> </w:t>
      </w:r>
      <w:proofErr w:type="spellStart"/>
      <w:r w:rsidR="006008B5" w:rsidRPr="00B068AE">
        <w:rPr>
          <w:sz w:val="28"/>
        </w:rPr>
        <w:t>cường</w:t>
      </w:r>
      <w:proofErr w:type="spellEnd"/>
      <w:r w:rsidR="006008B5" w:rsidRPr="00B068AE">
        <w:rPr>
          <w:sz w:val="28"/>
        </w:rPr>
        <w:t xml:space="preserve"> </w:t>
      </w:r>
      <w:proofErr w:type="spellStart"/>
      <w:r w:rsidR="006008B5" w:rsidRPr="00B068AE">
        <w:rPr>
          <w:sz w:val="28"/>
        </w:rPr>
        <w:t>phối</w:t>
      </w:r>
      <w:proofErr w:type="spellEnd"/>
      <w:r w:rsidR="006008B5" w:rsidRPr="00B068AE">
        <w:rPr>
          <w:sz w:val="28"/>
        </w:rPr>
        <w:t xml:space="preserve"> </w:t>
      </w:r>
      <w:proofErr w:type="spellStart"/>
      <w:r w:rsidR="006008B5" w:rsidRPr="00B068AE">
        <w:rPr>
          <w:sz w:val="28"/>
        </w:rPr>
        <w:t>hợp</w:t>
      </w:r>
      <w:proofErr w:type="spellEnd"/>
      <w:r w:rsidR="006008B5" w:rsidRPr="00B068AE">
        <w:rPr>
          <w:sz w:val="28"/>
        </w:rPr>
        <w:t xml:space="preserve">, </w:t>
      </w:r>
      <w:proofErr w:type="spellStart"/>
      <w:r w:rsidR="006008B5" w:rsidRPr="00B068AE">
        <w:rPr>
          <w:sz w:val="28"/>
        </w:rPr>
        <w:t>kịp</w:t>
      </w:r>
      <w:proofErr w:type="spellEnd"/>
      <w:r w:rsidR="006008B5" w:rsidRPr="00B068AE">
        <w:rPr>
          <w:sz w:val="28"/>
        </w:rPr>
        <w:t xml:space="preserve"> </w:t>
      </w:r>
      <w:proofErr w:type="spellStart"/>
      <w:r w:rsidR="006008B5" w:rsidRPr="00B068AE">
        <w:rPr>
          <w:sz w:val="28"/>
        </w:rPr>
        <w:t>thời</w:t>
      </w:r>
      <w:proofErr w:type="spellEnd"/>
      <w:r w:rsidR="006008B5" w:rsidRPr="00B068AE">
        <w:rPr>
          <w:sz w:val="28"/>
        </w:rPr>
        <w:t xml:space="preserve"> </w:t>
      </w:r>
      <w:proofErr w:type="spellStart"/>
      <w:r w:rsidR="006008B5" w:rsidRPr="00B068AE">
        <w:rPr>
          <w:sz w:val="28"/>
        </w:rPr>
        <w:t>giải</w:t>
      </w:r>
      <w:proofErr w:type="spellEnd"/>
      <w:r w:rsidR="006008B5" w:rsidRPr="00B068AE">
        <w:rPr>
          <w:sz w:val="28"/>
        </w:rPr>
        <w:t xml:space="preserve"> </w:t>
      </w:r>
      <w:proofErr w:type="spellStart"/>
      <w:r w:rsidR="006008B5" w:rsidRPr="00B068AE">
        <w:rPr>
          <w:sz w:val="28"/>
        </w:rPr>
        <w:t>quyết</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w:t>
      </w:r>
      <w:proofErr w:type="spellStart"/>
      <w:r w:rsidR="006008B5" w:rsidRPr="00B068AE">
        <w:rPr>
          <w:sz w:val="28"/>
        </w:rPr>
        <w:t>vụ</w:t>
      </w:r>
      <w:proofErr w:type="spellEnd"/>
      <w:r w:rsidR="006008B5" w:rsidRPr="00B068AE">
        <w:rPr>
          <w:sz w:val="28"/>
        </w:rPr>
        <w:t xml:space="preserve"> </w:t>
      </w:r>
      <w:proofErr w:type="spellStart"/>
      <w:r w:rsidR="006008B5" w:rsidRPr="00B068AE">
        <w:rPr>
          <w:sz w:val="28"/>
        </w:rPr>
        <w:t>việc</w:t>
      </w:r>
      <w:proofErr w:type="spellEnd"/>
      <w:r w:rsidR="006008B5" w:rsidRPr="00B068AE">
        <w:rPr>
          <w:sz w:val="28"/>
        </w:rPr>
        <w:t xml:space="preserve">, </w:t>
      </w:r>
      <w:proofErr w:type="spellStart"/>
      <w:r w:rsidR="006008B5" w:rsidRPr="00B068AE">
        <w:rPr>
          <w:sz w:val="28"/>
        </w:rPr>
        <w:t>vụ</w:t>
      </w:r>
      <w:proofErr w:type="spellEnd"/>
      <w:r w:rsidR="006008B5" w:rsidRPr="00B068AE">
        <w:rPr>
          <w:sz w:val="28"/>
        </w:rPr>
        <w:t xml:space="preserve"> </w:t>
      </w:r>
      <w:proofErr w:type="spellStart"/>
      <w:r w:rsidR="006008B5" w:rsidRPr="00B068AE">
        <w:rPr>
          <w:sz w:val="28"/>
        </w:rPr>
        <w:t>án</w:t>
      </w:r>
      <w:proofErr w:type="spellEnd"/>
      <w:r w:rsidR="006008B5" w:rsidRPr="00B068AE">
        <w:rPr>
          <w:sz w:val="28"/>
        </w:rPr>
        <w:t xml:space="preserve"> </w:t>
      </w:r>
      <w:proofErr w:type="spellStart"/>
      <w:r w:rsidR="006008B5" w:rsidRPr="00B068AE">
        <w:rPr>
          <w:sz w:val="28"/>
        </w:rPr>
        <w:t>và</w:t>
      </w:r>
      <w:proofErr w:type="spellEnd"/>
      <w:r w:rsidR="006008B5" w:rsidRPr="00B068AE">
        <w:rPr>
          <w:sz w:val="28"/>
        </w:rPr>
        <w:t xml:space="preserve"> </w:t>
      </w:r>
      <w:proofErr w:type="spellStart"/>
      <w:r w:rsidR="006008B5" w:rsidRPr="00B068AE">
        <w:rPr>
          <w:sz w:val="28"/>
        </w:rPr>
        <w:t>tổ</w:t>
      </w:r>
      <w:proofErr w:type="spellEnd"/>
      <w:r w:rsidR="006008B5" w:rsidRPr="00B068AE">
        <w:rPr>
          <w:sz w:val="28"/>
        </w:rPr>
        <w:t xml:space="preserve"> </w:t>
      </w:r>
      <w:proofErr w:type="spellStart"/>
      <w:r w:rsidR="006008B5" w:rsidRPr="00B068AE">
        <w:rPr>
          <w:sz w:val="28"/>
        </w:rPr>
        <w:t>chức</w:t>
      </w:r>
      <w:proofErr w:type="spellEnd"/>
      <w:r w:rsidR="006008B5" w:rsidRPr="00B068AE">
        <w:rPr>
          <w:sz w:val="28"/>
        </w:rPr>
        <w:t xml:space="preserve"> </w:t>
      </w:r>
      <w:proofErr w:type="spellStart"/>
      <w:r w:rsidR="006008B5" w:rsidRPr="00B068AE">
        <w:rPr>
          <w:sz w:val="28"/>
        </w:rPr>
        <w:t>thi</w:t>
      </w:r>
      <w:proofErr w:type="spellEnd"/>
      <w:r w:rsidR="006008B5" w:rsidRPr="00B068AE">
        <w:rPr>
          <w:sz w:val="28"/>
        </w:rPr>
        <w:t xml:space="preserve"> </w:t>
      </w:r>
      <w:proofErr w:type="spellStart"/>
      <w:r w:rsidR="006008B5" w:rsidRPr="00B068AE">
        <w:rPr>
          <w:sz w:val="28"/>
        </w:rPr>
        <w:t>hành</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w:t>
      </w:r>
      <w:proofErr w:type="spellStart"/>
      <w:r w:rsidR="006008B5" w:rsidRPr="00B068AE">
        <w:rPr>
          <w:sz w:val="28"/>
        </w:rPr>
        <w:t>bản</w:t>
      </w:r>
      <w:proofErr w:type="spellEnd"/>
      <w:r w:rsidR="006008B5" w:rsidRPr="00B068AE">
        <w:rPr>
          <w:sz w:val="28"/>
        </w:rPr>
        <w:t xml:space="preserve"> </w:t>
      </w:r>
      <w:proofErr w:type="spellStart"/>
      <w:r w:rsidR="006008B5" w:rsidRPr="00B068AE">
        <w:rPr>
          <w:sz w:val="28"/>
        </w:rPr>
        <w:t>án</w:t>
      </w:r>
      <w:proofErr w:type="spellEnd"/>
      <w:r w:rsidR="006008B5" w:rsidRPr="00B068AE">
        <w:rPr>
          <w:sz w:val="28"/>
        </w:rPr>
        <w:t xml:space="preserve">, </w:t>
      </w:r>
      <w:proofErr w:type="spellStart"/>
      <w:r w:rsidR="006008B5" w:rsidRPr="00B068AE">
        <w:rPr>
          <w:sz w:val="28"/>
        </w:rPr>
        <w:t>quyết</w:t>
      </w:r>
      <w:proofErr w:type="spellEnd"/>
      <w:r w:rsidR="006008B5" w:rsidRPr="00B068AE">
        <w:rPr>
          <w:sz w:val="28"/>
        </w:rPr>
        <w:t xml:space="preserve"> </w:t>
      </w:r>
      <w:proofErr w:type="spellStart"/>
      <w:r w:rsidR="006008B5" w:rsidRPr="00B068AE">
        <w:rPr>
          <w:sz w:val="28"/>
        </w:rPr>
        <w:t>định</w:t>
      </w:r>
      <w:proofErr w:type="spellEnd"/>
      <w:r w:rsidR="006008B5" w:rsidRPr="00B068AE">
        <w:rPr>
          <w:sz w:val="28"/>
        </w:rPr>
        <w:t xml:space="preserve"> </w:t>
      </w:r>
      <w:proofErr w:type="spellStart"/>
      <w:r w:rsidR="006008B5" w:rsidRPr="00B068AE">
        <w:rPr>
          <w:sz w:val="28"/>
        </w:rPr>
        <w:t>đã</w:t>
      </w:r>
      <w:proofErr w:type="spellEnd"/>
      <w:r w:rsidR="006008B5" w:rsidRPr="00B068AE">
        <w:rPr>
          <w:sz w:val="28"/>
        </w:rPr>
        <w:t xml:space="preserve"> </w:t>
      </w:r>
      <w:proofErr w:type="spellStart"/>
      <w:r w:rsidR="006008B5" w:rsidRPr="00B068AE">
        <w:rPr>
          <w:sz w:val="28"/>
        </w:rPr>
        <w:t>có</w:t>
      </w:r>
      <w:proofErr w:type="spellEnd"/>
      <w:r w:rsidR="006008B5" w:rsidRPr="00B068AE">
        <w:rPr>
          <w:sz w:val="28"/>
        </w:rPr>
        <w:t xml:space="preserve"> </w:t>
      </w:r>
      <w:proofErr w:type="spellStart"/>
      <w:r w:rsidR="006008B5" w:rsidRPr="00B068AE">
        <w:rPr>
          <w:sz w:val="28"/>
        </w:rPr>
        <w:t>hiệu</w:t>
      </w:r>
      <w:proofErr w:type="spellEnd"/>
      <w:r w:rsidR="006008B5" w:rsidRPr="00B068AE">
        <w:rPr>
          <w:sz w:val="28"/>
        </w:rPr>
        <w:t xml:space="preserve"> </w:t>
      </w:r>
      <w:proofErr w:type="spellStart"/>
      <w:r w:rsidR="006008B5" w:rsidRPr="00B068AE">
        <w:rPr>
          <w:sz w:val="28"/>
        </w:rPr>
        <w:t>lực</w:t>
      </w:r>
      <w:proofErr w:type="spellEnd"/>
      <w:r w:rsidR="006008B5" w:rsidRPr="00B068AE">
        <w:rPr>
          <w:sz w:val="28"/>
        </w:rPr>
        <w:t xml:space="preserve"> </w:t>
      </w:r>
      <w:proofErr w:type="spellStart"/>
      <w:r w:rsidR="006008B5" w:rsidRPr="00B068AE">
        <w:rPr>
          <w:sz w:val="28"/>
        </w:rPr>
        <w:t>pháp</w:t>
      </w:r>
      <w:proofErr w:type="spellEnd"/>
      <w:r w:rsidR="006008B5" w:rsidRPr="00B068AE">
        <w:rPr>
          <w:sz w:val="28"/>
        </w:rPr>
        <w:t xml:space="preserve"> </w:t>
      </w:r>
      <w:proofErr w:type="spellStart"/>
      <w:r w:rsidR="006008B5" w:rsidRPr="00B068AE">
        <w:rPr>
          <w:sz w:val="28"/>
        </w:rPr>
        <w:t>luật</w:t>
      </w:r>
      <w:proofErr w:type="spellEnd"/>
      <w:r w:rsidR="006008B5" w:rsidRPr="00B068AE">
        <w:rPr>
          <w:sz w:val="28"/>
        </w:rPr>
        <w:t xml:space="preserve"> </w:t>
      </w:r>
      <w:proofErr w:type="spellStart"/>
      <w:r w:rsidR="006008B5" w:rsidRPr="00B068AE">
        <w:rPr>
          <w:sz w:val="28"/>
        </w:rPr>
        <w:t>theo</w:t>
      </w:r>
      <w:proofErr w:type="spellEnd"/>
      <w:r w:rsidR="006008B5" w:rsidRPr="00B068AE">
        <w:rPr>
          <w:sz w:val="28"/>
        </w:rPr>
        <w:t xml:space="preserve"> </w:t>
      </w:r>
      <w:proofErr w:type="spellStart"/>
      <w:r w:rsidR="006008B5" w:rsidRPr="00B068AE">
        <w:rPr>
          <w:sz w:val="28"/>
        </w:rPr>
        <w:t>quy</w:t>
      </w:r>
      <w:proofErr w:type="spellEnd"/>
      <w:r w:rsidR="006008B5" w:rsidRPr="00B068AE">
        <w:rPr>
          <w:sz w:val="28"/>
        </w:rPr>
        <w:t xml:space="preserve"> </w:t>
      </w:r>
      <w:proofErr w:type="spellStart"/>
      <w:r w:rsidR="006008B5" w:rsidRPr="00B068AE">
        <w:rPr>
          <w:sz w:val="28"/>
        </w:rPr>
        <w:t>định</w:t>
      </w:r>
      <w:proofErr w:type="spellEnd"/>
      <w:r w:rsidR="006008B5" w:rsidRPr="00B068AE">
        <w:rPr>
          <w:sz w:val="28"/>
        </w:rPr>
        <w:t xml:space="preserve"> </w:t>
      </w:r>
      <w:proofErr w:type="spellStart"/>
      <w:r w:rsidR="006008B5" w:rsidRPr="00B068AE">
        <w:rPr>
          <w:sz w:val="28"/>
        </w:rPr>
        <w:t>của</w:t>
      </w:r>
      <w:proofErr w:type="spellEnd"/>
      <w:r w:rsidR="006008B5" w:rsidRPr="00B068AE">
        <w:rPr>
          <w:sz w:val="28"/>
        </w:rPr>
        <w:t xml:space="preserve"> </w:t>
      </w:r>
      <w:proofErr w:type="spellStart"/>
      <w:r w:rsidR="006008B5" w:rsidRPr="00B068AE">
        <w:rPr>
          <w:sz w:val="28"/>
        </w:rPr>
        <w:t>pháp</w:t>
      </w:r>
      <w:proofErr w:type="spellEnd"/>
      <w:r w:rsidR="006008B5" w:rsidRPr="00B068AE">
        <w:rPr>
          <w:sz w:val="28"/>
        </w:rPr>
        <w:t xml:space="preserve"> </w:t>
      </w:r>
      <w:proofErr w:type="spellStart"/>
      <w:r w:rsidR="006008B5" w:rsidRPr="00B068AE">
        <w:rPr>
          <w:sz w:val="28"/>
        </w:rPr>
        <w:t>luật</w:t>
      </w:r>
      <w:proofErr w:type="spellEnd"/>
      <w:r w:rsidR="006008B5" w:rsidRPr="00B068AE">
        <w:rPr>
          <w:sz w:val="28"/>
        </w:rPr>
        <w:t xml:space="preserve">; </w:t>
      </w:r>
      <w:proofErr w:type="spellStart"/>
      <w:r w:rsidR="006008B5" w:rsidRPr="00B068AE">
        <w:rPr>
          <w:sz w:val="28"/>
        </w:rPr>
        <w:t>bảo</w:t>
      </w:r>
      <w:proofErr w:type="spellEnd"/>
      <w:r w:rsidR="006008B5" w:rsidRPr="00B068AE">
        <w:rPr>
          <w:sz w:val="28"/>
        </w:rPr>
        <w:t xml:space="preserve"> </w:t>
      </w:r>
      <w:proofErr w:type="spellStart"/>
      <w:r w:rsidR="006008B5" w:rsidRPr="00B068AE">
        <w:rPr>
          <w:sz w:val="28"/>
        </w:rPr>
        <w:t>đảm</w:t>
      </w:r>
      <w:proofErr w:type="spellEnd"/>
      <w:r w:rsidR="006008B5" w:rsidRPr="00B068AE">
        <w:rPr>
          <w:sz w:val="28"/>
        </w:rPr>
        <w:t xml:space="preserve"> </w:t>
      </w:r>
      <w:proofErr w:type="spellStart"/>
      <w:r w:rsidR="006008B5" w:rsidRPr="00B068AE">
        <w:rPr>
          <w:sz w:val="28"/>
        </w:rPr>
        <w:t>quyền</w:t>
      </w:r>
      <w:proofErr w:type="spellEnd"/>
      <w:r w:rsidR="006008B5" w:rsidRPr="00B068AE">
        <w:rPr>
          <w:sz w:val="28"/>
        </w:rPr>
        <w:t xml:space="preserve"> </w:t>
      </w:r>
      <w:proofErr w:type="spellStart"/>
      <w:r w:rsidR="006008B5" w:rsidRPr="00B068AE">
        <w:rPr>
          <w:sz w:val="28"/>
        </w:rPr>
        <w:t>và</w:t>
      </w:r>
      <w:proofErr w:type="spellEnd"/>
      <w:r w:rsidR="006008B5" w:rsidRPr="00B068AE">
        <w:rPr>
          <w:sz w:val="28"/>
        </w:rPr>
        <w:t xml:space="preserve"> </w:t>
      </w:r>
      <w:proofErr w:type="spellStart"/>
      <w:r w:rsidR="006008B5" w:rsidRPr="00B068AE">
        <w:rPr>
          <w:sz w:val="28"/>
        </w:rPr>
        <w:t>lợi</w:t>
      </w:r>
      <w:proofErr w:type="spellEnd"/>
      <w:r w:rsidR="006008B5" w:rsidRPr="00B068AE">
        <w:rPr>
          <w:sz w:val="28"/>
        </w:rPr>
        <w:t xml:space="preserve"> </w:t>
      </w:r>
      <w:proofErr w:type="spellStart"/>
      <w:r w:rsidR="006008B5" w:rsidRPr="00B068AE">
        <w:rPr>
          <w:sz w:val="28"/>
        </w:rPr>
        <w:t>ích</w:t>
      </w:r>
      <w:proofErr w:type="spellEnd"/>
      <w:r w:rsidR="006008B5" w:rsidRPr="00B068AE">
        <w:rPr>
          <w:sz w:val="28"/>
        </w:rPr>
        <w:t xml:space="preserve"> </w:t>
      </w:r>
      <w:proofErr w:type="spellStart"/>
      <w:r w:rsidR="006008B5" w:rsidRPr="00B068AE">
        <w:rPr>
          <w:sz w:val="28"/>
        </w:rPr>
        <w:t>hợp</w:t>
      </w:r>
      <w:proofErr w:type="spellEnd"/>
      <w:r w:rsidR="006008B5" w:rsidRPr="00B068AE">
        <w:rPr>
          <w:sz w:val="28"/>
        </w:rPr>
        <w:t xml:space="preserve"> </w:t>
      </w:r>
      <w:proofErr w:type="spellStart"/>
      <w:r w:rsidR="006008B5" w:rsidRPr="00B068AE">
        <w:rPr>
          <w:sz w:val="28"/>
        </w:rPr>
        <w:t>pháp</w:t>
      </w:r>
      <w:proofErr w:type="spellEnd"/>
      <w:r w:rsidR="006008B5" w:rsidRPr="00B068AE">
        <w:rPr>
          <w:sz w:val="28"/>
        </w:rPr>
        <w:t xml:space="preserve">, </w:t>
      </w:r>
      <w:proofErr w:type="spellStart"/>
      <w:r w:rsidR="006008B5" w:rsidRPr="00B068AE">
        <w:rPr>
          <w:sz w:val="28"/>
        </w:rPr>
        <w:t>chính</w:t>
      </w:r>
      <w:proofErr w:type="spellEnd"/>
      <w:r w:rsidR="006008B5" w:rsidRPr="00B068AE">
        <w:rPr>
          <w:sz w:val="28"/>
        </w:rPr>
        <w:t xml:space="preserve"> </w:t>
      </w:r>
      <w:proofErr w:type="spellStart"/>
      <w:r w:rsidR="006008B5" w:rsidRPr="00B068AE">
        <w:rPr>
          <w:sz w:val="28"/>
        </w:rPr>
        <w:t>đáng</w:t>
      </w:r>
      <w:proofErr w:type="spellEnd"/>
      <w:r w:rsidR="006008B5" w:rsidRPr="00B068AE">
        <w:rPr>
          <w:sz w:val="28"/>
        </w:rPr>
        <w:t xml:space="preserve"> </w:t>
      </w:r>
      <w:proofErr w:type="spellStart"/>
      <w:r w:rsidR="006008B5" w:rsidRPr="00B068AE">
        <w:rPr>
          <w:sz w:val="28"/>
        </w:rPr>
        <w:t>của</w:t>
      </w:r>
      <w:proofErr w:type="spellEnd"/>
      <w:r w:rsidR="006008B5" w:rsidRPr="00B068AE">
        <w:rPr>
          <w:sz w:val="28"/>
        </w:rPr>
        <w:t xml:space="preserve"> </w:t>
      </w:r>
      <w:proofErr w:type="spellStart"/>
      <w:r w:rsidR="006008B5" w:rsidRPr="00B068AE">
        <w:rPr>
          <w:sz w:val="28"/>
        </w:rPr>
        <w:t>Nhà</w:t>
      </w:r>
      <w:proofErr w:type="spellEnd"/>
      <w:r w:rsidR="006008B5" w:rsidRPr="00B068AE">
        <w:rPr>
          <w:sz w:val="28"/>
        </w:rPr>
        <w:t xml:space="preserve"> </w:t>
      </w:r>
      <w:proofErr w:type="spellStart"/>
      <w:r w:rsidR="006008B5" w:rsidRPr="00B068AE">
        <w:rPr>
          <w:sz w:val="28"/>
        </w:rPr>
        <w:t>nước</w:t>
      </w:r>
      <w:proofErr w:type="spellEnd"/>
      <w:r w:rsidR="006008B5" w:rsidRPr="00B068AE">
        <w:rPr>
          <w:sz w:val="28"/>
        </w:rPr>
        <w:t xml:space="preserve">, </w:t>
      </w:r>
      <w:proofErr w:type="spellStart"/>
      <w:r w:rsidR="006008B5" w:rsidRPr="00B068AE">
        <w:rPr>
          <w:sz w:val="28"/>
        </w:rPr>
        <w:t>tổ</w:t>
      </w:r>
      <w:proofErr w:type="spellEnd"/>
      <w:r w:rsidR="006008B5" w:rsidRPr="00B068AE">
        <w:rPr>
          <w:sz w:val="28"/>
        </w:rPr>
        <w:t xml:space="preserve"> </w:t>
      </w:r>
      <w:proofErr w:type="spellStart"/>
      <w:r w:rsidR="006008B5" w:rsidRPr="00B068AE">
        <w:rPr>
          <w:sz w:val="28"/>
        </w:rPr>
        <w:t>chức</w:t>
      </w:r>
      <w:proofErr w:type="spellEnd"/>
      <w:r w:rsidR="006008B5" w:rsidRPr="00B068AE">
        <w:rPr>
          <w:sz w:val="28"/>
        </w:rPr>
        <w:t xml:space="preserve"> </w:t>
      </w:r>
      <w:proofErr w:type="spellStart"/>
      <w:r w:rsidR="006008B5" w:rsidRPr="00B068AE">
        <w:rPr>
          <w:sz w:val="28"/>
        </w:rPr>
        <w:t>và</w:t>
      </w:r>
      <w:proofErr w:type="spellEnd"/>
      <w:r w:rsidR="006008B5" w:rsidRPr="00B068AE">
        <w:rPr>
          <w:sz w:val="28"/>
        </w:rPr>
        <w:t xml:space="preserve"> </w:t>
      </w:r>
      <w:proofErr w:type="spellStart"/>
      <w:r w:rsidR="006008B5" w:rsidRPr="00B068AE">
        <w:rPr>
          <w:sz w:val="28"/>
        </w:rPr>
        <w:t>công</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w:t>
      </w:r>
    </w:p>
    <w:p w14:paraId="0573989A" w14:textId="27BB0FE8" w:rsidR="00343ABC" w:rsidRPr="00B068AE" w:rsidRDefault="005065C7" w:rsidP="00B068AE">
      <w:pPr>
        <w:widowControl w:val="0"/>
        <w:spacing w:before="120" w:after="0"/>
        <w:ind w:firstLine="720"/>
        <w:jc w:val="both"/>
        <w:rPr>
          <w:sz w:val="28"/>
          <w:szCs w:val="28"/>
        </w:rPr>
      </w:pPr>
      <w:r>
        <w:rPr>
          <w:sz w:val="28"/>
        </w:rPr>
        <w:t>3</w:t>
      </w:r>
      <w:r w:rsidR="006008B5" w:rsidRPr="00B068AE">
        <w:rPr>
          <w:sz w:val="28"/>
        </w:rPr>
        <w:t xml:space="preserve">. </w:t>
      </w:r>
      <w:proofErr w:type="spellStart"/>
      <w:r w:rsidR="006008B5" w:rsidRPr="00B068AE">
        <w:rPr>
          <w:sz w:val="28"/>
        </w:rPr>
        <w:t>Thường</w:t>
      </w:r>
      <w:proofErr w:type="spellEnd"/>
      <w:r w:rsidR="006008B5" w:rsidRPr="00B068AE">
        <w:rPr>
          <w:sz w:val="28"/>
        </w:rPr>
        <w:t xml:space="preserve"> </w:t>
      </w:r>
      <w:proofErr w:type="spellStart"/>
      <w:r w:rsidR="006008B5" w:rsidRPr="00B068AE">
        <w:rPr>
          <w:sz w:val="28"/>
        </w:rPr>
        <w:t>trực</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đồng</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tỉnh</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Ban </w:t>
      </w:r>
      <w:proofErr w:type="spellStart"/>
      <w:r w:rsidR="006008B5" w:rsidRPr="00B068AE">
        <w:rPr>
          <w:sz w:val="28"/>
        </w:rPr>
        <w:t>của</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đồng</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tỉnh</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w:t>
      </w:r>
      <w:proofErr w:type="spellStart"/>
      <w:r w:rsidR="006008B5" w:rsidRPr="00B068AE">
        <w:rPr>
          <w:sz w:val="28"/>
        </w:rPr>
        <w:t>Tổ</w:t>
      </w:r>
      <w:proofErr w:type="spellEnd"/>
      <w:r w:rsidR="006008B5" w:rsidRPr="00B068AE">
        <w:rPr>
          <w:sz w:val="28"/>
        </w:rPr>
        <w:t xml:space="preserve"> </w:t>
      </w:r>
      <w:proofErr w:type="spellStart"/>
      <w:r w:rsidR="006008B5" w:rsidRPr="00B068AE">
        <w:rPr>
          <w:sz w:val="28"/>
        </w:rPr>
        <w:t>đại</w:t>
      </w:r>
      <w:proofErr w:type="spellEnd"/>
      <w:r w:rsidR="006008B5" w:rsidRPr="00B068AE">
        <w:rPr>
          <w:sz w:val="28"/>
        </w:rPr>
        <w:t xml:space="preserve"> </w:t>
      </w:r>
      <w:proofErr w:type="spellStart"/>
      <w:r w:rsidR="006008B5" w:rsidRPr="00B068AE">
        <w:rPr>
          <w:sz w:val="28"/>
        </w:rPr>
        <w:t>biểu</w:t>
      </w:r>
      <w:proofErr w:type="spellEnd"/>
      <w:r w:rsidR="006008B5" w:rsidRPr="00B068AE">
        <w:rPr>
          <w:sz w:val="28"/>
        </w:rPr>
        <w:t xml:space="preserve"> </w:t>
      </w:r>
      <w:proofErr w:type="spellStart"/>
      <w:r w:rsidR="006008B5" w:rsidRPr="00B068AE">
        <w:rPr>
          <w:sz w:val="28"/>
        </w:rPr>
        <w:t>và</w:t>
      </w:r>
      <w:proofErr w:type="spellEnd"/>
      <w:r w:rsidR="006008B5" w:rsidRPr="00B068AE">
        <w:rPr>
          <w:sz w:val="28"/>
        </w:rPr>
        <w:t xml:space="preserve"> </w:t>
      </w:r>
      <w:proofErr w:type="spellStart"/>
      <w:r w:rsidR="006008B5" w:rsidRPr="00B068AE">
        <w:rPr>
          <w:sz w:val="28"/>
        </w:rPr>
        <w:t>đại</w:t>
      </w:r>
      <w:proofErr w:type="spellEnd"/>
      <w:r w:rsidR="006008B5" w:rsidRPr="00B068AE">
        <w:rPr>
          <w:sz w:val="28"/>
        </w:rPr>
        <w:t xml:space="preserve"> </w:t>
      </w:r>
      <w:proofErr w:type="spellStart"/>
      <w:r w:rsidR="006008B5" w:rsidRPr="00B068AE">
        <w:rPr>
          <w:sz w:val="28"/>
        </w:rPr>
        <w:t>biểu</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đồng</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tỉnh</w:t>
      </w:r>
      <w:proofErr w:type="spellEnd"/>
      <w:r w:rsidR="006008B5" w:rsidRPr="00B068AE">
        <w:rPr>
          <w:sz w:val="28"/>
        </w:rPr>
        <w:t xml:space="preserve"> </w:t>
      </w:r>
      <w:proofErr w:type="spellStart"/>
      <w:r w:rsidR="006008B5" w:rsidRPr="00B068AE">
        <w:rPr>
          <w:sz w:val="28"/>
        </w:rPr>
        <w:t>chủ</w:t>
      </w:r>
      <w:proofErr w:type="spellEnd"/>
      <w:r w:rsidR="006008B5" w:rsidRPr="00B068AE">
        <w:rPr>
          <w:sz w:val="28"/>
        </w:rPr>
        <w:t xml:space="preserve"> </w:t>
      </w:r>
      <w:proofErr w:type="spellStart"/>
      <w:r w:rsidR="006008B5" w:rsidRPr="00B068AE">
        <w:rPr>
          <w:sz w:val="28"/>
        </w:rPr>
        <w:t>động</w:t>
      </w:r>
      <w:proofErr w:type="spellEnd"/>
      <w:r w:rsidR="006008B5" w:rsidRPr="00B068AE">
        <w:rPr>
          <w:sz w:val="28"/>
        </w:rPr>
        <w:t xml:space="preserve"> </w:t>
      </w:r>
      <w:proofErr w:type="spellStart"/>
      <w:r w:rsidR="006008B5" w:rsidRPr="00B068AE">
        <w:rPr>
          <w:sz w:val="28"/>
        </w:rPr>
        <w:t>theo</w:t>
      </w:r>
      <w:proofErr w:type="spellEnd"/>
      <w:r w:rsidR="006008B5" w:rsidRPr="00B068AE">
        <w:rPr>
          <w:sz w:val="28"/>
        </w:rPr>
        <w:t xml:space="preserve"> </w:t>
      </w:r>
      <w:proofErr w:type="spellStart"/>
      <w:r w:rsidR="006008B5" w:rsidRPr="00B068AE">
        <w:rPr>
          <w:sz w:val="28"/>
        </w:rPr>
        <w:t>dõi</w:t>
      </w:r>
      <w:proofErr w:type="spellEnd"/>
      <w:r w:rsidR="006008B5" w:rsidRPr="00B068AE">
        <w:rPr>
          <w:sz w:val="28"/>
        </w:rPr>
        <w:t xml:space="preserve">, </w:t>
      </w:r>
      <w:proofErr w:type="spellStart"/>
      <w:r w:rsidR="006008B5" w:rsidRPr="00B068AE">
        <w:rPr>
          <w:sz w:val="28"/>
        </w:rPr>
        <w:t>khảo</w:t>
      </w:r>
      <w:proofErr w:type="spellEnd"/>
      <w:r w:rsidR="006008B5" w:rsidRPr="00B068AE">
        <w:rPr>
          <w:sz w:val="28"/>
        </w:rPr>
        <w:t xml:space="preserve"> </w:t>
      </w:r>
      <w:proofErr w:type="spellStart"/>
      <w:r w:rsidR="006008B5" w:rsidRPr="00B068AE">
        <w:rPr>
          <w:sz w:val="28"/>
        </w:rPr>
        <w:t>sát</w:t>
      </w:r>
      <w:proofErr w:type="spellEnd"/>
      <w:r w:rsidR="006008B5" w:rsidRPr="00B068AE">
        <w:rPr>
          <w:sz w:val="28"/>
        </w:rPr>
        <w:t xml:space="preserve">, </w:t>
      </w:r>
      <w:proofErr w:type="spellStart"/>
      <w:r w:rsidR="006008B5" w:rsidRPr="00B068AE">
        <w:rPr>
          <w:sz w:val="28"/>
        </w:rPr>
        <w:t>giám</w:t>
      </w:r>
      <w:proofErr w:type="spellEnd"/>
      <w:r w:rsidR="006008B5" w:rsidRPr="00B068AE">
        <w:rPr>
          <w:sz w:val="28"/>
        </w:rPr>
        <w:t xml:space="preserve"> </w:t>
      </w:r>
      <w:proofErr w:type="spellStart"/>
      <w:r w:rsidR="006008B5" w:rsidRPr="00B068AE">
        <w:rPr>
          <w:sz w:val="28"/>
        </w:rPr>
        <w:t>sát</w:t>
      </w:r>
      <w:proofErr w:type="spellEnd"/>
      <w:r w:rsidR="006008B5" w:rsidRPr="00B068AE">
        <w:rPr>
          <w:sz w:val="28"/>
        </w:rPr>
        <w:t xml:space="preserve"> </w:t>
      </w:r>
      <w:proofErr w:type="spellStart"/>
      <w:r w:rsidR="006008B5" w:rsidRPr="00B068AE">
        <w:rPr>
          <w:sz w:val="28"/>
        </w:rPr>
        <w:t>những</w:t>
      </w:r>
      <w:proofErr w:type="spellEnd"/>
      <w:r w:rsidR="006008B5" w:rsidRPr="00B068AE">
        <w:rPr>
          <w:sz w:val="28"/>
        </w:rPr>
        <w:t xml:space="preserve"> </w:t>
      </w:r>
      <w:proofErr w:type="spellStart"/>
      <w:r w:rsidR="006008B5" w:rsidRPr="00B068AE">
        <w:rPr>
          <w:sz w:val="28"/>
        </w:rPr>
        <w:t>lĩnh</w:t>
      </w:r>
      <w:proofErr w:type="spellEnd"/>
      <w:r w:rsidR="006008B5" w:rsidRPr="00B068AE">
        <w:rPr>
          <w:sz w:val="28"/>
        </w:rPr>
        <w:t xml:space="preserve"> </w:t>
      </w:r>
      <w:proofErr w:type="spellStart"/>
      <w:r w:rsidR="006008B5" w:rsidRPr="00B068AE">
        <w:rPr>
          <w:sz w:val="28"/>
        </w:rPr>
        <w:t>vực</w:t>
      </w:r>
      <w:proofErr w:type="spellEnd"/>
      <w:r w:rsidR="006008B5" w:rsidRPr="00B068AE">
        <w:rPr>
          <w:sz w:val="28"/>
        </w:rPr>
        <w:t xml:space="preserve">, </w:t>
      </w:r>
      <w:proofErr w:type="spellStart"/>
      <w:r w:rsidR="006008B5" w:rsidRPr="00B068AE">
        <w:rPr>
          <w:sz w:val="28"/>
        </w:rPr>
        <w:t>nội</w:t>
      </w:r>
      <w:proofErr w:type="spellEnd"/>
      <w:r w:rsidR="006008B5" w:rsidRPr="00B068AE">
        <w:rPr>
          <w:sz w:val="28"/>
        </w:rPr>
        <w:t xml:space="preserve"> dung </w:t>
      </w:r>
      <w:proofErr w:type="spellStart"/>
      <w:r w:rsidR="006008B5" w:rsidRPr="00B068AE">
        <w:rPr>
          <w:sz w:val="28"/>
        </w:rPr>
        <w:t>còn</w:t>
      </w:r>
      <w:proofErr w:type="spellEnd"/>
      <w:r w:rsidR="006008B5" w:rsidRPr="00B068AE">
        <w:rPr>
          <w:sz w:val="28"/>
        </w:rPr>
        <w:t xml:space="preserve"> </w:t>
      </w:r>
      <w:proofErr w:type="spellStart"/>
      <w:r w:rsidR="006008B5" w:rsidRPr="00B068AE">
        <w:rPr>
          <w:sz w:val="28"/>
        </w:rPr>
        <w:t>hạn</w:t>
      </w:r>
      <w:proofErr w:type="spellEnd"/>
      <w:r w:rsidR="006008B5" w:rsidRPr="00B068AE">
        <w:rPr>
          <w:sz w:val="28"/>
        </w:rPr>
        <w:t xml:space="preserve"> </w:t>
      </w:r>
      <w:proofErr w:type="spellStart"/>
      <w:r w:rsidR="006008B5" w:rsidRPr="00B068AE">
        <w:rPr>
          <w:sz w:val="28"/>
        </w:rPr>
        <w:t>chế</w:t>
      </w:r>
      <w:proofErr w:type="spellEnd"/>
      <w:r w:rsidR="006008B5" w:rsidRPr="00B068AE">
        <w:rPr>
          <w:sz w:val="28"/>
        </w:rPr>
        <w:t xml:space="preserve">, </w:t>
      </w:r>
      <w:proofErr w:type="spellStart"/>
      <w:r w:rsidR="006008B5" w:rsidRPr="00B068AE">
        <w:rPr>
          <w:sz w:val="28"/>
        </w:rPr>
        <w:t>bất</w:t>
      </w:r>
      <w:proofErr w:type="spellEnd"/>
      <w:r w:rsidR="006008B5" w:rsidRPr="00B068AE">
        <w:rPr>
          <w:sz w:val="28"/>
        </w:rPr>
        <w:t xml:space="preserve"> </w:t>
      </w:r>
      <w:proofErr w:type="spellStart"/>
      <w:r w:rsidR="006008B5" w:rsidRPr="00B068AE">
        <w:rPr>
          <w:sz w:val="28"/>
        </w:rPr>
        <w:t>cập</w:t>
      </w:r>
      <w:proofErr w:type="spellEnd"/>
      <w:r w:rsidR="006008B5" w:rsidRPr="00B068AE">
        <w:rPr>
          <w:sz w:val="28"/>
        </w:rPr>
        <w:t xml:space="preserve"> </w:t>
      </w:r>
      <w:proofErr w:type="spellStart"/>
      <w:r w:rsidR="006008B5" w:rsidRPr="00B068AE">
        <w:rPr>
          <w:sz w:val="28"/>
        </w:rPr>
        <w:t>hoặc</w:t>
      </w:r>
      <w:proofErr w:type="spellEnd"/>
      <w:r w:rsidR="006008B5" w:rsidRPr="00B068AE">
        <w:rPr>
          <w:sz w:val="28"/>
        </w:rPr>
        <w:t xml:space="preserve"> </w:t>
      </w:r>
      <w:proofErr w:type="spellStart"/>
      <w:r w:rsidR="006008B5" w:rsidRPr="00B068AE">
        <w:rPr>
          <w:sz w:val="28"/>
        </w:rPr>
        <w:t>được</w:t>
      </w:r>
      <w:proofErr w:type="spellEnd"/>
      <w:r w:rsidR="006008B5" w:rsidRPr="00B068AE">
        <w:rPr>
          <w:sz w:val="28"/>
        </w:rPr>
        <w:t xml:space="preserve"> </w:t>
      </w:r>
      <w:proofErr w:type="spellStart"/>
      <w:r w:rsidR="006008B5" w:rsidRPr="00B068AE">
        <w:rPr>
          <w:sz w:val="28"/>
        </w:rPr>
        <w:t>cử</w:t>
      </w:r>
      <w:proofErr w:type="spellEnd"/>
      <w:r w:rsidR="006008B5" w:rsidRPr="00B068AE">
        <w:rPr>
          <w:sz w:val="28"/>
        </w:rPr>
        <w:t xml:space="preserve"> tri </w:t>
      </w:r>
      <w:proofErr w:type="spellStart"/>
      <w:r w:rsidR="006008B5" w:rsidRPr="00B068AE">
        <w:rPr>
          <w:sz w:val="28"/>
        </w:rPr>
        <w:t>và</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quan</w:t>
      </w:r>
      <w:proofErr w:type="spellEnd"/>
      <w:r w:rsidR="006008B5" w:rsidRPr="00B068AE">
        <w:rPr>
          <w:sz w:val="28"/>
        </w:rPr>
        <w:t xml:space="preserve"> </w:t>
      </w:r>
      <w:proofErr w:type="spellStart"/>
      <w:r w:rsidR="006008B5" w:rsidRPr="00B068AE">
        <w:rPr>
          <w:sz w:val="28"/>
        </w:rPr>
        <w:t>tâm</w:t>
      </w:r>
      <w:proofErr w:type="spellEnd"/>
      <w:r w:rsidR="006008B5" w:rsidRPr="00B068AE">
        <w:rPr>
          <w:sz w:val="28"/>
        </w:rPr>
        <w:t xml:space="preserve">; </w:t>
      </w:r>
      <w:proofErr w:type="spellStart"/>
      <w:r w:rsidR="006008B5" w:rsidRPr="00B068AE">
        <w:rPr>
          <w:sz w:val="28"/>
        </w:rPr>
        <w:t>tập</w:t>
      </w:r>
      <w:proofErr w:type="spellEnd"/>
      <w:r w:rsidR="006008B5" w:rsidRPr="00B068AE">
        <w:rPr>
          <w:sz w:val="28"/>
        </w:rPr>
        <w:t xml:space="preserve"> </w:t>
      </w:r>
      <w:proofErr w:type="spellStart"/>
      <w:r w:rsidR="006008B5" w:rsidRPr="00B068AE">
        <w:rPr>
          <w:sz w:val="28"/>
        </w:rPr>
        <w:t>trung</w:t>
      </w:r>
      <w:proofErr w:type="spellEnd"/>
      <w:r w:rsidR="006008B5" w:rsidRPr="00B068AE">
        <w:rPr>
          <w:sz w:val="28"/>
        </w:rPr>
        <w:t xml:space="preserve"> </w:t>
      </w:r>
      <w:proofErr w:type="spellStart"/>
      <w:r w:rsidR="006008B5" w:rsidRPr="00B068AE">
        <w:rPr>
          <w:sz w:val="28"/>
        </w:rPr>
        <w:t>giám</w:t>
      </w:r>
      <w:proofErr w:type="spellEnd"/>
      <w:r w:rsidR="006008B5" w:rsidRPr="00B068AE">
        <w:rPr>
          <w:sz w:val="28"/>
        </w:rPr>
        <w:t xml:space="preserve"> </w:t>
      </w:r>
      <w:proofErr w:type="spellStart"/>
      <w:r w:rsidR="006008B5" w:rsidRPr="00B068AE">
        <w:rPr>
          <w:sz w:val="28"/>
        </w:rPr>
        <w:t>sát</w:t>
      </w:r>
      <w:proofErr w:type="spellEnd"/>
      <w:r w:rsidR="006008B5" w:rsidRPr="00B068AE">
        <w:rPr>
          <w:sz w:val="28"/>
        </w:rPr>
        <w:t xml:space="preserve"> </w:t>
      </w:r>
      <w:proofErr w:type="spellStart"/>
      <w:r w:rsidR="006008B5" w:rsidRPr="00B068AE">
        <w:rPr>
          <w:sz w:val="28"/>
        </w:rPr>
        <w:t>việc</w:t>
      </w:r>
      <w:proofErr w:type="spellEnd"/>
      <w:r w:rsidR="006008B5" w:rsidRPr="00B068AE">
        <w:rPr>
          <w:sz w:val="28"/>
        </w:rPr>
        <w:t xml:space="preserve"> </w:t>
      </w:r>
      <w:proofErr w:type="spellStart"/>
      <w:r w:rsidR="006008B5" w:rsidRPr="00B068AE">
        <w:rPr>
          <w:sz w:val="28"/>
        </w:rPr>
        <w:t>triển</w:t>
      </w:r>
      <w:proofErr w:type="spellEnd"/>
      <w:r w:rsidR="006008B5" w:rsidRPr="00B068AE">
        <w:rPr>
          <w:sz w:val="28"/>
        </w:rPr>
        <w:t xml:space="preserve"> </w:t>
      </w:r>
      <w:proofErr w:type="spellStart"/>
      <w:r w:rsidR="006008B5" w:rsidRPr="00B068AE">
        <w:rPr>
          <w:sz w:val="28"/>
        </w:rPr>
        <w:t>khai</w:t>
      </w:r>
      <w:proofErr w:type="spellEnd"/>
      <w:r w:rsidR="006008B5" w:rsidRPr="00B068AE">
        <w:rPr>
          <w:sz w:val="28"/>
        </w:rPr>
        <w:t xml:space="preserve"> </w:t>
      </w:r>
      <w:proofErr w:type="spellStart"/>
      <w:r w:rsidR="006008B5" w:rsidRPr="00B068AE">
        <w:rPr>
          <w:sz w:val="28"/>
        </w:rPr>
        <w:t>thực</w:t>
      </w:r>
      <w:proofErr w:type="spellEnd"/>
      <w:r w:rsidR="006008B5" w:rsidRPr="00B068AE">
        <w:rPr>
          <w:sz w:val="28"/>
        </w:rPr>
        <w:t xml:space="preserve"> </w:t>
      </w:r>
      <w:proofErr w:type="spellStart"/>
      <w:r w:rsidR="006008B5" w:rsidRPr="00B068AE">
        <w:rPr>
          <w:sz w:val="28"/>
        </w:rPr>
        <w:t>hiện</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w:t>
      </w:r>
      <w:proofErr w:type="spellStart"/>
      <w:r w:rsidR="006008B5" w:rsidRPr="00B068AE">
        <w:rPr>
          <w:sz w:val="28"/>
        </w:rPr>
        <w:t>nghị</w:t>
      </w:r>
      <w:proofErr w:type="spellEnd"/>
      <w:r w:rsidR="006008B5" w:rsidRPr="00B068AE">
        <w:rPr>
          <w:sz w:val="28"/>
        </w:rPr>
        <w:t xml:space="preserve"> </w:t>
      </w:r>
      <w:proofErr w:type="spellStart"/>
      <w:r w:rsidR="006008B5" w:rsidRPr="00B068AE">
        <w:rPr>
          <w:sz w:val="28"/>
        </w:rPr>
        <w:t>quyết</w:t>
      </w:r>
      <w:proofErr w:type="spellEnd"/>
      <w:r w:rsidR="006008B5" w:rsidRPr="00B068AE">
        <w:rPr>
          <w:sz w:val="28"/>
        </w:rPr>
        <w:t xml:space="preserve"> </w:t>
      </w:r>
      <w:proofErr w:type="spellStart"/>
      <w:r w:rsidR="006008B5" w:rsidRPr="00B068AE">
        <w:rPr>
          <w:sz w:val="28"/>
        </w:rPr>
        <w:t>của</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đồng</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tỉnh</w:t>
      </w:r>
      <w:proofErr w:type="spellEnd"/>
      <w:r w:rsidR="006008B5" w:rsidRPr="00B068AE">
        <w:rPr>
          <w:sz w:val="28"/>
        </w:rPr>
        <w:t xml:space="preserve">, </w:t>
      </w:r>
      <w:proofErr w:type="spellStart"/>
      <w:r w:rsidR="006008B5" w:rsidRPr="00B068AE">
        <w:rPr>
          <w:sz w:val="28"/>
        </w:rPr>
        <w:t>việc</w:t>
      </w:r>
      <w:proofErr w:type="spellEnd"/>
      <w:r w:rsidR="006008B5" w:rsidRPr="00B068AE">
        <w:rPr>
          <w:sz w:val="28"/>
        </w:rPr>
        <w:t xml:space="preserve"> </w:t>
      </w:r>
      <w:proofErr w:type="spellStart"/>
      <w:r w:rsidR="006008B5" w:rsidRPr="00B068AE">
        <w:rPr>
          <w:sz w:val="28"/>
        </w:rPr>
        <w:t>giải</w:t>
      </w:r>
      <w:proofErr w:type="spellEnd"/>
      <w:r w:rsidR="006008B5" w:rsidRPr="00B068AE">
        <w:rPr>
          <w:sz w:val="28"/>
        </w:rPr>
        <w:t xml:space="preserve"> </w:t>
      </w:r>
      <w:proofErr w:type="spellStart"/>
      <w:r w:rsidR="006008B5" w:rsidRPr="00B068AE">
        <w:rPr>
          <w:sz w:val="28"/>
        </w:rPr>
        <w:t>quyết</w:t>
      </w:r>
      <w:proofErr w:type="spellEnd"/>
      <w:r w:rsidR="006008B5" w:rsidRPr="00B068AE">
        <w:rPr>
          <w:sz w:val="28"/>
        </w:rPr>
        <w:t xml:space="preserve"> </w:t>
      </w:r>
      <w:proofErr w:type="spellStart"/>
      <w:r w:rsidR="006008B5" w:rsidRPr="00B068AE">
        <w:rPr>
          <w:sz w:val="28"/>
        </w:rPr>
        <w:t>kiến</w:t>
      </w:r>
      <w:proofErr w:type="spellEnd"/>
      <w:r w:rsidR="006008B5" w:rsidRPr="00B068AE">
        <w:rPr>
          <w:sz w:val="28"/>
        </w:rPr>
        <w:t xml:space="preserve"> </w:t>
      </w:r>
      <w:proofErr w:type="spellStart"/>
      <w:r w:rsidR="006008B5" w:rsidRPr="00B068AE">
        <w:rPr>
          <w:sz w:val="28"/>
        </w:rPr>
        <w:t>nghị</w:t>
      </w:r>
      <w:proofErr w:type="spellEnd"/>
      <w:r w:rsidR="006008B5" w:rsidRPr="00B068AE">
        <w:rPr>
          <w:sz w:val="28"/>
        </w:rPr>
        <w:t xml:space="preserve"> </w:t>
      </w:r>
      <w:proofErr w:type="spellStart"/>
      <w:r w:rsidR="006008B5" w:rsidRPr="00B068AE">
        <w:rPr>
          <w:sz w:val="28"/>
        </w:rPr>
        <w:t>của</w:t>
      </w:r>
      <w:proofErr w:type="spellEnd"/>
      <w:r w:rsidR="006008B5" w:rsidRPr="00B068AE">
        <w:rPr>
          <w:sz w:val="28"/>
        </w:rPr>
        <w:t xml:space="preserve"> </w:t>
      </w:r>
      <w:proofErr w:type="spellStart"/>
      <w:r w:rsidR="006008B5" w:rsidRPr="00B068AE">
        <w:rPr>
          <w:sz w:val="28"/>
        </w:rPr>
        <w:t>cử</w:t>
      </w:r>
      <w:proofErr w:type="spellEnd"/>
      <w:r w:rsidR="006008B5" w:rsidRPr="00B068AE">
        <w:rPr>
          <w:sz w:val="28"/>
        </w:rPr>
        <w:t xml:space="preserve"> tri, </w:t>
      </w:r>
      <w:proofErr w:type="spellStart"/>
      <w:r w:rsidR="006008B5" w:rsidRPr="00B068AE">
        <w:rPr>
          <w:sz w:val="28"/>
        </w:rPr>
        <w:t>kiến</w:t>
      </w:r>
      <w:proofErr w:type="spellEnd"/>
      <w:r w:rsidR="006008B5" w:rsidRPr="00B068AE">
        <w:rPr>
          <w:sz w:val="28"/>
        </w:rPr>
        <w:t xml:space="preserve"> </w:t>
      </w:r>
      <w:proofErr w:type="spellStart"/>
      <w:r w:rsidR="006008B5" w:rsidRPr="00B068AE">
        <w:rPr>
          <w:sz w:val="28"/>
        </w:rPr>
        <w:t>nghị</w:t>
      </w:r>
      <w:proofErr w:type="spellEnd"/>
      <w:r w:rsidR="006008B5" w:rsidRPr="00B068AE">
        <w:rPr>
          <w:sz w:val="28"/>
        </w:rPr>
        <w:t xml:space="preserve"> </w:t>
      </w:r>
      <w:proofErr w:type="spellStart"/>
      <w:r w:rsidR="006008B5" w:rsidRPr="00B068AE">
        <w:rPr>
          <w:sz w:val="28"/>
        </w:rPr>
        <w:t>sau</w:t>
      </w:r>
      <w:proofErr w:type="spellEnd"/>
      <w:r w:rsidR="006008B5" w:rsidRPr="00B068AE">
        <w:rPr>
          <w:sz w:val="28"/>
        </w:rPr>
        <w:t xml:space="preserve"> </w:t>
      </w:r>
      <w:proofErr w:type="spellStart"/>
      <w:r w:rsidR="006008B5" w:rsidRPr="00B068AE">
        <w:rPr>
          <w:sz w:val="28"/>
        </w:rPr>
        <w:t>giám</w:t>
      </w:r>
      <w:proofErr w:type="spellEnd"/>
      <w:r w:rsidR="006008B5" w:rsidRPr="00B068AE">
        <w:rPr>
          <w:sz w:val="28"/>
        </w:rPr>
        <w:t xml:space="preserve"> </w:t>
      </w:r>
      <w:proofErr w:type="spellStart"/>
      <w:r w:rsidR="006008B5" w:rsidRPr="00B068AE">
        <w:rPr>
          <w:sz w:val="28"/>
        </w:rPr>
        <w:t>sát</w:t>
      </w:r>
      <w:proofErr w:type="spellEnd"/>
      <w:r w:rsidR="006008B5" w:rsidRPr="00B068AE">
        <w:rPr>
          <w:sz w:val="28"/>
        </w:rPr>
        <w:t xml:space="preserve"> </w:t>
      </w:r>
      <w:proofErr w:type="spellStart"/>
      <w:r w:rsidR="006008B5" w:rsidRPr="00B068AE">
        <w:rPr>
          <w:sz w:val="28"/>
        </w:rPr>
        <w:t>và</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w:t>
      </w:r>
      <w:proofErr w:type="spellStart"/>
      <w:r w:rsidR="006008B5" w:rsidRPr="00B068AE">
        <w:rPr>
          <w:sz w:val="28"/>
        </w:rPr>
        <w:t>nội</w:t>
      </w:r>
      <w:proofErr w:type="spellEnd"/>
      <w:r w:rsidR="006008B5" w:rsidRPr="00B068AE">
        <w:rPr>
          <w:sz w:val="28"/>
        </w:rPr>
        <w:t xml:space="preserve"> dung </w:t>
      </w:r>
      <w:proofErr w:type="spellStart"/>
      <w:r w:rsidR="006008B5" w:rsidRPr="00B068AE">
        <w:rPr>
          <w:sz w:val="28"/>
        </w:rPr>
        <w:t>đã</w:t>
      </w:r>
      <w:proofErr w:type="spellEnd"/>
      <w:r w:rsidR="006008B5" w:rsidRPr="00B068AE">
        <w:rPr>
          <w:sz w:val="28"/>
        </w:rPr>
        <w:t xml:space="preserve"> cam </w:t>
      </w:r>
      <w:proofErr w:type="spellStart"/>
      <w:r w:rsidR="006008B5" w:rsidRPr="00B068AE">
        <w:rPr>
          <w:sz w:val="28"/>
        </w:rPr>
        <w:t>kết</w:t>
      </w:r>
      <w:proofErr w:type="spellEnd"/>
      <w:r w:rsidR="006008B5" w:rsidRPr="00B068AE">
        <w:rPr>
          <w:sz w:val="28"/>
        </w:rPr>
        <w:t xml:space="preserve"> </w:t>
      </w:r>
      <w:proofErr w:type="spellStart"/>
      <w:r w:rsidR="006008B5" w:rsidRPr="00B068AE">
        <w:rPr>
          <w:sz w:val="28"/>
        </w:rPr>
        <w:t>tại</w:t>
      </w:r>
      <w:proofErr w:type="spellEnd"/>
      <w:r w:rsidR="006008B5" w:rsidRPr="00B068AE">
        <w:rPr>
          <w:sz w:val="28"/>
        </w:rPr>
        <w:t xml:space="preserve"> </w:t>
      </w:r>
      <w:proofErr w:type="spellStart"/>
      <w:r w:rsidR="006008B5" w:rsidRPr="00B068AE">
        <w:rPr>
          <w:sz w:val="28"/>
        </w:rPr>
        <w:t>phiên</w:t>
      </w:r>
      <w:proofErr w:type="spellEnd"/>
      <w:r w:rsidR="006008B5" w:rsidRPr="00B068AE">
        <w:rPr>
          <w:sz w:val="28"/>
        </w:rPr>
        <w:t xml:space="preserve"> </w:t>
      </w:r>
      <w:proofErr w:type="spellStart"/>
      <w:r w:rsidR="006008B5" w:rsidRPr="00B068AE">
        <w:rPr>
          <w:sz w:val="28"/>
        </w:rPr>
        <w:t>chất</w:t>
      </w:r>
      <w:proofErr w:type="spellEnd"/>
      <w:r w:rsidR="006008B5" w:rsidRPr="00B068AE">
        <w:rPr>
          <w:sz w:val="28"/>
        </w:rPr>
        <w:t xml:space="preserve"> </w:t>
      </w:r>
      <w:proofErr w:type="spellStart"/>
      <w:r w:rsidR="006008B5" w:rsidRPr="00B068AE">
        <w:rPr>
          <w:sz w:val="28"/>
        </w:rPr>
        <w:t>vấn</w:t>
      </w:r>
      <w:proofErr w:type="spellEnd"/>
      <w:r w:rsidR="006008B5" w:rsidRPr="00B068AE">
        <w:rPr>
          <w:sz w:val="28"/>
        </w:rPr>
        <w:t xml:space="preserve">; </w:t>
      </w:r>
      <w:proofErr w:type="spellStart"/>
      <w:r w:rsidR="006008B5" w:rsidRPr="00B068AE">
        <w:rPr>
          <w:sz w:val="28"/>
        </w:rPr>
        <w:t>kịp</w:t>
      </w:r>
      <w:proofErr w:type="spellEnd"/>
      <w:r w:rsidR="006008B5" w:rsidRPr="00B068AE">
        <w:rPr>
          <w:sz w:val="28"/>
        </w:rPr>
        <w:t xml:space="preserve"> </w:t>
      </w:r>
      <w:proofErr w:type="spellStart"/>
      <w:r w:rsidR="006008B5" w:rsidRPr="00B068AE">
        <w:rPr>
          <w:sz w:val="28"/>
        </w:rPr>
        <w:t>thời</w:t>
      </w:r>
      <w:proofErr w:type="spellEnd"/>
      <w:r w:rsidR="006008B5" w:rsidRPr="00B068AE">
        <w:rPr>
          <w:sz w:val="28"/>
        </w:rPr>
        <w:t xml:space="preserve"> </w:t>
      </w:r>
      <w:proofErr w:type="spellStart"/>
      <w:r w:rsidR="006008B5" w:rsidRPr="00B068AE">
        <w:rPr>
          <w:sz w:val="28"/>
        </w:rPr>
        <w:t>kiến</w:t>
      </w:r>
      <w:proofErr w:type="spellEnd"/>
      <w:r w:rsidR="006008B5" w:rsidRPr="00B068AE">
        <w:rPr>
          <w:sz w:val="28"/>
        </w:rPr>
        <w:t xml:space="preserve"> </w:t>
      </w:r>
      <w:proofErr w:type="spellStart"/>
      <w:r w:rsidR="006008B5" w:rsidRPr="00B068AE">
        <w:rPr>
          <w:sz w:val="28"/>
        </w:rPr>
        <w:t>nghị</w:t>
      </w:r>
      <w:proofErr w:type="spellEnd"/>
      <w:r w:rsidR="006008B5" w:rsidRPr="00B068AE">
        <w:rPr>
          <w:sz w:val="28"/>
        </w:rPr>
        <w:t xml:space="preserve"> </w:t>
      </w:r>
      <w:proofErr w:type="spellStart"/>
      <w:r w:rsidR="006008B5" w:rsidRPr="00B068AE">
        <w:rPr>
          <w:sz w:val="28"/>
        </w:rPr>
        <w:t>xử</w:t>
      </w:r>
      <w:proofErr w:type="spellEnd"/>
      <w:r w:rsidR="006008B5" w:rsidRPr="00B068AE">
        <w:rPr>
          <w:sz w:val="28"/>
        </w:rPr>
        <w:t xml:space="preserve"> </w:t>
      </w:r>
      <w:proofErr w:type="spellStart"/>
      <w:r w:rsidR="006008B5" w:rsidRPr="00B068AE">
        <w:rPr>
          <w:sz w:val="28"/>
        </w:rPr>
        <w:t>lý</w:t>
      </w:r>
      <w:proofErr w:type="spellEnd"/>
      <w:r w:rsidR="006008B5" w:rsidRPr="00B068AE">
        <w:rPr>
          <w:sz w:val="28"/>
        </w:rPr>
        <w:t xml:space="preserve"> </w:t>
      </w:r>
      <w:proofErr w:type="spellStart"/>
      <w:r w:rsidR="006008B5" w:rsidRPr="00B068AE">
        <w:rPr>
          <w:sz w:val="28"/>
        </w:rPr>
        <w:t>những</w:t>
      </w:r>
      <w:proofErr w:type="spellEnd"/>
      <w:r w:rsidR="006008B5" w:rsidRPr="00B068AE">
        <w:rPr>
          <w:sz w:val="28"/>
        </w:rPr>
        <w:t xml:space="preserve"> </w:t>
      </w:r>
      <w:proofErr w:type="spellStart"/>
      <w:r w:rsidR="006008B5" w:rsidRPr="00B068AE">
        <w:rPr>
          <w:sz w:val="28"/>
        </w:rPr>
        <w:t>vấn</w:t>
      </w:r>
      <w:proofErr w:type="spellEnd"/>
      <w:r w:rsidR="006008B5" w:rsidRPr="00B068AE">
        <w:rPr>
          <w:sz w:val="28"/>
        </w:rPr>
        <w:t xml:space="preserve"> </w:t>
      </w:r>
      <w:proofErr w:type="spellStart"/>
      <w:r w:rsidR="006008B5" w:rsidRPr="00B068AE">
        <w:rPr>
          <w:sz w:val="28"/>
        </w:rPr>
        <w:t>đề</w:t>
      </w:r>
      <w:proofErr w:type="spellEnd"/>
      <w:r w:rsidR="006008B5" w:rsidRPr="00B068AE">
        <w:rPr>
          <w:sz w:val="28"/>
        </w:rPr>
        <w:t xml:space="preserve"> </w:t>
      </w:r>
      <w:proofErr w:type="spellStart"/>
      <w:r w:rsidR="006008B5" w:rsidRPr="00B068AE">
        <w:rPr>
          <w:sz w:val="28"/>
        </w:rPr>
        <w:t>phát</w:t>
      </w:r>
      <w:proofErr w:type="spellEnd"/>
      <w:r w:rsidR="006008B5" w:rsidRPr="00B068AE">
        <w:rPr>
          <w:sz w:val="28"/>
        </w:rPr>
        <w:t xml:space="preserve"> </w:t>
      </w:r>
      <w:proofErr w:type="spellStart"/>
      <w:r w:rsidR="006008B5" w:rsidRPr="00B068AE">
        <w:rPr>
          <w:sz w:val="28"/>
        </w:rPr>
        <w:t>sinh</w:t>
      </w:r>
      <w:proofErr w:type="spellEnd"/>
      <w:r w:rsidR="006008B5" w:rsidRPr="00B068AE">
        <w:rPr>
          <w:sz w:val="28"/>
        </w:rPr>
        <w:t>.</w:t>
      </w:r>
    </w:p>
    <w:p w14:paraId="3EB20FE8" w14:textId="3641C779" w:rsidR="00343ABC" w:rsidRPr="00B068AE" w:rsidRDefault="005065C7" w:rsidP="00B068AE">
      <w:pPr>
        <w:widowControl w:val="0"/>
        <w:spacing w:before="120" w:after="0"/>
        <w:ind w:firstLine="720"/>
        <w:jc w:val="both"/>
        <w:rPr>
          <w:sz w:val="28"/>
          <w:szCs w:val="28"/>
        </w:rPr>
      </w:pPr>
      <w:r>
        <w:rPr>
          <w:sz w:val="28"/>
        </w:rPr>
        <w:t>4</w:t>
      </w:r>
      <w:r w:rsidR="006008B5" w:rsidRPr="00B068AE">
        <w:rPr>
          <w:sz w:val="28"/>
        </w:rPr>
        <w:t xml:space="preserve">. </w:t>
      </w:r>
      <w:proofErr w:type="spellStart"/>
      <w:r w:rsidR="006008B5" w:rsidRPr="00B068AE">
        <w:rPr>
          <w:sz w:val="28"/>
        </w:rPr>
        <w:t>Đề</w:t>
      </w:r>
      <w:proofErr w:type="spellEnd"/>
      <w:r w:rsidR="006008B5" w:rsidRPr="00B068AE">
        <w:rPr>
          <w:sz w:val="28"/>
        </w:rPr>
        <w:t xml:space="preserve"> </w:t>
      </w:r>
      <w:proofErr w:type="spellStart"/>
      <w:r w:rsidR="006008B5" w:rsidRPr="00B068AE">
        <w:rPr>
          <w:sz w:val="28"/>
        </w:rPr>
        <w:t>nghị</w:t>
      </w:r>
      <w:proofErr w:type="spellEnd"/>
      <w:r w:rsidR="006008B5" w:rsidRPr="00B068AE">
        <w:rPr>
          <w:sz w:val="28"/>
        </w:rPr>
        <w:t xml:space="preserve"> </w:t>
      </w:r>
      <w:proofErr w:type="spellStart"/>
      <w:r w:rsidR="006008B5" w:rsidRPr="00B068AE">
        <w:rPr>
          <w:sz w:val="28"/>
        </w:rPr>
        <w:t>Ủy</w:t>
      </w:r>
      <w:proofErr w:type="spellEnd"/>
      <w:r w:rsidR="006008B5" w:rsidRPr="00B068AE">
        <w:rPr>
          <w:sz w:val="28"/>
        </w:rPr>
        <w:t xml:space="preserve"> ban </w:t>
      </w:r>
      <w:proofErr w:type="spellStart"/>
      <w:r w:rsidR="006008B5" w:rsidRPr="00B068AE">
        <w:rPr>
          <w:sz w:val="28"/>
        </w:rPr>
        <w:t>Mặt</w:t>
      </w:r>
      <w:proofErr w:type="spellEnd"/>
      <w:r w:rsidR="006008B5" w:rsidRPr="00B068AE">
        <w:rPr>
          <w:sz w:val="28"/>
        </w:rPr>
        <w:t xml:space="preserve"> </w:t>
      </w:r>
      <w:proofErr w:type="spellStart"/>
      <w:r w:rsidR="006008B5" w:rsidRPr="00B068AE">
        <w:rPr>
          <w:sz w:val="28"/>
        </w:rPr>
        <w:t>trận</w:t>
      </w:r>
      <w:proofErr w:type="spellEnd"/>
      <w:r w:rsidR="006008B5" w:rsidRPr="00B068AE">
        <w:rPr>
          <w:sz w:val="28"/>
        </w:rPr>
        <w:t xml:space="preserve"> </w:t>
      </w:r>
      <w:proofErr w:type="spellStart"/>
      <w:r w:rsidR="006008B5" w:rsidRPr="00B068AE">
        <w:rPr>
          <w:sz w:val="28"/>
        </w:rPr>
        <w:t>Tổ</w:t>
      </w:r>
      <w:proofErr w:type="spellEnd"/>
      <w:r w:rsidR="006008B5" w:rsidRPr="00B068AE">
        <w:rPr>
          <w:sz w:val="28"/>
        </w:rPr>
        <w:t xml:space="preserve"> </w:t>
      </w:r>
      <w:proofErr w:type="spellStart"/>
      <w:r w:rsidR="006008B5" w:rsidRPr="00B068AE">
        <w:rPr>
          <w:sz w:val="28"/>
        </w:rPr>
        <w:t>quốc</w:t>
      </w:r>
      <w:proofErr w:type="spellEnd"/>
      <w:r w:rsidR="006008B5" w:rsidRPr="00B068AE">
        <w:rPr>
          <w:sz w:val="28"/>
        </w:rPr>
        <w:t xml:space="preserve"> </w:t>
      </w:r>
      <w:proofErr w:type="spellStart"/>
      <w:r w:rsidR="006008B5" w:rsidRPr="00B068AE">
        <w:rPr>
          <w:sz w:val="28"/>
        </w:rPr>
        <w:t>Việt</w:t>
      </w:r>
      <w:proofErr w:type="spellEnd"/>
      <w:r w:rsidR="006008B5" w:rsidRPr="00B068AE">
        <w:rPr>
          <w:sz w:val="28"/>
        </w:rPr>
        <w:t xml:space="preserve"> Nam </w:t>
      </w:r>
      <w:proofErr w:type="spellStart"/>
      <w:r w:rsidR="006008B5" w:rsidRPr="00B068AE">
        <w:rPr>
          <w:sz w:val="28"/>
        </w:rPr>
        <w:t>tỉnh</w:t>
      </w:r>
      <w:proofErr w:type="spellEnd"/>
      <w:r w:rsidR="006008B5" w:rsidRPr="00B068AE">
        <w:rPr>
          <w:sz w:val="28"/>
        </w:rPr>
        <w:t xml:space="preserve"> </w:t>
      </w:r>
      <w:proofErr w:type="spellStart"/>
      <w:r w:rsidR="006008B5" w:rsidRPr="00B068AE">
        <w:rPr>
          <w:sz w:val="28"/>
        </w:rPr>
        <w:t>và</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w:t>
      </w:r>
      <w:proofErr w:type="spellStart"/>
      <w:r w:rsidR="006008B5" w:rsidRPr="00B068AE">
        <w:rPr>
          <w:sz w:val="28"/>
        </w:rPr>
        <w:t>tổ</w:t>
      </w:r>
      <w:proofErr w:type="spellEnd"/>
      <w:r w:rsidR="006008B5" w:rsidRPr="00B068AE">
        <w:rPr>
          <w:sz w:val="28"/>
        </w:rPr>
        <w:t xml:space="preserve"> </w:t>
      </w:r>
      <w:proofErr w:type="spellStart"/>
      <w:r w:rsidR="006008B5" w:rsidRPr="00B068AE">
        <w:rPr>
          <w:sz w:val="28"/>
        </w:rPr>
        <w:t>chức</w:t>
      </w:r>
      <w:proofErr w:type="spellEnd"/>
      <w:r w:rsidR="006008B5" w:rsidRPr="00B068AE">
        <w:rPr>
          <w:sz w:val="28"/>
        </w:rPr>
        <w:t xml:space="preserve"> </w:t>
      </w:r>
      <w:proofErr w:type="spellStart"/>
      <w:r w:rsidR="006008B5" w:rsidRPr="00B068AE">
        <w:rPr>
          <w:sz w:val="28"/>
        </w:rPr>
        <w:t>chính</w:t>
      </w:r>
      <w:proofErr w:type="spellEnd"/>
      <w:r w:rsidR="006008B5" w:rsidRPr="00B068AE">
        <w:rPr>
          <w:sz w:val="28"/>
        </w:rPr>
        <w:t xml:space="preserve"> </w:t>
      </w:r>
      <w:proofErr w:type="spellStart"/>
      <w:r w:rsidR="006008B5" w:rsidRPr="00B068AE">
        <w:rPr>
          <w:sz w:val="28"/>
        </w:rPr>
        <w:t>trị</w:t>
      </w:r>
      <w:proofErr w:type="spellEnd"/>
      <w:r w:rsidR="006008B5" w:rsidRPr="00B068AE">
        <w:rPr>
          <w:sz w:val="28"/>
        </w:rPr>
        <w:t xml:space="preserve"> - </w:t>
      </w:r>
      <w:proofErr w:type="spellStart"/>
      <w:r w:rsidR="006008B5" w:rsidRPr="00B068AE">
        <w:rPr>
          <w:sz w:val="28"/>
        </w:rPr>
        <w:t>xã</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tăng</w:t>
      </w:r>
      <w:proofErr w:type="spellEnd"/>
      <w:r w:rsidR="006008B5" w:rsidRPr="00B068AE">
        <w:rPr>
          <w:sz w:val="28"/>
        </w:rPr>
        <w:t xml:space="preserve"> </w:t>
      </w:r>
      <w:proofErr w:type="spellStart"/>
      <w:r w:rsidR="006008B5" w:rsidRPr="00B068AE">
        <w:rPr>
          <w:sz w:val="28"/>
        </w:rPr>
        <w:t>cường</w:t>
      </w:r>
      <w:proofErr w:type="spellEnd"/>
      <w:r w:rsidR="006008B5" w:rsidRPr="00B068AE">
        <w:rPr>
          <w:sz w:val="28"/>
        </w:rPr>
        <w:t xml:space="preserve"> </w:t>
      </w:r>
      <w:proofErr w:type="spellStart"/>
      <w:r w:rsidR="006008B5" w:rsidRPr="00B068AE">
        <w:rPr>
          <w:sz w:val="28"/>
        </w:rPr>
        <w:t>tuyên</w:t>
      </w:r>
      <w:proofErr w:type="spellEnd"/>
      <w:r w:rsidR="006008B5" w:rsidRPr="00B068AE">
        <w:rPr>
          <w:sz w:val="28"/>
        </w:rPr>
        <w:t xml:space="preserve"> </w:t>
      </w:r>
      <w:proofErr w:type="spellStart"/>
      <w:r w:rsidR="006008B5" w:rsidRPr="00B068AE">
        <w:rPr>
          <w:sz w:val="28"/>
        </w:rPr>
        <w:t>truyền</w:t>
      </w:r>
      <w:proofErr w:type="spellEnd"/>
      <w:r w:rsidR="006008B5" w:rsidRPr="00B068AE">
        <w:rPr>
          <w:sz w:val="28"/>
        </w:rPr>
        <w:t xml:space="preserve">, </w:t>
      </w:r>
      <w:proofErr w:type="spellStart"/>
      <w:r w:rsidR="006008B5" w:rsidRPr="00B068AE">
        <w:rPr>
          <w:sz w:val="28"/>
        </w:rPr>
        <w:t>vận</w:t>
      </w:r>
      <w:proofErr w:type="spellEnd"/>
      <w:r w:rsidR="006008B5" w:rsidRPr="00B068AE">
        <w:rPr>
          <w:sz w:val="28"/>
        </w:rPr>
        <w:t xml:space="preserve"> </w:t>
      </w:r>
      <w:proofErr w:type="spellStart"/>
      <w:r w:rsidR="006008B5" w:rsidRPr="00B068AE">
        <w:rPr>
          <w:sz w:val="28"/>
        </w:rPr>
        <w:t>động</w:t>
      </w:r>
      <w:proofErr w:type="spellEnd"/>
      <w:r w:rsidR="006008B5" w:rsidRPr="00B068AE">
        <w:rPr>
          <w:sz w:val="28"/>
        </w:rPr>
        <w:t xml:space="preserve"> </w:t>
      </w:r>
      <w:proofErr w:type="spellStart"/>
      <w:r w:rsidR="006008B5" w:rsidRPr="00B068AE">
        <w:rPr>
          <w:sz w:val="28"/>
        </w:rPr>
        <w:t>đoàn</w:t>
      </w:r>
      <w:proofErr w:type="spellEnd"/>
      <w:r w:rsidR="006008B5" w:rsidRPr="00B068AE">
        <w:rPr>
          <w:sz w:val="28"/>
        </w:rPr>
        <w:t xml:space="preserve"> </w:t>
      </w:r>
      <w:proofErr w:type="spellStart"/>
      <w:r w:rsidR="006008B5" w:rsidRPr="00B068AE">
        <w:rPr>
          <w:sz w:val="28"/>
        </w:rPr>
        <w:t>viên</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viên</w:t>
      </w:r>
      <w:proofErr w:type="spellEnd"/>
      <w:r w:rsidR="006008B5" w:rsidRPr="00B068AE">
        <w:rPr>
          <w:sz w:val="28"/>
        </w:rPr>
        <w:t xml:space="preserve"> </w:t>
      </w:r>
      <w:proofErr w:type="spellStart"/>
      <w:r w:rsidR="006008B5" w:rsidRPr="00B068AE">
        <w:rPr>
          <w:sz w:val="28"/>
        </w:rPr>
        <w:t>và</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thực</w:t>
      </w:r>
      <w:proofErr w:type="spellEnd"/>
      <w:r w:rsidR="006008B5" w:rsidRPr="00B068AE">
        <w:rPr>
          <w:sz w:val="28"/>
        </w:rPr>
        <w:t xml:space="preserve"> </w:t>
      </w:r>
      <w:proofErr w:type="spellStart"/>
      <w:r w:rsidR="006008B5" w:rsidRPr="00B068AE">
        <w:rPr>
          <w:sz w:val="28"/>
        </w:rPr>
        <w:t>hiện</w:t>
      </w:r>
      <w:proofErr w:type="spellEnd"/>
      <w:r w:rsidR="006008B5" w:rsidRPr="00B068AE">
        <w:rPr>
          <w:sz w:val="28"/>
        </w:rPr>
        <w:t xml:space="preserve"> </w:t>
      </w:r>
      <w:proofErr w:type="spellStart"/>
      <w:r w:rsidR="006008B5" w:rsidRPr="00B068AE">
        <w:rPr>
          <w:sz w:val="28"/>
        </w:rPr>
        <w:t>các</w:t>
      </w:r>
      <w:proofErr w:type="spellEnd"/>
      <w:r w:rsidR="006008B5" w:rsidRPr="00B068AE">
        <w:rPr>
          <w:sz w:val="28"/>
        </w:rPr>
        <w:t xml:space="preserve"> </w:t>
      </w:r>
      <w:proofErr w:type="spellStart"/>
      <w:r w:rsidR="006008B5" w:rsidRPr="00B068AE">
        <w:rPr>
          <w:sz w:val="28"/>
        </w:rPr>
        <w:t>nghị</w:t>
      </w:r>
      <w:proofErr w:type="spellEnd"/>
      <w:r w:rsidR="006008B5" w:rsidRPr="00B068AE">
        <w:rPr>
          <w:sz w:val="28"/>
        </w:rPr>
        <w:t xml:space="preserve"> </w:t>
      </w:r>
      <w:proofErr w:type="spellStart"/>
      <w:r w:rsidR="006008B5" w:rsidRPr="00B068AE">
        <w:rPr>
          <w:sz w:val="28"/>
        </w:rPr>
        <w:t>quyết</w:t>
      </w:r>
      <w:proofErr w:type="spellEnd"/>
      <w:r w:rsidR="006008B5" w:rsidRPr="00B068AE">
        <w:rPr>
          <w:sz w:val="28"/>
        </w:rPr>
        <w:t xml:space="preserve"> </w:t>
      </w:r>
      <w:proofErr w:type="spellStart"/>
      <w:r w:rsidR="006008B5" w:rsidRPr="00B068AE">
        <w:rPr>
          <w:sz w:val="28"/>
        </w:rPr>
        <w:t>của</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đồng</w:t>
      </w:r>
      <w:proofErr w:type="spellEnd"/>
      <w:r w:rsidR="006008B5" w:rsidRPr="00B068AE">
        <w:rPr>
          <w:sz w:val="28"/>
        </w:rPr>
        <w:t xml:space="preserve"> </w:t>
      </w:r>
      <w:proofErr w:type="spellStart"/>
      <w:r w:rsidR="006008B5" w:rsidRPr="00B068AE">
        <w:rPr>
          <w:sz w:val="28"/>
        </w:rPr>
        <w:t>nhân</w:t>
      </w:r>
      <w:proofErr w:type="spellEnd"/>
      <w:r w:rsidR="006008B5" w:rsidRPr="00B068AE">
        <w:rPr>
          <w:sz w:val="28"/>
        </w:rPr>
        <w:t xml:space="preserve"> </w:t>
      </w:r>
      <w:proofErr w:type="spellStart"/>
      <w:r w:rsidR="006008B5" w:rsidRPr="00B068AE">
        <w:rPr>
          <w:sz w:val="28"/>
        </w:rPr>
        <w:t>dân</w:t>
      </w:r>
      <w:proofErr w:type="spellEnd"/>
      <w:r w:rsidR="006008B5" w:rsidRPr="00B068AE">
        <w:rPr>
          <w:sz w:val="28"/>
        </w:rPr>
        <w:t xml:space="preserve"> </w:t>
      </w:r>
      <w:proofErr w:type="spellStart"/>
      <w:r w:rsidR="006008B5" w:rsidRPr="00B068AE">
        <w:rPr>
          <w:sz w:val="28"/>
        </w:rPr>
        <w:t>tỉnh</w:t>
      </w:r>
      <w:proofErr w:type="spellEnd"/>
      <w:r w:rsidR="006008B5" w:rsidRPr="00B068AE">
        <w:rPr>
          <w:sz w:val="28"/>
        </w:rPr>
        <w:t xml:space="preserve">; </w:t>
      </w:r>
      <w:proofErr w:type="spellStart"/>
      <w:r w:rsidR="006008B5" w:rsidRPr="00B068AE">
        <w:rPr>
          <w:sz w:val="28"/>
        </w:rPr>
        <w:t>phát</w:t>
      </w:r>
      <w:proofErr w:type="spellEnd"/>
      <w:r w:rsidR="006008B5" w:rsidRPr="00B068AE">
        <w:rPr>
          <w:sz w:val="28"/>
        </w:rPr>
        <w:t xml:space="preserve"> </w:t>
      </w:r>
      <w:proofErr w:type="spellStart"/>
      <w:r w:rsidR="006008B5" w:rsidRPr="00B068AE">
        <w:rPr>
          <w:sz w:val="28"/>
        </w:rPr>
        <w:t>huy</w:t>
      </w:r>
      <w:proofErr w:type="spellEnd"/>
      <w:r w:rsidR="006008B5" w:rsidRPr="00B068AE">
        <w:rPr>
          <w:sz w:val="28"/>
        </w:rPr>
        <w:t xml:space="preserve"> </w:t>
      </w:r>
      <w:proofErr w:type="spellStart"/>
      <w:r w:rsidR="006008B5" w:rsidRPr="00B068AE">
        <w:rPr>
          <w:sz w:val="28"/>
        </w:rPr>
        <w:t>vai</w:t>
      </w:r>
      <w:proofErr w:type="spellEnd"/>
      <w:r w:rsidR="006008B5" w:rsidRPr="00B068AE">
        <w:rPr>
          <w:sz w:val="28"/>
        </w:rPr>
        <w:t xml:space="preserve"> </w:t>
      </w:r>
      <w:proofErr w:type="spellStart"/>
      <w:r w:rsidR="006008B5" w:rsidRPr="00B068AE">
        <w:rPr>
          <w:sz w:val="28"/>
        </w:rPr>
        <w:t>trò</w:t>
      </w:r>
      <w:proofErr w:type="spellEnd"/>
      <w:r w:rsidR="006008B5" w:rsidRPr="00B068AE">
        <w:rPr>
          <w:sz w:val="28"/>
        </w:rPr>
        <w:t xml:space="preserve"> </w:t>
      </w:r>
      <w:proofErr w:type="spellStart"/>
      <w:r w:rsidR="006008B5" w:rsidRPr="00B068AE">
        <w:rPr>
          <w:sz w:val="28"/>
        </w:rPr>
        <w:t>giám</w:t>
      </w:r>
      <w:proofErr w:type="spellEnd"/>
      <w:r w:rsidR="006008B5" w:rsidRPr="00B068AE">
        <w:rPr>
          <w:sz w:val="28"/>
        </w:rPr>
        <w:t xml:space="preserve"> </w:t>
      </w:r>
      <w:proofErr w:type="spellStart"/>
      <w:r w:rsidR="006008B5" w:rsidRPr="00B068AE">
        <w:rPr>
          <w:sz w:val="28"/>
        </w:rPr>
        <w:t>sát</w:t>
      </w:r>
      <w:proofErr w:type="spellEnd"/>
      <w:r w:rsidR="006008B5" w:rsidRPr="00B068AE">
        <w:rPr>
          <w:sz w:val="28"/>
        </w:rPr>
        <w:t xml:space="preserve"> </w:t>
      </w:r>
      <w:proofErr w:type="spellStart"/>
      <w:r w:rsidR="006008B5" w:rsidRPr="00B068AE">
        <w:rPr>
          <w:sz w:val="28"/>
        </w:rPr>
        <w:t>và</w:t>
      </w:r>
      <w:proofErr w:type="spellEnd"/>
      <w:r w:rsidR="006008B5" w:rsidRPr="00B068AE">
        <w:rPr>
          <w:sz w:val="28"/>
        </w:rPr>
        <w:t xml:space="preserve"> </w:t>
      </w:r>
      <w:proofErr w:type="spellStart"/>
      <w:r w:rsidR="006008B5" w:rsidRPr="00B068AE">
        <w:rPr>
          <w:sz w:val="28"/>
        </w:rPr>
        <w:t>phản</w:t>
      </w:r>
      <w:proofErr w:type="spellEnd"/>
      <w:r w:rsidR="006008B5" w:rsidRPr="00B068AE">
        <w:rPr>
          <w:sz w:val="28"/>
        </w:rPr>
        <w:t xml:space="preserve"> </w:t>
      </w:r>
      <w:proofErr w:type="spellStart"/>
      <w:r w:rsidR="006008B5" w:rsidRPr="00B068AE">
        <w:rPr>
          <w:sz w:val="28"/>
        </w:rPr>
        <w:t>biện</w:t>
      </w:r>
      <w:proofErr w:type="spellEnd"/>
      <w:r w:rsidR="006008B5" w:rsidRPr="00B068AE">
        <w:rPr>
          <w:sz w:val="28"/>
        </w:rPr>
        <w:t xml:space="preserve"> </w:t>
      </w:r>
      <w:proofErr w:type="spellStart"/>
      <w:r w:rsidR="006008B5" w:rsidRPr="00B068AE">
        <w:rPr>
          <w:sz w:val="28"/>
        </w:rPr>
        <w:t>xã</w:t>
      </w:r>
      <w:proofErr w:type="spellEnd"/>
      <w:r w:rsidR="006008B5" w:rsidRPr="00B068AE">
        <w:rPr>
          <w:sz w:val="28"/>
        </w:rPr>
        <w:t xml:space="preserve"> </w:t>
      </w:r>
      <w:proofErr w:type="spellStart"/>
      <w:r w:rsidR="006008B5" w:rsidRPr="00B068AE">
        <w:rPr>
          <w:sz w:val="28"/>
        </w:rPr>
        <w:t>hội</w:t>
      </w:r>
      <w:proofErr w:type="spellEnd"/>
      <w:r w:rsidR="006008B5" w:rsidRPr="00B068AE">
        <w:rPr>
          <w:sz w:val="28"/>
        </w:rPr>
        <w:t xml:space="preserve">, </w:t>
      </w:r>
      <w:proofErr w:type="spellStart"/>
      <w:r w:rsidR="006008B5" w:rsidRPr="00B068AE">
        <w:rPr>
          <w:sz w:val="28"/>
        </w:rPr>
        <w:t>góp</w:t>
      </w:r>
      <w:proofErr w:type="spellEnd"/>
      <w:r w:rsidR="006008B5" w:rsidRPr="00B068AE">
        <w:rPr>
          <w:sz w:val="28"/>
        </w:rPr>
        <w:t xml:space="preserve"> </w:t>
      </w:r>
      <w:proofErr w:type="spellStart"/>
      <w:r w:rsidR="006008B5" w:rsidRPr="00B068AE">
        <w:rPr>
          <w:sz w:val="28"/>
        </w:rPr>
        <w:t>phần</w:t>
      </w:r>
      <w:proofErr w:type="spellEnd"/>
      <w:r w:rsidR="006008B5" w:rsidRPr="00B068AE">
        <w:rPr>
          <w:sz w:val="28"/>
        </w:rPr>
        <w:t xml:space="preserve"> </w:t>
      </w:r>
      <w:proofErr w:type="spellStart"/>
      <w:r w:rsidR="006008B5" w:rsidRPr="00B068AE">
        <w:rPr>
          <w:sz w:val="28"/>
        </w:rPr>
        <w:t>nâng</w:t>
      </w:r>
      <w:proofErr w:type="spellEnd"/>
      <w:r w:rsidR="006008B5" w:rsidRPr="00B068AE">
        <w:rPr>
          <w:sz w:val="28"/>
        </w:rPr>
        <w:t xml:space="preserve"> </w:t>
      </w:r>
      <w:proofErr w:type="spellStart"/>
      <w:r w:rsidR="006008B5" w:rsidRPr="00B068AE">
        <w:rPr>
          <w:sz w:val="28"/>
        </w:rPr>
        <w:t>cao</w:t>
      </w:r>
      <w:proofErr w:type="spellEnd"/>
      <w:r w:rsidR="006008B5" w:rsidRPr="00B068AE">
        <w:rPr>
          <w:sz w:val="28"/>
        </w:rPr>
        <w:t xml:space="preserve"> </w:t>
      </w:r>
      <w:proofErr w:type="spellStart"/>
      <w:r w:rsidR="006008B5" w:rsidRPr="00B068AE">
        <w:rPr>
          <w:sz w:val="28"/>
        </w:rPr>
        <w:t>hiệu</w:t>
      </w:r>
      <w:proofErr w:type="spellEnd"/>
      <w:r w:rsidR="006008B5" w:rsidRPr="00B068AE">
        <w:rPr>
          <w:sz w:val="28"/>
        </w:rPr>
        <w:t xml:space="preserve"> </w:t>
      </w:r>
      <w:proofErr w:type="spellStart"/>
      <w:r w:rsidR="006008B5" w:rsidRPr="00B068AE">
        <w:rPr>
          <w:sz w:val="28"/>
        </w:rPr>
        <w:t>quả</w:t>
      </w:r>
      <w:proofErr w:type="spellEnd"/>
      <w:r w:rsidR="006008B5" w:rsidRPr="00B068AE">
        <w:rPr>
          <w:sz w:val="28"/>
        </w:rPr>
        <w:t xml:space="preserve"> </w:t>
      </w:r>
      <w:proofErr w:type="spellStart"/>
      <w:r w:rsidR="006008B5" w:rsidRPr="00B068AE">
        <w:rPr>
          <w:sz w:val="28"/>
        </w:rPr>
        <w:t>tổ</w:t>
      </w:r>
      <w:proofErr w:type="spellEnd"/>
      <w:r w:rsidR="006008B5" w:rsidRPr="00B068AE">
        <w:rPr>
          <w:sz w:val="28"/>
        </w:rPr>
        <w:t xml:space="preserve"> </w:t>
      </w:r>
      <w:proofErr w:type="spellStart"/>
      <w:r w:rsidR="006008B5" w:rsidRPr="00B068AE">
        <w:rPr>
          <w:sz w:val="28"/>
        </w:rPr>
        <w:t>chức</w:t>
      </w:r>
      <w:proofErr w:type="spellEnd"/>
      <w:r w:rsidR="006008B5" w:rsidRPr="00B068AE">
        <w:rPr>
          <w:sz w:val="28"/>
        </w:rPr>
        <w:t xml:space="preserve"> </w:t>
      </w:r>
      <w:proofErr w:type="spellStart"/>
      <w:r w:rsidR="006008B5" w:rsidRPr="00B068AE">
        <w:rPr>
          <w:sz w:val="28"/>
        </w:rPr>
        <w:t>thực</w:t>
      </w:r>
      <w:proofErr w:type="spellEnd"/>
      <w:r w:rsidR="006008B5" w:rsidRPr="00B068AE">
        <w:rPr>
          <w:sz w:val="28"/>
        </w:rPr>
        <w:t xml:space="preserve"> </w:t>
      </w:r>
      <w:proofErr w:type="spellStart"/>
      <w:r w:rsidR="006008B5" w:rsidRPr="00B068AE">
        <w:rPr>
          <w:sz w:val="28"/>
        </w:rPr>
        <w:t>hiện</w:t>
      </w:r>
      <w:proofErr w:type="spellEnd"/>
      <w:r w:rsidR="006008B5" w:rsidRPr="00B068AE">
        <w:rPr>
          <w:sz w:val="28"/>
        </w:rPr>
        <w:t xml:space="preserve"> </w:t>
      </w:r>
      <w:proofErr w:type="spellStart"/>
      <w:r w:rsidR="00B068AE">
        <w:rPr>
          <w:sz w:val="28"/>
        </w:rPr>
        <w:t>các</w:t>
      </w:r>
      <w:proofErr w:type="spellEnd"/>
      <w:r w:rsidR="00B068AE">
        <w:rPr>
          <w:sz w:val="28"/>
        </w:rPr>
        <w:t xml:space="preserve"> </w:t>
      </w:r>
      <w:proofErr w:type="spellStart"/>
      <w:r w:rsidR="006008B5" w:rsidRPr="00B068AE">
        <w:rPr>
          <w:sz w:val="28"/>
        </w:rPr>
        <w:t>nghị</w:t>
      </w:r>
      <w:proofErr w:type="spellEnd"/>
      <w:r w:rsidR="006008B5" w:rsidRPr="00B068AE">
        <w:rPr>
          <w:sz w:val="28"/>
        </w:rPr>
        <w:t xml:space="preserve"> </w:t>
      </w:r>
      <w:proofErr w:type="spellStart"/>
      <w:r w:rsidR="006008B5" w:rsidRPr="00B068AE">
        <w:rPr>
          <w:sz w:val="28"/>
        </w:rPr>
        <w:t>quyết</w:t>
      </w:r>
      <w:proofErr w:type="spellEnd"/>
      <w:r w:rsidR="006008B5" w:rsidRPr="00B068AE">
        <w:rPr>
          <w:sz w:val="28"/>
        </w:rPr>
        <w:t>.</w:t>
      </w:r>
    </w:p>
    <w:p w14:paraId="50190774" w14:textId="77777777" w:rsidR="00343ABC" w:rsidRPr="00B068AE" w:rsidRDefault="006008B5" w:rsidP="00B068AE">
      <w:pPr>
        <w:widowControl w:val="0"/>
        <w:spacing w:before="120" w:after="0"/>
        <w:ind w:firstLine="720"/>
        <w:jc w:val="both"/>
        <w:rPr>
          <w:sz w:val="28"/>
          <w:szCs w:val="28"/>
        </w:rPr>
      </w:pPr>
      <w:proofErr w:type="spellStart"/>
      <w:r w:rsidRPr="00B068AE">
        <w:rPr>
          <w:b/>
          <w:sz w:val="28"/>
          <w:szCs w:val="28"/>
        </w:rPr>
        <w:t>Điều</w:t>
      </w:r>
      <w:proofErr w:type="spellEnd"/>
      <w:r w:rsidRPr="00B068AE">
        <w:rPr>
          <w:b/>
          <w:sz w:val="28"/>
          <w:szCs w:val="28"/>
        </w:rPr>
        <w:t xml:space="preserve"> 3. </w:t>
      </w:r>
      <w:proofErr w:type="spellStart"/>
      <w:r w:rsidRPr="00B068AE">
        <w:rPr>
          <w:b/>
          <w:sz w:val="28"/>
          <w:szCs w:val="28"/>
        </w:rPr>
        <w:t>Tổ</w:t>
      </w:r>
      <w:proofErr w:type="spellEnd"/>
      <w:r w:rsidRPr="00B068AE">
        <w:rPr>
          <w:b/>
          <w:sz w:val="28"/>
          <w:szCs w:val="28"/>
        </w:rPr>
        <w:t xml:space="preserve"> </w:t>
      </w:r>
      <w:proofErr w:type="spellStart"/>
      <w:r w:rsidRPr="00B068AE">
        <w:rPr>
          <w:b/>
          <w:sz w:val="28"/>
          <w:szCs w:val="28"/>
        </w:rPr>
        <w:t>chức</w:t>
      </w:r>
      <w:proofErr w:type="spellEnd"/>
      <w:r w:rsidRPr="00B068AE">
        <w:rPr>
          <w:b/>
          <w:sz w:val="28"/>
          <w:szCs w:val="28"/>
        </w:rPr>
        <w:t xml:space="preserve"> </w:t>
      </w:r>
      <w:proofErr w:type="spellStart"/>
      <w:r w:rsidRPr="00B068AE">
        <w:rPr>
          <w:b/>
          <w:sz w:val="28"/>
          <w:szCs w:val="28"/>
        </w:rPr>
        <w:t>thực</w:t>
      </w:r>
      <w:proofErr w:type="spellEnd"/>
      <w:r w:rsidRPr="00B068AE">
        <w:rPr>
          <w:b/>
          <w:sz w:val="28"/>
          <w:szCs w:val="28"/>
        </w:rPr>
        <w:t xml:space="preserve"> </w:t>
      </w:r>
      <w:proofErr w:type="spellStart"/>
      <w:r w:rsidRPr="00B068AE">
        <w:rPr>
          <w:b/>
          <w:sz w:val="28"/>
          <w:szCs w:val="28"/>
        </w:rPr>
        <w:t>hiện</w:t>
      </w:r>
      <w:proofErr w:type="spellEnd"/>
    </w:p>
    <w:p w14:paraId="6B3FD49D" w14:textId="1607E197" w:rsidR="00343ABC" w:rsidRPr="00B068AE" w:rsidRDefault="006008B5" w:rsidP="00B068AE">
      <w:pPr>
        <w:widowControl w:val="0"/>
        <w:spacing w:before="120" w:after="0"/>
        <w:ind w:firstLine="720"/>
        <w:jc w:val="both"/>
        <w:rPr>
          <w:sz w:val="28"/>
          <w:szCs w:val="28"/>
        </w:rPr>
      </w:pPr>
      <w:r w:rsidRPr="00B068AE">
        <w:rPr>
          <w:sz w:val="28"/>
        </w:rPr>
        <w:t xml:space="preserve">1. </w:t>
      </w:r>
      <w:proofErr w:type="spellStart"/>
      <w:r w:rsidRPr="00B068AE">
        <w:rPr>
          <w:sz w:val="28"/>
        </w:rPr>
        <w:t>Ủy</w:t>
      </w:r>
      <w:proofErr w:type="spellEnd"/>
      <w:r w:rsidRPr="00B068AE">
        <w:rPr>
          <w:sz w:val="28"/>
        </w:rPr>
        <w:t xml:space="preserve"> ban </w:t>
      </w:r>
      <w:proofErr w:type="spellStart"/>
      <w:r w:rsidRPr="00B068AE">
        <w:rPr>
          <w:sz w:val="28"/>
        </w:rPr>
        <w:t>nhân</w:t>
      </w:r>
      <w:proofErr w:type="spellEnd"/>
      <w:r w:rsidRPr="00B068AE">
        <w:rPr>
          <w:sz w:val="28"/>
        </w:rPr>
        <w:t xml:space="preserve"> </w:t>
      </w:r>
      <w:proofErr w:type="spellStart"/>
      <w:r w:rsidRPr="00B068AE">
        <w:rPr>
          <w:sz w:val="28"/>
        </w:rPr>
        <w:t>dân</w:t>
      </w:r>
      <w:proofErr w:type="spellEnd"/>
      <w:r w:rsidRPr="00B068AE">
        <w:rPr>
          <w:sz w:val="28"/>
        </w:rPr>
        <w:t xml:space="preserve"> </w:t>
      </w:r>
      <w:proofErr w:type="spellStart"/>
      <w:r w:rsidRPr="00B068AE">
        <w:rPr>
          <w:sz w:val="28"/>
        </w:rPr>
        <w:t>tỉnh</w:t>
      </w:r>
      <w:proofErr w:type="spellEnd"/>
      <w:r w:rsidRPr="00B068AE">
        <w:rPr>
          <w:sz w:val="28"/>
        </w:rPr>
        <w:t xml:space="preserve">, </w:t>
      </w:r>
      <w:proofErr w:type="spellStart"/>
      <w:r w:rsidRPr="00B068AE">
        <w:rPr>
          <w:sz w:val="28"/>
        </w:rPr>
        <w:t>Tòa</w:t>
      </w:r>
      <w:proofErr w:type="spellEnd"/>
      <w:r w:rsidRPr="00B068AE">
        <w:rPr>
          <w:sz w:val="28"/>
        </w:rPr>
        <w:t xml:space="preserve"> </w:t>
      </w:r>
      <w:proofErr w:type="spellStart"/>
      <w:r w:rsidRPr="00B068AE">
        <w:rPr>
          <w:sz w:val="28"/>
        </w:rPr>
        <w:t>án</w:t>
      </w:r>
      <w:proofErr w:type="spellEnd"/>
      <w:r w:rsidRPr="00B068AE">
        <w:rPr>
          <w:sz w:val="28"/>
        </w:rPr>
        <w:t xml:space="preserve"> </w:t>
      </w:r>
      <w:proofErr w:type="spellStart"/>
      <w:r w:rsidRPr="00B068AE">
        <w:rPr>
          <w:sz w:val="28"/>
        </w:rPr>
        <w:t>nhân</w:t>
      </w:r>
      <w:proofErr w:type="spellEnd"/>
      <w:r w:rsidRPr="00B068AE">
        <w:rPr>
          <w:sz w:val="28"/>
        </w:rPr>
        <w:t xml:space="preserve"> </w:t>
      </w:r>
      <w:proofErr w:type="spellStart"/>
      <w:r w:rsidRPr="00B068AE">
        <w:rPr>
          <w:sz w:val="28"/>
        </w:rPr>
        <w:t>dân</w:t>
      </w:r>
      <w:proofErr w:type="spellEnd"/>
      <w:r w:rsidRPr="00B068AE">
        <w:rPr>
          <w:sz w:val="28"/>
        </w:rPr>
        <w:t xml:space="preserve"> </w:t>
      </w:r>
      <w:proofErr w:type="spellStart"/>
      <w:r w:rsidRPr="00B068AE">
        <w:rPr>
          <w:sz w:val="28"/>
        </w:rPr>
        <w:t>tỉnh</w:t>
      </w:r>
      <w:proofErr w:type="spellEnd"/>
      <w:r w:rsidRPr="00B068AE">
        <w:rPr>
          <w:sz w:val="28"/>
        </w:rPr>
        <w:t xml:space="preserve">, </w:t>
      </w:r>
      <w:proofErr w:type="spellStart"/>
      <w:r w:rsidRPr="00B068AE">
        <w:rPr>
          <w:sz w:val="28"/>
        </w:rPr>
        <w:t>Viện</w:t>
      </w:r>
      <w:proofErr w:type="spellEnd"/>
      <w:r w:rsidRPr="00B068AE">
        <w:rPr>
          <w:sz w:val="28"/>
        </w:rPr>
        <w:t xml:space="preserve"> </w:t>
      </w:r>
      <w:proofErr w:type="spellStart"/>
      <w:r w:rsidRPr="00B068AE">
        <w:rPr>
          <w:sz w:val="28"/>
        </w:rPr>
        <w:t>kiểm</w:t>
      </w:r>
      <w:proofErr w:type="spellEnd"/>
      <w:r w:rsidRPr="00B068AE">
        <w:rPr>
          <w:sz w:val="28"/>
        </w:rPr>
        <w:t xml:space="preserve"> </w:t>
      </w:r>
      <w:proofErr w:type="spellStart"/>
      <w:r w:rsidRPr="00B068AE">
        <w:rPr>
          <w:sz w:val="28"/>
        </w:rPr>
        <w:t>sát</w:t>
      </w:r>
      <w:proofErr w:type="spellEnd"/>
      <w:r w:rsidRPr="00B068AE">
        <w:rPr>
          <w:sz w:val="28"/>
        </w:rPr>
        <w:t xml:space="preserve"> </w:t>
      </w:r>
      <w:proofErr w:type="spellStart"/>
      <w:r w:rsidRPr="00B068AE">
        <w:rPr>
          <w:sz w:val="28"/>
        </w:rPr>
        <w:t>nhân</w:t>
      </w:r>
      <w:proofErr w:type="spellEnd"/>
      <w:r w:rsidRPr="00B068AE">
        <w:rPr>
          <w:sz w:val="28"/>
        </w:rPr>
        <w:t xml:space="preserve"> </w:t>
      </w:r>
      <w:proofErr w:type="spellStart"/>
      <w:r w:rsidRPr="00B068AE">
        <w:rPr>
          <w:sz w:val="28"/>
        </w:rPr>
        <w:t>dân</w:t>
      </w:r>
      <w:proofErr w:type="spellEnd"/>
      <w:r w:rsidRPr="00B068AE">
        <w:rPr>
          <w:sz w:val="28"/>
        </w:rPr>
        <w:t xml:space="preserve"> </w:t>
      </w:r>
      <w:proofErr w:type="spellStart"/>
      <w:r w:rsidRPr="00B068AE">
        <w:rPr>
          <w:sz w:val="28"/>
        </w:rPr>
        <w:lastRenderedPageBreak/>
        <w:t>tỉnh</w:t>
      </w:r>
      <w:proofErr w:type="spellEnd"/>
      <w:r w:rsidRPr="00B068AE">
        <w:rPr>
          <w:sz w:val="28"/>
        </w:rPr>
        <w:t xml:space="preserve">, </w:t>
      </w:r>
      <w:proofErr w:type="spellStart"/>
      <w:r w:rsidRPr="00B068AE">
        <w:rPr>
          <w:sz w:val="28"/>
        </w:rPr>
        <w:t>Thi</w:t>
      </w:r>
      <w:proofErr w:type="spellEnd"/>
      <w:r w:rsidRPr="00B068AE">
        <w:rPr>
          <w:sz w:val="28"/>
        </w:rPr>
        <w:t xml:space="preserve"> </w:t>
      </w:r>
      <w:proofErr w:type="spellStart"/>
      <w:r w:rsidRPr="00B068AE">
        <w:rPr>
          <w:sz w:val="28"/>
        </w:rPr>
        <w:t>hành</w:t>
      </w:r>
      <w:proofErr w:type="spellEnd"/>
      <w:r w:rsidRPr="00B068AE">
        <w:rPr>
          <w:sz w:val="28"/>
        </w:rPr>
        <w:t xml:space="preserve"> </w:t>
      </w:r>
      <w:proofErr w:type="spellStart"/>
      <w:r w:rsidRPr="00B068AE">
        <w:rPr>
          <w:sz w:val="28"/>
        </w:rPr>
        <w:t>án</w:t>
      </w:r>
      <w:proofErr w:type="spellEnd"/>
      <w:r w:rsidRPr="00B068AE">
        <w:rPr>
          <w:sz w:val="28"/>
        </w:rPr>
        <w:t xml:space="preserve"> </w:t>
      </w:r>
      <w:proofErr w:type="spellStart"/>
      <w:r w:rsidRPr="00B068AE">
        <w:rPr>
          <w:sz w:val="28"/>
        </w:rPr>
        <w:t>dân</w:t>
      </w:r>
      <w:proofErr w:type="spellEnd"/>
      <w:r w:rsidRPr="00B068AE">
        <w:rPr>
          <w:sz w:val="28"/>
        </w:rPr>
        <w:t xml:space="preserve"> </w:t>
      </w:r>
      <w:proofErr w:type="spellStart"/>
      <w:r w:rsidRPr="00B068AE">
        <w:rPr>
          <w:sz w:val="28"/>
        </w:rPr>
        <w:t>sự</w:t>
      </w:r>
      <w:proofErr w:type="spellEnd"/>
      <w:r w:rsidRPr="00B068AE">
        <w:rPr>
          <w:sz w:val="28"/>
        </w:rPr>
        <w:t xml:space="preserve"> </w:t>
      </w:r>
      <w:proofErr w:type="spellStart"/>
      <w:r w:rsidRPr="00B068AE">
        <w:rPr>
          <w:sz w:val="28"/>
        </w:rPr>
        <w:t>tỉnh</w:t>
      </w:r>
      <w:proofErr w:type="spellEnd"/>
      <w:r w:rsidRPr="00B068AE">
        <w:rPr>
          <w:sz w:val="28"/>
        </w:rPr>
        <w:t xml:space="preserve"> </w:t>
      </w:r>
      <w:proofErr w:type="spellStart"/>
      <w:r w:rsidRPr="00B068AE">
        <w:rPr>
          <w:sz w:val="28"/>
        </w:rPr>
        <w:t>và</w:t>
      </w:r>
      <w:proofErr w:type="spellEnd"/>
      <w:r w:rsidRPr="00B068AE">
        <w:rPr>
          <w:sz w:val="28"/>
        </w:rPr>
        <w:t xml:space="preserve"> </w:t>
      </w:r>
      <w:proofErr w:type="spellStart"/>
      <w:r w:rsidRPr="00B068AE">
        <w:rPr>
          <w:sz w:val="28"/>
        </w:rPr>
        <w:t>các</w:t>
      </w:r>
      <w:proofErr w:type="spellEnd"/>
      <w:r w:rsidRPr="00B068AE">
        <w:rPr>
          <w:sz w:val="28"/>
        </w:rPr>
        <w:t xml:space="preserve"> </w:t>
      </w:r>
      <w:proofErr w:type="spellStart"/>
      <w:r w:rsidRPr="00B068AE">
        <w:rPr>
          <w:sz w:val="28"/>
        </w:rPr>
        <w:t>cơ</w:t>
      </w:r>
      <w:proofErr w:type="spellEnd"/>
      <w:r w:rsidRPr="00B068AE">
        <w:rPr>
          <w:sz w:val="28"/>
        </w:rPr>
        <w:t xml:space="preserve"> </w:t>
      </w:r>
      <w:proofErr w:type="spellStart"/>
      <w:r w:rsidRPr="00B068AE">
        <w:rPr>
          <w:sz w:val="28"/>
        </w:rPr>
        <w:t>quan</w:t>
      </w:r>
      <w:proofErr w:type="spellEnd"/>
      <w:r w:rsidRPr="00B068AE">
        <w:rPr>
          <w:sz w:val="28"/>
        </w:rPr>
        <w:t xml:space="preserve">, </w:t>
      </w:r>
      <w:proofErr w:type="spellStart"/>
      <w:r w:rsidRPr="00B068AE">
        <w:rPr>
          <w:sz w:val="28"/>
        </w:rPr>
        <w:t>tổ</w:t>
      </w:r>
      <w:proofErr w:type="spellEnd"/>
      <w:r w:rsidRPr="00B068AE">
        <w:rPr>
          <w:sz w:val="28"/>
        </w:rPr>
        <w:t xml:space="preserve"> </w:t>
      </w:r>
      <w:proofErr w:type="spellStart"/>
      <w:r w:rsidRPr="00B068AE">
        <w:rPr>
          <w:sz w:val="28"/>
        </w:rPr>
        <w:t>chức</w:t>
      </w:r>
      <w:proofErr w:type="spellEnd"/>
      <w:r w:rsidRPr="00B068AE">
        <w:rPr>
          <w:sz w:val="28"/>
        </w:rPr>
        <w:t xml:space="preserve">, </w:t>
      </w:r>
      <w:proofErr w:type="spellStart"/>
      <w:r w:rsidRPr="00B068AE">
        <w:rPr>
          <w:sz w:val="28"/>
        </w:rPr>
        <w:t>đơn</w:t>
      </w:r>
      <w:proofErr w:type="spellEnd"/>
      <w:r w:rsidRPr="00B068AE">
        <w:rPr>
          <w:sz w:val="28"/>
        </w:rPr>
        <w:t xml:space="preserve"> </w:t>
      </w:r>
      <w:proofErr w:type="spellStart"/>
      <w:r w:rsidRPr="00B068AE">
        <w:rPr>
          <w:sz w:val="28"/>
        </w:rPr>
        <w:t>vị</w:t>
      </w:r>
      <w:proofErr w:type="spellEnd"/>
      <w:r w:rsidRPr="00B068AE">
        <w:rPr>
          <w:sz w:val="28"/>
        </w:rPr>
        <w:t xml:space="preserve"> </w:t>
      </w:r>
      <w:proofErr w:type="spellStart"/>
      <w:r w:rsidRPr="00B068AE">
        <w:rPr>
          <w:sz w:val="28"/>
        </w:rPr>
        <w:t>có</w:t>
      </w:r>
      <w:proofErr w:type="spellEnd"/>
      <w:r w:rsidRPr="00B068AE">
        <w:rPr>
          <w:sz w:val="28"/>
        </w:rPr>
        <w:t xml:space="preserve"> </w:t>
      </w:r>
      <w:proofErr w:type="spellStart"/>
      <w:r w:rsidRPr="00B068AE">
        <w:rPr>
          <w:sz w:val="28"/>
        </w:rPr>
        <w:t>liên</w:t>
      </w:r>
      <w:proofErr w:type="spellEnd"/>
      <w:r w:rsidRPr="00B068AE">
        <w:rPr>
          <w:sz w:val="28"/>
        </w:rPr>
        <w:t xml:space="preserve"> </w:t>
      </w:r>
      <w:proofErr w:type="spellStart"/>
      <w:r w:rsidRPr="00B068AE">
        <w:rPr>
          <w:sz w:val="28"/>
        </w:rPr>
        <w:t>quan</w:t>
      </w:r>
      <w:proofErr w:type="spellEnd"/>
      <w:r w:rsidRPr="00B068AE">
        <w:rPr>
          <w:sz w:val="28"/>
        </w:rPr>
        <w:t xml:space="preserve">, </w:t>
      </w:r>
      <w:proofErr w:type="spellStart"/>
      <w:r w:rsidRPr="00B068AE">
        <w:rPr>
          <w:sz w:val="28"/>
        </w:rPr>
        <w:t>theo</w:t>
      </w:r>
      <w:proofErr w:type="spellEnd"/>
      <w:r w:rsidRPr="00B068AE">
        <w:rPr>
          <w:sz w:val="28"/>
        </w:rPr>
        <w:t xml:space="preserve"> </w:t>
      </w:r>
      <w:proofErr w:type="spellStart"/>
      <w:r w:rsidRPr="00B068AE">
        <w:rPr>
          <w:sz w:val="28"/>
        </w:rPr>
        <w:t>chức</w:t>
      </w:r>
      <w:proofErr w:type="spellEnd"/>
      <w:r w:rsidRPr="00B068AE">
        <w:rPr>
          <w:sz w:val="28"/>
        </w:rPr>
        <w:t xml:space="preserve"> </w:t>
      </w:r>
      <w:proofErr w:type="spellStart"/>
      <w:r w:rsidRPr="00B068AE">
        <w:rPr>
          <w:sz w:val="28"/>
        </w:rPr>
        <w:t>năng</w:t>
      </w:r>
      <w:proofErr w:type="spellEnd"/>
      <w:r w:rsidRPr="00B068AE">
        <w:rPr>
          <w:sz w:val="28"/>
        </w:rPr>
        <w:t xml:space="preserve">, </w:t>
      </w:r>
      <w:proofErr w:type="spellStart"/>
      <w:r w:rsidRPr="00B068AE">
        <w:rPr>
          <w:sz w:val="28"/>
        </w:rPr>
        <w:t>nhiệm</w:t>
      </w:r>
      <w:proofErr w:type="spellEnd"/>
      <w:r w:rsidRPr="00B068AE">
        <w:rPr>
          <w:sz w:val="28"/>
        </w:rPr>
        <w:t xml:space="preserve"> </w:t>
      </w:r>
      <w:proofErr w:type="spellStart"/>
      <w:r w:rsidRPr="00B068AE">
        <w:rPr>
          <w:sz w:val="28"/>
        </w:rPr>
        <w:t>vụ</w:t>
      </w:r>
      <w:proofErr w:type="spellEnd"/>
      <w:r w:rsidRPr="00B068AE">
        <w:rPr>
          <w:sz w:val="28"/>
        </w:rPr>
        <w:t xml:space="preserve">, </w:t>
      </w:r>
      <w:proofErr w:type="spellStart"/>
      <w:r w:rsidRPr="00B068AE">
        <w:rPr>
          <w:sz w:val="28"/>
        </w:rPr>
        <w:t>quyền</w:t>
      </w:r>
      <w:proofErr w:type="spellEnd"/>
      <w:r w:rsidRPr="00B068AE">
        <w:rPr>
          <w:sz w:val="28"/>
        </w:rPr>
        <w:t xml:space="preserve"> </w:t>
      </w:r>
      <w:proofErr w:type="spellStart"/>
      <w:r w:rsidRPr="00B068AE">
        <w:rPr>
          <w:sz w:val="28"/>
        </w:rPr>
        <w:t>hạn</w:t>
      </w:r>
      <w:proofErr w:type="spellEnd"/>
      <w:r w:rsidRPr="00B068AE">
        <w:rPr>
          <w:sz w:val="28"/>
        </w:rPr>
        <w:t xml:space="preserve">, </w:t>
      </w:r>
      <w:proofErr w:type="spellStart"/>
      <w:r w:rsidRPr="00B068AE">
        <w:rPr>
          <w:sz w:val="28"/>
        </w:rPr>
        <w:t>chịu</w:t>
      </w:r>
      <w:proofErr w:type="spellEnd"/>
      <w:r w:rsidRPr="00B068AE">
        <w:rPr>
          <w:sz w:val="28"/>
        </w:rPr>
        <w:t xml:space="preserve"> </w:t>
      </w:r>
      <w:proofErr w:type="spellStart"/>
      <w:r w:rsidRPr="00B068AE">
        <w:rPr>
          <w:sz w:val="28"/>
        </w:rPr>
        <w:t>trách</w:t>
      </w:r>
      <w:proofErr w:type="spellEnd"/>
      <w:r w:rsidRPr="00B068AE">
        <w:rPr>
          <w:sz w:val="28"/>
        </w:rPr>
        <w:t xml:space="preserve"> </w:t>
      </w:r>
      <w:proofErr w:type="spellStart"/>
      <w:r w:rsidRPr="00B068AE">
        <w:rPr>
          <w:sz w:val="28"/>
        </w:rPr>
        <w:t>nhiệm</w:t>
      </w:r>
      <w:proofErr w:type="spellEnd"/>
      <w:r w:rsidRPr="00B068AE">
        <w:rPr>
          <w:sz w:val="28"/>
        </w:rPr>
        <w:t xml:space="preserve"> </w:t>
      </w:r>
      <w:proofErr w:type="spellStart"/>
      <w:r w:rsidRPr="00B068AE">
        <w:rPr>
          <w:sz w:val="28"/>
        </w:rPr>
        <w:t>tổ</w:t>
      </w:r>
      <w:proofErr w:type="spellEnd"/>
      <w:r w:rsidRPr="00B068AE">
        <w:rPr>
          <w:sz w:val="28"/>
        </w:rPr>
        <w:t xml:space="preserve"> </w:t>
      </w:r>
      <w:proofErr w:type="spellStart"/>
      <w:r w:rsidRPr="00B068AE">
        <w:rPr>
          <w:sz w:val="28"/>
        </w:rPr>
        <w:t>chức</w:t>
      </w:r>
      <w:proofErr w:type="spellEnd"/>
      <w:r w:rsidRPr="00B068AE">
        <w:rPr>
          <w:sz w:val="28"/>
        </w:rPr>
        <w:t xml:space="preserve"> </w:t>
      </w:r>
      <w:proofErr w:type="spellStart"/>
      <w:r w:rsidRPr="00B068AE">
        <w:rPr>
          <w:sz w:val="28"/>
        </w:rPr>
        <w:t>thực</w:t>
      </w:r>
      <w:proofErr w:type="spellEnd"/>
      <w:r w:rsidRPr="00B068AE">
        <w:rPr>
          <w:sz w:val="28"/>
        </w:rPr>
        <w:t xml:space="preserve"> </w:t>
      </w:r>
      <w:proofErr w:type="spellStart"/>
      <w:r w:rsidRPr="00B068AE">
        <w:rPr>
          <w:sz w:val="28"/>
        </w:rPr>
        <w:t>hiện</w:t>
      </w:r>
      <w:proofErr w:type="spellEnd"/>
      <w:r w:rsidRPr="00B068AE">
        <w:rPr>
          <w:sz w:val="28"/>
        </w:rPr>
        <w:t xml:space="preserve"> </w:t>
      </w:r>
      <w:proofErr w:type="spellStart"/>
      <w:r w:rsidRPr="00B068AE">
        <w:rPr>
          <w:sz w:val="28"/>
        </w:rPr>
        <w:t>Nghị</w:t>
      </w:r>
      <w:proofErr w:type="spellEnd"/>
      <w:r w:rsidRPr="00B068AE">
        <w:rPr>
          <w:sz w:val="28"/>
        </w:rPr>
        <w:t xml:space="preserve"> </w:t>
      </w:r>
      <w:proofErr w:type="spellStart"/>
      <w:r w:rsidRPr="00B068AE">
        <w:rPr>
          <w:sz w:val="28"/>
        </w:rPr>
        <w:t>quyết</w:t>
      </w:r>
      <w:proofErr w:type="spellEnd"/>
      <w:r w:rsidRPr="00B068AE">
        <w:rPr>
          <w:sz w:val="28"/>
        </w:rPr>
        <w:t>.</w:t>
      </w:r>
    </w:p>
    <w:p w14:paraId="0ACC8552" w14:textId="44083C10" w:rsidR="00343ABC" w:rsidRPr="00B068AE" w:rsidRDefault="006008B5" w:rsidP="00B068AE">
      <w:pPr>
        <w:widowControl w:val="0"/>
        <w:spacing w:before="120" w:after="0"/>
        <w:ind w:firstLine="720"/>
        <w:jc w:val="both"/>
        <w:rPr>
          <w:sz w:val="28"/>
          <w:szCs w:val="28"/>
        </w:rPr>
      </w:pPr>
      <w:r w:rsidRPr="00B068AE">
        <w:rPr>
          <w:bCs/>
          <w:sz w:val="28"/>
          <w:szCs w:val="28"/>
        </w:rPr>
        <w:t>2.</w:t>
      </w:r>
      <w:r w:rsidRPr="00B068AE">
        <w:rPr>
          <w:b/>
          <w:sz w:val="28"/>
          <w:szCs w:val="28"/>
        </w:rPr>
        <w:t xml:space="preserve"> </w:t>
      </w:r>
      <w:proofErr w:type="spellStart"/>
      <w:r w:rsidRPr="00B068AE">
        <w:rPr>
          <w:sz w:val="28"/>
          <w:szCs w:val="28"/>
        </w:rPr>
        <w:t>Thường</w:t>
      </w:r>
      <w:proofErr w:type="spellEnd"/>
      <w:r w:rsidRPr="00B068AE">
        <w:rPr>
          <w:sz w:val="28"/>
          <w:szCs w:val="28"/>
        </w:rPr>
        <w:t xml:space="preserve"> </w:t>
      </w:r>
      <w:proofErr w:type="spellStart"/>
      <w:r w:rsidRPr="00B068AE">
        <w:rPr>
          <w:sz w:val="28"/>
          <w:szCs w:val="28"/>
        </w:rPr>
        <w:t>trực</w:t>
      </w:r>
      <w:proofErr w:type="spellEnd"/>
      <w:r w:rsidRPr="00B068AE">
        <w:rPr>
          <w:sz w:val="28"/>
          <w:szCs w:val="28"/>
        </w:rPr>
        <w:t xml:space="preserve"> </w:t>
      </w:r>
      <w:proofErr w:type="spellStart"/>
      <w:r w:rsidRPr="00B068AE">
        <w:rPr>
          <w:sz w:val="28"/>
          <w:szCs w:val="28"/>
        </w:rPr>
        <w:t>Hội</w:t>
      </w:r>
      <w:proofErr w:type="spellEnd"/>
      <w:r w:rsidRPr="00B068AE">
        <w:rPr>
          <w:sz w:val="28"/>
          <w:szCs w:val="28"/>
        </w:rPr>
        <w:t xml:space="preserve"> </w:t>
      </w:r>
      <w:proofErr w:type="spellStart"/>
      <w:r w:rsidRPr="00B068AE">
        <w:rPr>
          <w:sz w:val="28"/>
          <w:szCs w:val="28"/>
        </w:rPr>
        <w:t>đồng</w:t>
      </w:r>
      <w:proofErr w:type="spellEnd"/>
      <w:r w:rsidRPr="00B068AE">
        <w:rPr>
          <w:sz w:val="28"/>
          <w:szCs w:val="28"/>
        </w:rPr>
        <w:t xml:space="preserve"> </w:t>
      </w:r>
      <w:proofErr w:type="spellStart"/>
      <w:r w:rsidRPr="00B068AE">
        <w:rPr>
          <w:sz w:val="28"/>
          <w:szCs w:val="28"/>
        </w:rPr>
        <w:t>nhân</w:t>
      </w:r>
      <w:proofErr w:type="spellEnd"/>
      <w:r w:rsidRPr="00B068AE">
        <w:rPr>
          <w:sz w:val="28"/>
          <w:szCs w:val="28"/>
        </w:rPr>
        <w:t xml:space="preserve"> </w:t>
      </w:r>
      <w:proofErr w:type="spellStart"/>
      <w:r w:rsidRPr="00B068AE">
        <w:rPr>
          <w:sz w:val="28"/>
          <w:szCs w:val="28"/>
        </w:rPr>
        <w:t>dân</w:t>
      </w:r>
      <w:proofErr w:type="spellEnd"/>
      <w:r w:rsidRPr="00B068AE">
        <w:rPr>
          <w:sz w:val="28"/>
          <w:szCs w:val="28"/>
        </w:rPr>
        <w:t xml:space="preserve"> </w:t>
      </w:r>
      <w:proofErr w:type="spellStart"/>
      <w:r w:rsidRPr="00B068AE">
        <w:rPr>
          <w:sz w:val="28"/>
          <w:szCs w:val="28"/>
        </w:rPr>
        <w:t>tỉnh</w:t>
      </w:r>
      <w:proofErr w:type="spellEnd"/>
      <w:r w:rsidRPr="00B068AE">
        <w:rPr>
          <w:sz w:val="28"/>
          <w:szCs w:val="28"/>
        </w:rPr>
        <w:t xml:space="preserve">, </w:t>
      </w:r>
      <w:proofErr w:type="spellStart"/>
      <w:r w:rsidRPr="00B068AE">
        <w:rPr>
          <w:sz w:val="28"/>
          <w:szCs w:val="28"/>
        </w:rPr>
        <w:t>các</w:t>
      </w:r>
      <w:proofErr w:type="spellEnd"/>
      <w:r w:rsidRPr="00B068AE">
        <w:rPr>
          <w:sz w:val="28"/>
          <w:szCs w:val="28"/>
        </w:rPr>
        <w:t xml:space="preserve"> Ban </w:t>
      </w:r>
      <w:proofErr w:type="spellStart"/>
      <w:r w:rsidRPr="00B068AE">
        <w:rPr>
          <w:sz w:val="28"/>
          <w:szCs w:val="28"/>
        </w:rPr>
        <w:t>của</w:t>
      </w:r>
      <w:proofErr w:type="spellEnd"/>
      <w:r w:rsidRPr="00B068AE">
        <w:rPr>
          <w:sz w:val="28"/>
          <w:szCs w:val="28"/>
        </w:rPr>
        <w:t xml:space="preserve"> </w:t>
      </w:r>
      <w:proofErr w:type="spellStart"/>
      <w:r w:rsidRPr="00B068AE">
        <w:rPr>
          <w:sz w:val="28"/>
          <w:szCs w:val="28"/>
        </w:rPr>
        <w:t>Hội</w:t>
      </w:r>
      <w:proofErr w:type="spellEnd"/>
      <w:r w:rsidRPr="00B068AE">
        <w:rPr>
          <w:sz w:val="28"/>
          <w:szCs w:val="28"/>
        </w:rPr>
        <w:t xml:space="preserve"> </w:t>
      </w:r>
      <w:proofErr w:type="spellStart"/>
      <w:r w:rsidRPr="00B068AE">
        <w:rPr>
          <w:sz w:val="28"/>
          <w:szCs w:val="28"/>
        </w:rPr>
        <w:t>đồng</w:t>
      </w:r>
      <w:proofErr w:type="spellEnd"/>
      <w:r w:rsidRPr="00B068AE">
        <w:rPr>
          <w:sz w:val="28"/>
          <w:szCs w:val="28"/>
        </w:rPr>
        <w:t xml:space="preserve"> </w:t>
      </w:r>
      <w:proofErr w:type="spellStart"/>
      <w:r w:rsidRPr="00B068AE">
        <w:rPr>
          <w:sz w:val="28"/>
          <w:szCs w:val="28"/>
        </w:rPr>
        <w:t>nhân</w:t>
      </w:r>
      <w:proofErr w:type="spellEnd"/>
      <w:r w:rsidRPr="00B068AE">
        <w:rPr>
          <w:sz w:val="28"/>
          <w:szCs w:val="28"/>
        </w:rPr>
        <w:t xml:space="preserve"> </w:t>
      </w:r>
      <w:proofErr w:type="spellStart"/>
      <w:r w:rsidRPr="00B068AE">
        <w:rPr>
          <w:sz w:val="28"/>
          <w:szCs w:val="28"/>
        </w:rPr>
        <w:t>dân</w:t>
      </w:r>
      <w:proofErr w:type="spellEnd"/>
      <w:r w:rsidRPr="00B068AE">
        <w:rPr>
          <w:sz w:val="28"/>
          <w:szCs w:val="28"/>
        </w:rPr>
        <w:t xml:space="preserve"> </w:t>
      </w:r>
      <w:proofErr w:type="spellStart"/>
      <w:r w:rsidRPr="00B068AE">
        <w:rPr>
          <w:sz w:val="28"/>
          <w:szCs w:val="28"/>
        </w:rPr>
        <w:t>tỉnh</w:t>
      </w:r>
      <w:proofErr w:type="spellEnd"/>
      <w:r w:rsidRPr="00B068AE">
        <w:rPr>
          <w:sz w:val="28"/>
          <w:szCs w:val="28"/>
        </w:rPr>
        <w:t xml:space="preserve">, </w:t>
      </w:r>
      <w:proofErr w:type="spellStart"/>
      <w:r w:rsidRPr="00B068AE">
        <w:rPr>
          <w:sz w:val="28"/>
          <w:szCs w:val="28"/>
        </w:rPr>
        <w:t>các</w:t>
      </w:r>
      <w:proofErr w:type="spellEnd"/>
      <w:r w:rsidRPr="00B068AE">
        <w:rPr>
          <w:sz w:val="28"/>
          <w:szCs w:val="28"/>
        </w:rPr>
        <w:t xml:space="preserve"> </w:t>
      </w:r>
      <w:proofErr w:type="spellStart"/>
      <w:r w:rsidRPr="00B068AE">
        <w:rPr>
          <w:sz w:val="28"/>
          <w:szCs w:val="28"/>
        </w:rPr>
        <w:t>Tổ</w:t>
      </w:r>
      <w:proofErr w:type="spellEnd"/>
      <w:r w:rsidRPr="00B068AE">
        <w:rPr>
          <w:sz w:val="28"/>
          <w:szCs w:val="28"/>
        </w:rPr>
        <w:t xml:space="preserve"> </w:t>
      </w:r>
      <w:proofErr w:type="spellStart"/>
      <w:r w:rsidRPr="00B068AE">
        <w:rPr>
          <w:sz w:val="28"/>
          <w:szCs w:val="28"/>
        </w:rPr>
        <w:t>đại</w:t>
      </w:r>
      <w:proofErr w:type="spellEnd"/>
      <w:r w:rsidRPr="00B068AE">
        <w:rPr>
          <w:sz w:val="28"/>
          <w:szCs w:val="28"/>
        </w:rPr>
        <w:t xml:space="preserve"> </w:t>
      </w:r>
      <w:proofErr w:type="spellStart"/>
      <w:r w:rsidRPr="00B068AE">
        <w:rPr>
          <w:sz w:val="28"/>
          <w:szCs w:val="28"/>
        </w:rPr>
        <w:t>biểu</w:t>
      </w:r>
      <w:proofErr w:type="spellEnd"/>
      <w:r w:rsidRPr="00B068AE">
        <w:rPr>
          <w:sz w:val="28"/>
          <w:szCs w:val="28"/>
        </w:rPr>
        <w:t xml:space="preserve"> </w:t>
      </w:r>
      <w:proofErr w:type="spellStart"/>
      <w:r w:rsidRPr="00B068AE">
        <w:rPr>
          <w:sz w:val="28"/>
          <w:szCs w:val="28"/>
        </w:rPr>
        <w:t>và</w:t>
      </w:r>
      <w:proofErr w:type="spellEnd"/>
      <w:r w:rsidRPr="00B068AE">
        <w:rPr>
          <w:sz w:val="28"/>
          <w:szCs w:val="28"/>
        </w:rPr>
        <w:t xml:space="preserve"> </w:t>
      </w:r>
      <w:proofErr w:type="spellStart"/>
      <w:r w:rsidRPr="00B068AE">
        <w:rPr>
          <w:sz w:val="28"/>
          <w:szCs w:val="28"/>
        </w:rPr>
        <w:t>đại</w:t>
      </w:r>
      <w:proofErr w:type="spellEnd"/>
      <w:r w:rsidRPr="00B068AE">
        <w:rPr>
          <w:sz w:val="28"/>
          <w:szCs w:val="28"/>
        </w:rPr>
        <w:t xml:space="preserve"> </w:t>
      </w:r>
      <w:proofErr w:type="spellStart"/>
      <w:r w:rsidRPr="00B068AE">
        <w:rPr>
          <w:sz w:val="28"/>
          <w:szCs w:val="28"/>
        </w:rPr>
        <w:t>biểu</w:t>
      </w:r>
      <w:proofErr w:type="spellEnd"/>
      <w:r w:rsidRPr="00B068AE">
        <w:rPr>
          <w:sz w:val="28"/>
          <w:szCs w:val="28"/>
        </w:rPr>
        <w:t xml:space="preserve"> </w:t>
      </w:r>
      <w:proofErr w:type="spellStart"/>
      <w:r w:rsidRPr="00B068AE">
        <w:rPr>
          <w:sz w:val="28"/>
          <w:szCs w:val="28"/>
        </w:rPr>
        <w:t>Hội</w:t>
      </w:r>
      <w:proofErr w:type="spellEnd"/>
      <w:r w:rsidRPr="00B068AE">
        <w:rPr>
          <w:sz w:val="28"/>
          <w:szCs w:val="28"/>
        </w:rPr>
        <w:t xml:space="preserve"> </w:t>
      </w:r>
      <w:proofErr w:type="spellStart"/>
      <w:r w:rsidRPr="00B068AE">
        <w:rPr>
          <w:sz w:val="28"/>
          <w:szCs w:val="28"/>
        </w:rPr>
        <w:t>đồng</w:t>
      </w:r>
      <w:proofErr w:type="spellEnd"/>
      <w:r w:rsidRPr="00B068AE">
        <w:rPr>
          <w:sz w:val="28"/>
          <w:szCs w:val="28"/>
        </w:rPr>
        <w:t xml:space="preserve"> </w:t>
      </w:r>
      <w:proofErr w:type="spellStart"/>
      <w:r w:rsidRPr="00B068AE">
        <w:rPr>
          <w:sz w:val="28"/>
          <w:szCs w:val="28"/>
        </w:rPr>
        <w:t>nhân</w:t>
      </w:r>
      <w:proofErr w:type="spellEnd"/>
      <w:r w:rsidRPr="00B068AE">
        <w:rPr>
          <w:sz w:val="28"/>
          <w:szCs w:val="28"/>
        </w:rPr>
        <w:t xml:space="preserve"> </w:t>
      </w:r>
      <w:proofErr w:type="spellStart"/>
      <w:r w:rsidRPr="00B068AE">
        <w:rPr>
          <w:sz w:val="28"/>
          <w:szCs w:val="28"/>
        </w:rPr>
        <w:t>dân</w:t>
      </w:r>
      <w:proofErr w:type="spellEnd"/>
      <w:r w:rsidRPr="00B068AE">
        <w:rPr>
          <w:sz w:val="28"/>
          <w:szCs w:val="28"/>
        </w:rPr>
        <w:t xml:space="preserve"> </w:t>
      </w:r>
      <w:proofErr w:type="spellStart"/>
      <w:r w:rsidRPr="00B068AE">
        <w:rPr>
          <w:sz w:val="28"/>
          <w:szCs w:val="28"/>
        </w:rPr>
        <w:t>tỉnh</w:t>
      </w:r>
      <w:proofErr w:type="spellEnd"/>
      <w:r w:rsidRPr="00B068AE">
        <w:rPr>
          <w:sz w:val="28"/>
          <w:szCs w:val="28"/>
        </w:rPr>
        <w:t xml:space="preserve"> </w:t>
      </w:r>
      <w:proofErr w:type="spellStart"/>
      <w:r w:rsidRPr="00B068AE">
        <w:rPr>
          <w:sz w:val="28"/>
          <w:szCs w:val="28"/>
        </w:rPr>
        <w:t>giám</w:t>
      </w:r>
      <w:proofErr w:type="spellEnd"/>
      <w:r w:rsidRPr="00B068AE">
        <w:rPr>
          <w:sz w:val="28"/>
          <w:szCs w:val="28"/>
        </w:rPr>
        <w:t xml:space="preserve"> </w:t>
      </w:r>
      <w:proofErr w:type="spellStart"/>
      <w:r w:rsidRPr="00B068AE">
        <w:rPr>
          <w:sz w:val="28"/>
          <w:szCs w:val="28"/>
        </w:rPr>
        <w:t>sát</w:t>
      </w:r>
      <w:proofErr w:type="spellEnd"/>
      <w:r w:rsidRPr="00B068AE">
        <w:rPr>
          <w:sz w:val="28"/>
          <w:szCs w:val="28"/>
        </w:rPr>
        <w:t xml:space="preserve"> </w:t>
      </w:r>
      <w:proofErr w:type="spellStart"/>
      <w:r w:rsidRPr="00B068AE">
        <w:rPr>
          <w:sz w:val="28"/>
          <w:szCs w:val="28"/>
        </w:rPr>
        <w:t>việc</w:t>
      </w:r>
      <w:proofErr w:type="spellEnd"/>
      <w:r w:rsidRPr="00B068AE">
        <w:rPr>
          <w:sz w:val="28"/>
          <w:szCs w:val="28"/>
        </w:rPr>
        <w:t xml:space="preserve"> </w:t>
      </w:r>
      <w:proofErr w:type="spellStart"/>
      <w:r w:rsidRPr="00B068AE">
        <w:rPr>
          <w:sz w:val="28"/>
          <w:szCs w:val="28"/>
        </w:rPr>
        <w:t>thực</w:t>
      </w:r>
      <w:proofErr w:type="spellEnd"/>
      <w:r w:rsidRPr="00B068AE">
        <w:rPr>
          <w:sz w:val="28"/>
          <w:szCs w:val="28"/>
        </w:rPr>
        <w:t xml:space="preserve"> </w:t>
      </w:r>
      <w:proofErr w:type="spellStart"/>
      <w:r w:rsidRPr="00B068AE">
        <w:rPr>
          <w:sz w:val="28"/>
          <w:szCs w:val="28"/>
        </w:rPr>
        <w:t>hiện</w:t>
      </w:r>
      <w:proofErr w:type="spellEnd"/>
      <w:r w:rsidRPr="00B068AE">
        <w:rPr>
          <w:sz w:val="28"/>
          <w:szCs w:val="28"/>
        </w:rPr>
        <w:t xml:space="preserve"> </w:t>
      </w:r>
      <w:proofErr w:type="spellStart"/>
      <w:r w:rsidRPr="00B068AE">
        <w:rPr>
          <w:sz w:val="28"/>
          <w:szCs w:val="28"/>
        </w:rPr>
        <w:t>Nghị</w:t>
      </w:r>
      <w:proofErr w:type="spellEnd"/>
      <w:r w:rsidRPr="00B068AE">
        <w:rPr>
          <w:sz w:val="28"/>
          <w:szCs w:val="28"/>
        </w:rPr>
        <w:t xml:space="preserve"> </w:t>
      </w:r>
      <w:proofErr w:type="spellStart"/>
      <w:r w:rsidRPr="00B068AE">
        <w:rPr>
          <w:sz w:val="28"/>
          <w:szCs w:val="28"/>
        </w:rPr>
        <w:t>quyết</w:t>
      </w:r>
      <w:proofErr w:type="spellEnd"/>
      <w:r w:rsidRPr="00B068AE">
        <w:rPr>
          <w:sz w:val="28"/>
          <w:szCs w:val="28"/>
        </w:rPr>
        <w:t>.</w:t>
      </w:r>
    </w:p>
    <w:p w14:paraId="4C90D4A1" w14:textId="7D4102F9" w:rsidR="00796D82" w:rsidRPr="00B068AE" w:rsidRDefault="00796D82" w:rsidP="00B068AE">
      <w:pPr>
        <w:widowControl w:val="0"/>
        <w:spacing w:before="120" w:after="0" w:line="240" w:lineRule="auto"/>
        <w:ind w:firstLine="567"/>
        <w:jc w:val="both"/>
        <w:rPr>
          <w:b/>
          <w:sz w:val="28"/>
          <w:szCs w:val="28"/>
          <w:lang w:val="es-ES"/>
        </w:rPr>
      </w:pPr>
      <w:proofErr w:type="spellStart"/>
      <w:r w:rsidRPr="00B068AE">
        <w:rPr>
          <w:b/>
          <w:sz w:val="28"/>
          <w:szCs w:val="28"/>
          <w:lang w:val="es-ES"/>
        </w:rPr>
        <w:t>Điều</w:t>
      </w:r>
      <w:proofErr w:type="spellEnd"/>
      <w:r w:rsidRPr="00B068AE">
        <w:rPr>
          <w:b/>
          <w:sz w:val="28"/>
          <w:szCs w:val="28"/>
          <w:lang w:val="es-ES"/>
        </w:rPr>
        <w:t xml:space="preserve"> 4. </w:t>
      </w:r>
      <w:proofErr w:type="spellStart"/>
      <w:r w:rsidRPr="00B068AE">
        <w:rPr>
          <w:b/>
          <w:sz w:val="28"/>
          <w:szCs w:val="28"/>
          <w:lang w:val="es-ES"/>
        </w:rPr>
        <w:t>Hiệu</w:t>
      </w:r>
      <w:proofErr w:type="spellEnd"/>
      <w:r w:rsidRPr="00B068AE">
        <w:rPr>
          <w:b/>
          <w:sz w:val="28"/>
          <w:szCs w:val="28"/>
          <w:lang w:val="vi-VN"/>
        </w:rPr>
        <w:t xml:space="preserve"> lực </w:t>
      </w:r>
      <w:proofErr w:type="spellStart"/>
      <w:r w:rsidRPr="00B068AE">
        <w:rPr>
          <w:b/>
          <w:sz w:val="28"/>
          <w:szCs w:val="28"/>
          <w:lang w:val="es-ES"/>
        </w:rPr>
        <w:t>thi</w:t>
      </w:r>
      <w:proofErr w:type="spellEnd"/>
      <w:r w:rsidRPr="00B068AE">
        <w:rPr>
          <w:b/>
          <w:sz w:val="28"/>
          <w:szCs w:val="28"/>
          <w:lang w:val="es-ES"/>
        </w:rPr>
        <w:t xml:space="preserve"> </w:t>
      </w:r>
      <w:proofErr w:type="spellStart"/>
      <w:r w:rsidRPr="00B068AE">
        <w:rPr>
          <w:b/>
          <w:sz w:val="28"/>
          <w:szCs w:val="28"/>
          <w:lang w:val="es-ES"/>
        </w:rPr>
        <w:t>hành</w:t>
      </w:r>
      <w:proofErr w:type="spellEnd"/>
    </w:p>
    <w:p w14:paraId="6B39F0D7" w14:textId="097C880E" w:rsidR="00796D82" w:rsidRPr="00B068AE" w:rsidRDefault="00796D82" w:rsidP="00B068AE">
      <w:pPr>
        <w:widowControl w:val="0"/>
        <w:spacing w:before="120" w:after="0" w:line="240" w:lineRule="auto"/>
        <w:ind w:firstLine="567"/>
        <w:jc w:val="both"/>
        <w:rPr>
          <w:bCs/>
          <w:sz w:val="28"/>
          <w:szCs w:val="28"/>
          <w:lang w:val="es-ES"/>
        </w:rPr>
      </w:pPr>
      <w:proofErr w:type="spellStart"/>
      <w:r w:rsidRPr="00B068AE">
        <w:rPr>
          <w:bCs/>
          <w:sz w:val="28"/>
          <w:szCs w:val="28"/>
          <w:lang w:val="es-ES"/>
        </w:rPr>
        <w:t>Nghị</w:t>
      </w:r>
      <w:proofErr w:type="spellEnd"/>
      <w:r w:rsidRPr="00B068AE">
        <w:rPr>
          <w:bCs/>
          <w:sz w:val="28"/>
          <w:szCs w:val="28"/>
          <w:lang w:val="es-ES"/>
        </w:rPr>
        <w:t xml:space="preserve"> </w:t>
      </w:r>
      <w:proofErr w:type="spellStart"/>
      <w:r w:rsidRPr="00B068AE">
        <w:rPr>
          <w:bCs/>
          <w:sz w:val="28"/>
          <w:szCs w:val="28"/>
          <w:lang w:val="es-ES"/>
        </w:rPr>
        <w:t>quyết</w:t>
      </w:r>
      <w:proofErr w:type="spellEnd"/>
      <w:r w:rsidRPr="00B068AE">
        <w:rPr>
          <w:bCs/>
          <w:sz w:val="28"/>
          <w:szCs w:val="28"/>
          <w:lang w:val="es-ES"/>
        </w:rPr>
        <w:t xml:space="preserve"> </w:t>
      </w:r>
      <w:proofErr w:type="spellStart"/>
      <w:r w:rsidRPr="00B068AE">
        <w:rPr>
          <w:bCs/>
          <w:sz w:val="28"/>
          <w:szCs w:val="28"/>
          <w:lang w:val="es-ES"/>
        </w:rPr>
        <w:t>này</w:t>
      </w:r>
      <w:proofErr w:type="spellEnd"/>
      <w:r w:rsidRPr="00B068AE">
        <w:rPr>
          <w:bCs/>
          <w:sz w:val="28"/>
          <w:szCs w:val="28"/>
          <w:lang w:val="es-ES"/>
        </w:rPr>
        <w:t xml:space="preserve"> </w:t>
      </w:r>
      <w:proofErr w:type="spellStart"/>
      <w:r w:rsidRPr="00B068AE">
        <w:rPr>
          <w:bCs/>
          <w:sz w:val="28"/>
          <w:szCs w:val="28"/>
          <w:lang w:val="es-ES"/>
        </w:rPr>
        <w:t>có</w:t>
      </w:r>
      <w:proofErr w:type="spellEnd"/>
      <w:r w:rsidRPr="00B068AE">
        <w:rPr>
          <w:bCs/>
          <w:sz w:val="28"/>
          <w:szCs w:val="28"/>
          <w:lang w:val="es-ES"/>
        </w:rPr>
        <w:t xml:space="preserve"> </w:t>
      </w:r>
      <w:proofErr w:type="spellStart"/>
      <w:r w:rsidRPr="00B068AE">
        <w:rPr>
          <w:bCs/>
          <w:sz w:val="28"/>
          <w:szCs w:val="28"/>
          <w:lang w:val="es-ES"/>
        </w:rPr>
        <w:t>hiệu</w:t>
      </w:r>
      <w:proofErr w:type="spellEnd"/>
      <w:r w:rsidRPr="00B068AE">
        <w:rPr>
          <w:bCs/>
          <w:sz w:val="28"/>
          <w:szCs w:val="28"/>
          <w:lang w:val="es-ES"/>
        </w:rPr>
        <w:t xml:space="preserve"> </w:t>
      </w:r>
      <w:proofErr w:type="spellStart"/>
      <w:r w:rsidRPr="00B068AE">
        <w:rPr>
          <w:bCs/>
          <w:sz w:val="28"/>
          <w:szCs w:val="28"/>
          <w:lang w:val="es-ES"/>
        </w:rPr>
        <w:t>lực</w:t>
      </w:r>
      <w:proofErr w:type="spellEnd"/>
      <w:r w:rsidRPr="00B068AE">
        <w:rPr>
          <w:bCs/>
          <w:sz w:val="28"/>
          <w:szCs w:val="28"/>
          <w:lang w:val="es-ES"/>
        </w:rPr>
        <w:t xml:space="preserve"> </w:t>
      </w:r>
      <w:proofErr w:type="spellStart"/>
      <w:r w:rsidRPr="00B068AE">
        <w:rPr>
          <w:bCs/>
          <w:sz w:val="28"/>
          <w:szCs w:val="28"/>
          <w:lang w:val="es-ES"/>
        </w:rPr>
        <w:t>thi</w:t>
      </w:r>
      <w:proofErr w:type="spellEnd"/>
      <w:r w:rsidRPr="00B068AE">
        <w:rPr>
          <w:bCs/>
          <w:sz w:val="28"/>
          <w:szCs w:val="28"/>
          <w:lang w:val="es-ES"/>
        </w:rPr>
        <w:t xml:space="preserve"> </w:t>
      </w:r>
      <w:proofErr w:type="spellStart"/>
      <w:r w:rsidRPr="00B068AE">
        <w:rPr>
          <w:bCs/>
          <w:sz w:val="28"/>
          <w:szCs w:val="28"/>
          <w:lang w:val="es-ES"/>
        </w:rPr>
        <w:t>hành</w:t>
      </w:r>
      <w:proofErr w:type="spellEnd"/>
      <w:r w:rsidRPr="00B068AE">
        <w:rPr>
          <w:bCs/>
          <w:sz w:val="28"/>
          <w:szCs w:val="28"/>
          <w:lang w:val="es-ES"/>
        </w:rPr>
        <w:t xml:space="preserve"> </w:t>
      </w:r>
      <w:proofErr w:type="spellStart"/>
      <w:r w:rsidRPr="00B068AE">
        <w:rPr>
          <w:bCs/>
          <w:sz w:val="28"/>
          <w:szCs w:val="28"/>
          <w:lang w:val="es-ES"/>
        </w:rPr>
        <w:t>từ</w:t>
      </w:r>
      <w:proofErr w:type="spellEnd"/>
      <w:r w:rsidRPr="00B068AE">
        <w:rPr>
          <w:bCs/>
          <w:sz w:val="28"/>
          <w:szCs w:val="28"/>
          <w:lang w:val="es-ES"/>
        </w:rPr>
        <w:t xml:space="preserve"> </w:t>
      </w:r>
      <w:proofErr w:type="spellStart"/>
      <w:r w:rsidRPr="00B068AE">
        <w:rPr>
          <w:bCs/>
          <w:sz w:val="28"/>
          <w:szCs w:val="28"/>
          <w:lang w:val="es-ES"/>
        </w:rPr>
        <w:t>ngày</w:t>
      </w:r>
      <w:proofErr w:type="spellEnd"/>
      <w:r w:rsidRPr="00B068AE">
        <w:rPr>
          <w:bCs/>
          <w:sz w:val="28"/>
          <w:szCs w:val="28"/>
          <w:lang w:val="es-ES"/>
        </w:rPr>
        <w:t xml:space="preserve"> 1</w:t>
      </w:r>
      <w:r w:rsidR="00B068AE" w:rsidRPr="00B068AE">
        <w:rPr>
          <w:bCs/>
          <w:sz w:val="28"/>
          <w:szCs w:val="28"/>
          <w:lang w:val="es-ES"/>
        </w:rPr>
        <w:t>8</w:t>
      </w:r>
      <w:r w:rsidRPr="00B068AE">
        <w:rPr>
          <w:bCs/>
          <w:sz w:val="28"/>
          <w:szCs w:val="28"/>
          <w:lang w:val="es-ES"/>
        </w:rPr>
        <w:t xml:space="preserve"> </w:t>
      </w:r>
      <w:proofErr w:type="spellStart"/>
      <w:r w:rsidRPr="00B068AE">
        <w:rPr>
          <w:bCs/>
          <w:sz w:val="28"/>
          <w:szCs w:val="28"/>
          <w:lang w:val="es-ES"/>
        </w:rPr>
        <w:t>tháng</w:t>
      </w:r>
      <w:proofErr w:type="spellEnd"/>
      <w:r w:rsidRPr="00B068AE">
        <w:rPr>
          <w:bCs/>
          <w:sz w:val="28"/>
          <w:szCs w:val="28"/>
          <w:lang w:val="es-ES"/>
        </w:rPr>
        <w:t xml:space="preserve"> 7 </w:t>
      </w:r>
      <w:proofErr w:type="spellStart"/>
      <w:r w:rsidRPr="00B068AE">
        <w:rPr>
          <w:bCs/>
          <w:sz w:val="28"/>
          <w:szCs w:val="28"/>
          <w:lang w:val="es-ES"/>
        </w:rPr>
        <w:t>năm</w:t>
      </w:r>
      <w:proofErr w:type="spellEnd"/>
      <w:r w:rsidRPr="00B068AE">
        <w:rPr>
          <w:bCs/>
          <w:sz w:val="28"/>
          <w:szCs w:val="28"/>
          <w:lang w:val="es-ES"/>
        </w:rPr>
        <w:t xml:space="preserve"> 2026.</w:t>
      </w:r>
    </w:p>
    <w:p w14:paraId="63235F0C" w14:textId="110ECF13" w:rsidR="00343ABC" w:rsidRPr="00B068AE" w:rsidRDefault="00796D82" w:rsidP="00B068AE">
      <w:pPr>
        <w:widowControl w:val="0"/>
        <w:spacing w:before="120" w:after="0" w:line="240" w:lineRule="auto"/>
        <w:ind w:firstLine="567"/>
        <w:jc w:val="both"/>
        <w:rPr>
          <w:sz w:val="28"/>
          <w:szCs w:val="28"/>
          <w:lang w:val="vi-VN"/>
        </w:rPr>
      </w:pPr>
      <w:proofErr w:type="spellStart"/>
      <w:r w:rsidRPr="00B068AE">
        <w:rPr>
          <w:bCs/>
          <w:sz w:val="28"/>
          <w:szCs w:val="28"/>
          <w:lang w:val="es-ES"/>
        </w:rPr>
        <w:t>Nghị</w:t>
      </w:r>
      <w:proofErr w:type="spellEnd"/>
      <w:r w:rsidRPr="00B068AE">
        <w:rPr>
          <w:bCs/>
          <w:sz w:val="28"/>
          <w:szCs w:val="28"/>
          <w:lang w:val="es-ES"/>
        </w:rPr>
        <w:t xml:space="preserve"> </w:t>
      </w:r>
      <w:proofErr w:type="spellStart"/>
      <w:r w:rsidRPr="00B068AE">
        <w:rPr>
          <w:bCs/>
          <w:sz w:val="28"/>
          <w:szCs w:val="28"/>
          <w:lang w:val="es-ES"/>
        </w:rPr>
        <w:t>quyết</w:t>
      </w:r>
      <w:proofErr w:type="spellEnd"/>
      <w:r w:rsidRPr="00B068AE">
        <w:rPr>
          <w:bCs/>
          <w:sz w:val="28"/>
          <w:szCs w:val="28"/>
          <w:lang w:val="es-ES"/>
        </w:rPr>
        <w:t xml:space="preserve"> </w:t>
      </w:r>
      <w:proofErr w:type="spellStart"/>
      <w:r w:rsidRPr="00B068AE">
        <w:rPr>
          <w:bCs/>
          <w:sz w:val="28"/>
          <w:szCs w:val="28"/>
          <w:lang w:val="es-ES"/>
        </w:rPr>
        <w:t>này</w:t>
      </w:r>
      <w:proofErr w:type="spellEnd"/>
      <w:r w:rsidRPr="00B068AE">
        <w:rPr>
          <w:bCs/>
          <w:sz w:val="28"/>
          <w:szCs w:val="28"/>
          <w:lang w:val="es-ES"/>
        </w:rPr>
        <w:t xml:space="preserve"> </w:t>
      </w:r>
      <w:proofErr w:type="spellStart"/>
      <w:r w:rsidRPr="00B068AE">
        <w:rPr>
          <w:bCs/>
          <w:sz w:val="28"/>
          <w:szCs w:val="28"/>
          <w:lang w:val="es-ES"/>
        </w:rPr>
        <w:t>đã</w:t>
      </w:r>
      <w:proofErr w:type="spellEnd"/>
      <w:r w:rsidRPr="00B068AE">
        <w:rPr>
          <w:bCs/>
          <w:sz w:val="28"/>
          <w:szCs w:val="28"/>
          <w:lang w:val="es-ES"/>
        </w:rPr>
        <w:t xml:space="preserve"> </w:t>
      </w:r>
      <w:proofErr w:type="spellStart"/>
      <w:r w:rsidRPr="00B068AE">
        <w:rPr>
          <w:bCs/>
          <w:sz w:val="28"/>
          <w:szCs w:val="28"/>
          <w:lang w:val="es-ES"/>
        </w:rPr>
        <w:t>được</w:t>
      </w:r>
      <w:proofErr w:type="spellEnd"/>
      <w:r w:rsidRPr="00B068AE">
        <w:rPr>
          <w:bCs/>
          <w:sz w:val="28"/>
          <w:szCs w:val="28"/>
          <w:lang w:val="es-ES"/>
        </w:rPr>
        <w:t xml:space="preserve"> </w:t>
      </w:r>
      <w:proofErr w:type="spellStart"/>
      <w:r w:rsidRPr="00B068AE">
        <w:rPr>
          <w:bCs/>
          <w:sz w:val="28"/>
          <w:szCs w:val="28"/>
          <w:lang w:val="es-ES"/>
        </w:rPr>
        <w:t>Hội</w:t>
      </w:r>
      <w:proofErr w:type="spellEnd"/>
      <w:r w:rsidRPr="00B068AE">
        <w:rPr>
          <w:bCs/>
          <w:sz w:val="28"/>
          <w:szCs w:val="28"/>
          <w:lang w:val="es-ES"/>
        </w:rPr>
        <w:t xml:space="preserve"> </w:t>
      </w:r>
      <w:proofErr w:type="spellStart"/>
      <w:r w:rsidRPr="00B068AE">
        <w:rPr>
          <w:bCs/>
          <w:sz w:val="28"/>
          <w:szCs w:val="28"/>
          <w:lang w:val="es-ES"/>
        </w:rPr>
        <w:t>đồng</w:t>
      </w:r>
      <w:proofErr w:type="spellEnd"/>
      <w:r w:rsidRPr="00B068AE">
        <w:rPr>
          <w:bCs/>
          <w:sz w:val="28"/>
          <w:szCs w:val="28"/>
          <w:lang w:val="es-ES"/>
        </w:rPr>
        <w:t xml:space="preserve"> </w:t>
      </w:r>
      <w:proofErr w:type="spellStart"/>
      <w:r w:rsidRPr="00B068AE">
        <w:rPr>
          <w:bCs/>
          <w:sz w:val="28"/>
          <w:szCs w:val="28"/>
          <w:lang w:val="es-ES"/>
        </w:rPr>
        <w:t>nhân</w:t>
      </w:r>
      <w:proofErr w:type="spellEnd"/>
      <w:r w:rsidRPr="00B068AE">
        <w:rPr>
          <w:bCs/>
          <w:sz w:val="28"/>
          <w:szCs w:val="28"/>
          <w:lang w:val="es-ES"/>
        </w:rPr>
        <w:t xml:space="preserve"> </w:t>
      </w:r>
      <w:proofErr w:type="spellStart"/>
      <w:r w:rsidRPr="00B068AE">
        <w:rPr>
          <w:bCs/>
          <w:sz w:val="28"/>
          <w:szCs w:val="28"/>
          <w:lang w:val="es-ES"/>
        </w:rPr>
        <w:t>dân</w:t>
      </w:r>
      <w:proofErr w:type="spellEnd"/>
      <w:r w:rsidRPr="00B068AE">
        <w:rPr>
          <w:bCs/>
          <w:sz w:val="28"/>
          <w:szCs w:val="28"/>
          <w:lang w:val="es-ES"/>
        </w:rPr>
        <w:t xml:space="preserve"> </w:t>
      </w:r>
      <w:proofErr w:type="spellStart"/>
      <w:r w:rsidRPr="00B068AE">
        <w:rPr>
          <w:bCs/>
          <w:sz w:val="28"/>
          <w:szCs w:val="28"/>
          <w:lang w:val="es-ES"/>
        </w:rPr>
        <w:t>tỉnh</w:t>
      </w:r>
      <w:proofErr w:type="spellEnd"/>
      <w:r w:rsidRPr="00B068AE">
        <w:rPr>
          <w:bCs/>
          <w:sz w:val="28"/>
          <w:szCs w:val="28"/>
          <w:lang w:val="es-ES"/>
        </w:rPr>
        <w:t xml:space="preserve"> </w:t>
      </w:r>
      <w:proofErr w:type="spellStart"/>
      <w:r w:rsidRPr="00B068AE">
        <w:rPr>
          <w:bCs/>
          <w:sz w:val="28"/>
          <w:szCs w:val="28"/>
          <w:lang w:val="es-ES"/>
        </w:rPr>
        <w:t>Quảng</w:t>
      </w:r>
      <w:proofErr w:type="spellEnd"/>
      <w:r w:rsidRPr="00B068AE">
        <w:rPr>
          <w:bCs/>
          <w:sz w:val="28"/>
          <w:szCs w:val="28"/>
          <w:lang w:val="es-ES"/>
        </w:rPr>
        <w:t xml:space="preserve"> </w:t>
      </w:r>
      <w:proofErr w:type="spellStart"/>
      <w:r w:rsidRPr="00B068AE">
        <w:rPr>
          <w:bCs/>
          <w:sz w:val="28"/>
          <w:szCs w:val="28"/>
          <w:lang w:val="es-ES"/>
        </w:rPr>
        <w:t>Ngãi</w:t>
      </w:r>
      <w:proofErr w:type="spellEnd"/>
      <w:r w:rsidRPr="00B068AE">
        <w:rPr>
          <w:bCs/>
          <w:sz w:val="28"/>
          <w:szCs w:val="28"/>
          <w:lang w:val="es-ES"/>
        </w:rPr>
        <w:t xml:space="preserve"> </w:t>
      </w:r>
      <w:proofErr w:type="spellStart"/>
      <w:r w:rsidRPr="00B068AE">
        <w:rPr>
          <w:bCs/>
          <w:sz w:val="28"/>
          <w:szCs w:val="28"/>
          <w:lang w:val="es-ES"/>
        </w:rPr>
        <w:t>Khóa</w:t>
      </w:r>
      <w:proofErr w:type="spellEnd"/>
      <w:r w:rsidRPr="00B068AE">
        <w:rPr>
          <w:bCs/>
          <w:sz w:val="28"/>
          <w:szCs w:val="28"/>
          <w:lang w:val="es-ES"/>
        </w:rPr>
        <w:t xml:space="preserve"> XIV </w:t>
      </w:r>
      <w:proofErr w:type="spellStart"/>
      <w:r w:rsidRPr="00B068AE">
        <w:rPr>
          <w:bCs/>
          <w:sz w:val="28"/>
          <w:szCs w:val="28"/>
          <w:lang w:val="es-ES"/>
        </w:rPr>
        <w:t>Kỳ</w:t>
      </w:r>
      <w:proofErr w:type="spellEnd"/>
      <w:r w:rsidRPr="00B068AE">
        <w:rPr>
          <w:bCs/>
          <w:sz w:val="28"/>
          <w:szCs w:val="28"/>
          <w:lang w:val="es-ES"/>
        </w:rPr>
        <w:t xml:space="preserve"> </w:t>
      </w:r>
      <w:proofErr w:type="spellStart"/>
      <w:r w:rsidRPr="00B068AE">
        <w:rPr>
          <w:bCs/>
          <w:sz w:val="28"/>
          <w:szCs w:val="28"/>
          <w:lang w:val="es-ES"/>
        </w:rPr>
        <w:t>họp</w:t>
      </w:r>
      <w:proofErr w:type="spellEnd"/>
      <w:r w:rsidRPr="00B068AE">
        <w:rPr>
          <w:bCs/>
          <w:sz w:val="28"/>
          <w:szCs w:val="28"/>
          <w:lang w:val="es-ES"/>
        </w:rPr>
        <w:t xml:space="preserve"> </w:t>
      </w:r>
      <w:proofErr w:type="spellStart"/>
      <w:r w:rsidRPr="00B068AE">
        <w:rPr>
          <w:bCs/>
          <w:sz w:val="28"/>
          <w:szCs w:val="28"/>
          <w:lang w:val="es-ES"/>
        </w:rPr>
        <w:t>thứ</w:t>
      </w:r>
      <w:proofErr w:type="spellEnd"/>
      <w:r w:rsidRPr="00B068AE">
        <w:rPr>
          <w:bCs/>
          <w:sz w:val="28"/>
          <w:szCs w:val="28"/>
          <w:lang w:val="es-ES"/>
        </w:rPr>
        <w:t xml:space="preserve"> 5 </w:t>
      </w:r>
      <w:proofErr w:type="spellStart"/>
      <w:r w:rsidR="00B068AE" w:rsidRPr="00B068AE">
        <w:rPr>
          <w:bCs/>
          <w:sz w:val="28"/>
          <w:szCs w:val="28"/>
          <w:lang w:val="es-ES"/>
        </w:rPr>
        <w:t>thông</w:t>
      </w:r>
      <w:proofErr w:type="spellEnd"/>
      <w:r w:rsidR="00B068AE" w:rsidRPr="00B068AE">
        <w:rPr>
          <w:bCs/>
          <w:sz w:val="28"/>
          <w:szCs w:val="28"/>
          <w:lang w:val="es-ES"/>
        </w:rPr>
        <w:t xml:space="preserve"> qua </w:t>
      </w:r>
      <w:proofErr w:type="spellStart"/>
      <w:r w:rsidR="00B068AE" w:rsidRPr="00B068AE">
        <w:rPr>
          <w:bCs/>
          <w:sz w:val="28"/>
          <w:szCs w:val="28"/>
          <w:lang w:val="es-ES"/>
        </w:rPr>
        <w:t>ngày</w:t>
      </w:r>
      <w:proofErr w:type="spellEnd"/>
      <w:r w:rsidR="00B068AE" w:rsidRPr="00B068AE">
        <w:rPr>
          <w:bCs/>
          <w:sz w:val="28"/>
          <w:szCs w:val="28"/>
          <w:lang w:val="es-ES"/>
        </w:rPr>
        <w:t xml:space="preserve"> 18 </w:t>
      </w:r>
      <w:proofErr w:type="spellStart"/>
      <w:r w:rsidR="00B068AE" w:rsidRPr="00B068AE">
        <w:rPr>
          <w:bCs/>
          <w:sz w:val="28"/>
          <w:szCs w:val="28"/>
          <w:lang w:val="es-ES"/>
        </w:rPr>
        <w:t>tháng</w:t>
      </w:r>
      <w:proofErr w:type="spellEnd"/>
      <w:r w:rsidR="00B068AE" w:rsidRPr="00B068AE">
        <w:rPr>
          <w:bCs/>
          <w:sz w:val="28"/>
          <w:szCs w:val="28"/>
          <w:lang w:val="es-ES"/>
        </w:rPr>
        <w:t xml:space="preserve"> 7 </w:t>
      </w:r>
      <w:proofErr w:type="spellStart"/>
      <w:r w:rsidR="00B068AE" w:rsidRPr="00B068AE">
        <w:rPr>
          <w:bCs/>
          <w:sz w:val="28"/>
          <w:szCs w:val="28"/>
          <w:lang w:val="es-ES"/>
        </w:rPr>
        <w:t>năm</w:t>
      </w:r>
      <w:proofErr w:type="spellEnd"/>
      <w:r w:rsidR="00B068AE" w:rsidRPr="00B068AE">
        <w:rPr>
          <w:bCs/>
          <w:sz w:val="28"/>
          <w:szCs w:val="28"/>
          <w:lang w:val="es-ES"/>
        </w:rPr>
        <w:t xml:space="preserve"> 2026./.</w:t>
      </w:r>
    </w:p>
    <w:p w14:paraId="06D157AC" w14:textId="77777777" w:rsidR="006314F3" w:rsidRPr="00B068AE" w:rsidRDefault="006314F3" w:rsidP="00B068AE">
      <w:pPr>
        <w:widowControl w:val="0"/>
        <w:spacing w:before="120" w:after="0"/>
        <w:ind w:firstLine="720"/>
        <w:jc w:val="both"/>
        <w:rPr>
          <w:sz w:val="10"/>
          <w:szCs w:val="14"/>
          <w:lang w:val="vi-VN"/>
        </w:rPr>
      </w:pPr>
    </w:p>
    <w:tbl>
      <w:tblPr>
        <w:tblW w:w="9070" w:type="dxa"/>
        <w:jc w:val="center"/>
        <w:tblLayout w:type="fixed"/>
        <w:tblLook w:val="04A0" w:firstRow="1" w:lastRow="0" w:firstColumn="1" w:lastColumn="0" w:noHBand="0" w:noVBand="1"/>
      </w:tblPr>
      <w:tblGrid>
        <w:gridCol w:w="5949"/>
        <w:gridCol w:w="3121"/>
      </w:tblGrid>
      <w:tr w:rsidR="00B068AE" w:rsidRPr="00B068AE" w14:paraId="3A861118" w14:textId="77777777" w:rsidTr="00B068AE">
        <w:trPr>
          <w:jc w:val="center"/>
        </w:trPr>
        <w:tc>
          <w:tcPr>
            <w:tcW w:w="5949" w:type="dxa"/>
          </w:tcPr>
          <w:p w14:paraId="472CC353" w14:textId="02654008" w:rsidR="00343ABC" w:rsidRPr="00B068AE" w:rsidRDefault="00343ABC" w:rsidP="00EA32C8">
            <w:pPr>
              <w:spacing w:after="0" w:line="240" w:lineRule="auto"/>
            </w:pPr>
          </w:p>
        </w:tc>
        <w:tc>
          <w:tcPr>
            <w:tcW w:w="3121" w:type="dxa"/>
          </w:tcPr>
          <w:p w14:paraId="1B4E2EA2" w14:textId="77777777" w:rsidR="00343ABC" w:rsidRPr="00B068AE" w:rsidRDefault="006008B5" w:rsidP="006314F3">
            <w:pPr>
              <w:spacing w:after="0" w:line="240" w:lineRule="auto"/>
              <w:jc w:val="center"/>
            </w:pPr>
            <w:r w:rsidRPr="00B068AE">
              <w:rPr>
                <w:b/>
              </w:rPr>
              <w:t>CHỦ TỊCH</w:t>
            </w:r>
          </w:p>
          <w:p w14:paraId="215FAA69" w14:textId="77777777" w:rsidR="00343ABC" w:rsidRPr="00B068AE" w:rsidRDefault="00343ABC" w:rsidP="006314F3">
            <w:pPr>
              <w:spacing w:after="0" w:line="240" w:lineRule="auto"/>
              <w:jc w:val="center"/>
              <w:rPr>
                <w:lang w:val="vi-VN"/>
              </w:rPr>
            </w:pPr>
          </w:p>
          <w:p w14:paraId="6E194267" w14:textId="76084F2C" w:rsidR="00343ABC" w:rsidRPr="00017C34" w:rsidRDefault="00017C34" w:rsidP="006314F3">
            <w:pPr>
              <w:spacing w:after="0" w:line="240" w:lineRule="auto"/>
              <w:jc w:val="center"/>
              <w:rPr>
                <w:b/>
                <w:bCs/>
              </w:rPr>
            </w:pPr>
            <w:r w:rsidRPr="00017C34">
              <w:rPr>
                <w:b/>
                <w:bCs/>
              </w:rPr>
              <w:t>(</w:t>
            </w:r>
            <w:proofErr w:type="spellStart"/>
            <w:r w:rsidRPr="00017C34">
              <w:rPr>
                <w:b/>
                <w:bCs/>
              </w:rPr>
              <w:t>Đã</w:t>
            </w:r>
            <w:proofErr w:type="spellEnd"/>
            <w:r w:rsidRPr="00017C34">
              <w:rPr>
                <w:b/>
                <w:bCs/>
              </w:rPr>
              <w:t xml:space="preserve"> </w:t>
            </w:r>
            <w:proofErr w:type="spellStart"/>
            <w:r w:rsidRPr="00017C34">
              <w:rPr>
                <w:b/>
                <w:bCs/>
              </w:rPr>
              <w:t>ký</w:t>
            </w:r>
            <w:proofErr w:type="spellEnd"/>
            <w:r w:rsidRPr="00017C34">
              <w:rPr>
                <w:b/>
                <w:bCs/>
              </w:rPr>
              <w:t>)</w:t>
            </w:r>
          </w:p>
          <w:p w14:paraId="5A155577" w14:textId="77777777" w:rsidR="00343ABC" w:rsidRPr="00B068AE" w:rsidRDefault="00343ABC" w:rsidP="006314F3">
            <w:pPr>
              <w:spacing w:after="0" w:line="240" w:lineRule="auto"/>
              <w:jc w:val="center"/>
            </w:pPr>
          </w:p>
          <w:p w14:paraId="7F7C8D5E" w14:textId="77777777" w:rsidR="00343ABC" w:rsidRPr="00B068AE" w:rsidRDefault="00343ABC" w:rsidP="006314F3">
            <w:pPr>
              <w:spacing w:after="0" w:line="240" w:lineRule="auto"/>
              <w:jc w:val="center"/>
            </w:pPr>
          </w:p>
          <w:p w14:paraId="684858DD" w14:textId="77777777" w:rsidR="00343ABC" w:rsidRPr="00B068AE" w:rsidRDefault="006008B5" w:rsidP="006314F3">
            <w:pPr>
              <w:spacing w:after="0" w:line="240" w:lineRule="auto"/>
              <w:jc w:val="center"/>
            </w:pPr>
            <w:proofErr w:type="spellStart"/>
            <w:r w:rsidRPr="00B068AE">
              <w:rPr>
                <w:b/>
              </w:rPr>
              <w:t>Nguyễn</w:t>
            </w:r>
            <w:proofErr w:type="spellEnd"/>
            <w:r w:rsidRPr="00B068AE">
              <w:rPr>
                <w:b/>
              </w:rPr>
              <w:t xml:space="preserve"> </w:t>
            </w:r>
            <w:proofErr w:type="spellStart"/>
            <w:r w:rsidRPr="00B068AE">
              <w:rPr>
                <w:b/>
              </w:rPr>
              <w:t>Đức</w:t>
            </w:r>
            <w:proofErr w:type="spellEnd"/>
            <w:r w:rsidRPr="00B068AE">
              <w:rPr>
                <w:b/>
              </w:rPr>
              <w:t xml:space="preserve"> </w:t>
            </w:r>
            <w:proofErr w:type="spellStart"/>
            <w:r w:rsidRPr="00B068AE">
              <w:rPr>
                <w:b/>
              </w:rPr>
              <w:t>Tuy</w:t>
            </w:r>
            <w:proofErr w:type="spellEnd"/>
          </w:p>
        </w:tc>
      </w:tr>
    </w:tbl>
    <w:p w14:paraId="444A9465" w14:textId="77777777" w:rsidR="00823502" w:rsidRPr="00B068AE" w:rsidRDefault="00823502"/>
    <w:sectPr w:rsidR="00823502" w:rsidRPr="00B068AE" w:rsidSect="00320309">
      <w:footerReference w:type="default" r:id="rId8"/>
      <w:pgSz w:w="11906" w:h="16838"/>
      <w:pgMar w:top="1134" w:right="1134" w:bottom="1077" w:left="1701"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96642" w14:textId="77777777" w:rsidR="00F074C4" w:rsidRDefault="00F074C4">
      <w:pPr>
        <w:spacing w:after="0" w:line="240" w:lineRule="auto"/>
      </w:pPr>
      <w:r>
        <w:separator/>
      </w:r>
    </w:p>
  </w:endnote>
  <w:endnote w:type="continuationSeparator" w:id="0">
    <w:p w14:paraId="1EC306ED" w14:textId="77777777" w:rsidR="00F074C4" w:rsidRDefault="00F07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roman"/>
    <w:pitch w:val="variable"/>
    <w:sig w:usb0="20000A87" w:usb1="08000000" w:usb2="00000008" w:usb3="00000000" w:csb0="000001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C87F5" w14:textId="6EA06545" w:rsidR="00343ABC" w:rsidRDefault="006008B5">
    <w:pPr>
      <w:pStyle w:val="Footer"/>
      <w:jc w:val="center"/>
    </w:pPr>
    <w:r>
      <w:rPr>
        <w:sz w:val="22"/>
      </w:rPr>
      <w:fldChar w:fldCharType="begin"/>
    </w:r>
    <w:r>
      <w:rPr>
        <w:sz w:val="22"/>
      </w:rPr>
      <w:instrText xml:space="preserve"> PAGE </w:instrText>
    </w:r>
    <w:r>
      <w:rPr>
        <w:sz w:val="22"/>
      </w:rPr>
      <w:fldChar w:fldCharType="separate"/>
    </w:r>
    <w:r w:rsidR="00320309">
      <w:rPr>
        <w:noProof/>
        <w:sz w:val="22"/>
      </w:rPr>
      <w:t>2</w:t>
    </w:r>
    <w:r>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4D724" w14:textId="77777777" w:rsidR="00F074C4" w:rsidRDefault="00F074C4">
      <w:pPr>
        <w:spacing w:after="0" w:line="240" w:lineRule="auto"/>
      </w:pPr>
      <w:r>
        <w:separator/>
      </w:r>
    </w:p>
  </w:footnote>
  <w:footnote w:type="continuationSeparator" w:id="0">
    <w:p w14:paraId="0603FEC0" w14:textId="77777777" w:rsidR="00F074C4" w:rsidRDefault="00F074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47636528">
    <w:abstractNumId w:val="8"/>
  </w:num>
  <w:num w:numId="2" w16cid:durableId="152912972">
    <w:abstractNumId w:val="6"/>
  </w:num>
  <w:num w:numId="3" w16cid:durableId="461387076">
    <w:abstractNumId w:val="5"/>
  </w:num>
  <w:num w:numId="4" w16cid:durableId="1633748735">
    <w:abstractNumId w:val="4"/>
  </w:num>
  <w:num w:numId="5" w16cid:durableId="1971666320">
    <w:abstractNumId w:val="7"/>
  </w:num>
  <w:num w:numId="6" w16cid:durableId="870072805">
    <w:abstractNumId w:val="3"/>
  </w:num>
  <w:num w:numId="7" w16cid:durableId="1234779233">
    <w:abstractNumId w:val="2"/>
  </w:num>
  <w:num w:numId="8" w16cid:durableId="601033298">
    <w:abstractNumId w:val="1"/>
  </w:num>
  <w:num w:numId="9" w16cid:durableId="519314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7C34"/>
    <w:rsid w:val="00034616"/>
    <w:rsid w:val="0006063C"/>
    <w:rsid w:val="000F2308"/>
    <w:rsid w:val="0015074B"/>
    <w:rsid w:val="001A16D4"/>
    <w:rsid w:val="0029639D"/>
    <w:rsid w:val="002A5305"/>
    <w:rsid w:val="00320309"/>
    <w:rsid w:val="00320BB7"/>
    <w:rsid w:val="00326F90"/>
    <w:rsid w:val="00343ABC"/>
    <w:rsid w:val="003C48F4"/>
    <w:rsid w:val="004366C0"/>
    <w:rsid w:val="004B7647"/>
    <w:rsid w:val="005065C7"/>
    <w:rsid w:val="00545F4A"/>
    <w:rsid w:val="00582517"/>
    <w:rsid w:val="006008B5"/>
    <w:rsid w:val="00600D15"/>
    <w:rsid w:val="006112C6"/>
    <w:rsid w:val="006314F3"/>
    <w:rsid w:val="006712AF"/>
    <w:rsid w:val="00685C96"/>
    <w:rsid w:val="006E7B90"/>
    <w:rsid w:val="00796D82"/>
    <w:rsid w:val="00807283"/>
    <w:rsid w:val="00823502"/>
    <w:rsid w:val="00854574"/>
    <w:rsid w:val="008676E2"/>
    <w:rsid w:val="0088177B"/>
    <w:rsid w:val="00AA1D8D"/>
    <w:rsid w:val="00B068AE"/>
    <w:rsid w:val="00B47730"/>
    <w:rsid w:val="00B90533"/>
    <w:rsid w:val="00BC412B"/>
    <w:rsid w:val="00CB0664"/>
    <w:rsid w:val="00CB1C64"/>
    <w:rsid w:val="00CE08A9"/>
    <w:rsid w:val="00D17A34"/>
    <w:rsid w:val="00D22C91"/>
    <w:rsid w:val="00EA32C8"/>
    <w:rsid w:val="00EF3589"/>
    <w:rsid w:val="00F074C4"/>
    <w:rsid w:val="00F27E3F"/>
    <w:rsid w:val="00F600E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884A36"/>
  <w14:defaultImageDpi w14:val="300"/>
  <w15:docId w15:val="{DCE19138-82A8-406C-9F38-E66C9FE4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3203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30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53823-BE35-4BA4-AD45-707CA6D40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1517</Words>
  <Characters>8650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3</cp:revision>
  <cp:lastPrinted>2026-07-21T03:06:00Z</cp:lastPrinted>
  <dcterms:created xsi:type="dcterms:W3CDTF">2026-09-09T07:46:00Z</dcterms:created>
  <dcterms:modified xsi:type="dcterms:W3CDTF">2026-09-09T08:12:00Z</dcterms:modified>
  <cp:category/>
</cp:coreProperties>
</file>